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汽车销售话术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网络线索回复、预约和未到店、迎宾接待、试驾、置换评估、金融和月供话术、价格谈判、跟进，以及二手车和售后接待话术。来自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一次性填好您的名字、经销店、电话和文件费，然后把[方括号]中的每个词替换为买家告诉您的信息。按选项卡的顺序接待到店客户。钱的事交给金融部：绝不说利率、月供或能否获批。把每条线索记录到 Excel 线索和预约记录表中。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网络线索的汽车销售话术：15 分钟内回复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回复时限：15 分钟 · 然后：同一分钟发邮件 · 目标：约好日期和时间的到店预约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营业时间内 15 分钟内回复：先打电话，同一分钟再发邮件。打烊后进来的线索：在下一个营业日开门后的前 15 分钟内回复。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拨号前先确认车在店里。电话里要卖的是到店邀约，不是车。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如果对方问价格：标价，另加税费、上牌费和文件费。月供和置换价要等看过车、由金融部核算后才能给。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电话：开场白和一个问题：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店名]的[您的名字]。您在我们网站上咨询过那辆[年份][车型]。我刚确认过：车就在店里。您有两分钟吗？为了给您推荐对的车：您最看重什么，[空间、油耗、拖挂能力还是价格]？另外，您有没有要置换的车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邀约到店：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我可以把车洗好，停在门口等您，[日期][时间]或[日期][时间]都可以；试驾大约 20 分钟。哪个时间更方便？到店时报我的名字，记得带上驾照。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邮件，同一分钟发出：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主题：您咨询的[年份][车型]，[店名]</w:t>
        <w:br/>
        <w:br/>
        <w:t>[名字]，您好：</w:t>
        <w:br/>
        <w:br/>
        <w:t>感谢您咨询[年份][车型]。我一分钟前刚确认过：车在店里，标价 $[价格]，另加税费、上牌费和我们 $[文件费] 的文件费。</w:t>
        <w:br/>
        <w:br/>
        <w:t>我可以把车洗好，停在门口等您：</w:t>
        <w:br/>
        <w:t>- [日期] [时间]</w:t>
        <w:br/>
        <w:t>- [日期] [时间]</w:t>
        <w:br/>
        <w:br/>
        <w:t>回复选一个时间就行，也可以拨打 [电话] 找我。我会用这个号码给您打电话，这样您就知道是我。</w:t>
        <w:br/>
        <w:br/>
        <w:t>[您的名字]，[店名]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说明您用哪个号码来电：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在皮尤研究中心（Pew Research Center）2020 年的一项调查中，80% 的美国成年人表示，他们通常不接陌生号码打来的手机电话。在聊天和邮件里写上您的号码。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电话里报月供, “您先来店里再说”, 没核实就说有车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预约确认话术和未到店电话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确认：提前一天 · 未到店电话：约定时间过后 15 分钟 · 记录：是否到店，没来的原因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什么时候做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提前一天确认：打电话，或者在对方同意接收短信时发短信。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未到店：约定时间过后 15 分钟打电话，再发一封邮件。记录下来。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确认电话，提前一天：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您好，[名字]，我是[店名]的[您的名字]。跟您确认一下明天[时间]来看[年份][车型]；车会洗好停在门口。请带上驾照，也把您的[现在的车]开过来，试驾时我们给它出一份书面置换报价。[时间]还方便吗？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未到店电话，过后 15 分钟：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您好，[名字]，我是[店名]的[您的名字]。我们约了[时间]看[年份][车型]，希望您一切都好。车还在店里。改到[日期][时间]或[日期][时间]，哪个更方便？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发短信要先征得同意：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只给买家为此留给您的手机号发短信，对方要求停止就停止。美国关于同意和退订的规则，见预约提醒短信和陌生电话销售话术。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客户到店前：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车已洗好停在门口, 钥匙和试驾牌照备好, 客户备注已看过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迎宾接待话术：到店后的需求提问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需求提问：4 · 绕车介绍：3 个配置，用客户的话 · 然后：试驾，20 分钟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您好，您是[名字]吧？我是[您的名字]，谢谢您过来。[年份][车型]就在这儿，已经洗好，随时可以开。试驾之前，我们花两分钟聊聊您看重什么，这样看的才是对的车。可以吗？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谁开，谁坐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平时主要谁开？还有谁会坐：孩子、宠物狗，还是要装不少东西？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现在的车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您的[现在的车]哪里好用，哪里您希望它能更好？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三个必备项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如果下一辆车只能满足三点，您选哪三点？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3.4 时间安排，还在看哪些车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您希望新车最好什么时候开回家？另外还在考虑哪些车？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绕车介绍，用客户的话：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您说过[现在的车缺少的东西]。看这里：[配置]、[配置]和[配置]。其他的留到试驾时，您亲自感受比我讲得更清楚。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在展厅被问到钱：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如果您愿意，可以问问预算和有没有车要置换。对方说出一个月供金额，就记下来；这个金额能买到什么，由金融部给出。在展厅不报任何数字。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把每个按钮都讲一遍, 在展厅谈月供, “今天要怎样您才肯买？”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试驾话术：试驾前、试驾中和试驾后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路线：15 到 20 分钟 · 说话：3 个时刻，其余安静 · 结尾：一个问题，听客户回答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试驾分三段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试驾前: 按经销店的要求查看驾照和保险。固定路线 15 到 20 分钟：市区、高速、一个停车位。由买家开车。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试驾中: 三个时刻，每个都对应客户说过的话。其余时间保持安静。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试驾后: 停好车后问一个问题。然后认真听。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出发之前：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您来开。大约 20 分钟：先在市区开几个街区，再上一段高速，最后停进一个车位，因为以后每天用车就是这些场景。只有值得感受的地方，我才开口。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试驾中：三个时刻：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市区：这就是您每天早上的走走停停。跟您的[现在的车]比，刹车感觉怎么样？</w:t>
        <w:br/>
        <w:t>高速：您说过[现在的车]开快了很吵。您听一下这里。</w:t>
        <w:br/>
        <w:t>停车：试试右边那个车位。这就是您问过的倒车影像。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试驾后：那一个问题：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开过之后，如果从“不适合我”到“就是它了”打个分，这辆车在哪儿？要怎样它才算“就是它了”？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如果不是它：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谢谢您直说，这样我们都省时间。缺了什么？我这里有[两]辆车正好能解决这个问题。现在就开一辆试试，还是我今晚把照片发给您？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二手车：Buyers Guide 要放回去：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在美国，12 个月内销售或挂牌出售超过五辆二手车的经销商，必须在每辆待售二手车上或车内展示美国联邦贸易委员会（FTC）的 Buyers Guide（二手车买家指南）。试驾时可以取下，但试驾后必须放回去。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置换话术：报出评估价，不起争执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报价有效期：7 天 · 报价依据：3 个事实，书面给出 · 分开谈：置换、价格、月供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评估之前：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试驾的时候，[评估师]会看一下您的[现在的车]。先问两个问题：您觉得它值多少钱，这个数字是从哪儿来的？车上还有贷款吗？我们一起绕车看一圈：有没有出过事故、轮胎怎么样、最近一次保养是什么时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报出评估价：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这是我们今天能为您的[现在的车]出的价格：$[置换报价]。依据有三点：[里程]英里、[车况问题]，以及过去[30]天同类车的成交价。这份报价是书面的，[7]天内有效，不管您是否在我们这里买车。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如果网上估价更高：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那些是按您填写的车况给出的估算。我们的是今天针对这辆车的现金报价。如果有人愿意出更高的价，您就卖给他。无论如何，我们的报价[7]天内都有效。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如果欠款比车值还多：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您还欠大约 $[剩余贷款]，报价是 $[置换报价]，所以有 $[差额] 的缺口。它不会消失：要么现在付清，要么加进新贷款，金融部会在您决定之前把这两种方式都书面列出来。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两个数字，一张报价单：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把置换报价和新车价格作为两个分开的书面数字报出来。在 FTC 对 38 位通过经销商贷款购车的买家进行的访谈中，有一位意外发现负资产（旧车欠款高于车值的部分）被加进了贷款。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没看车就报价, “您的车不值钱”, 随车价变动的置换价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金融话术：销售顾问可以说什么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您说出的数字：0 · 改为说：金融部会书面给出 · 顺序：先价格、再置换、后金融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一分钟看懂规则（美国）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您不是贷款方。条款由金融部书面给出。您绝不说出利率、月供，也不承诺能否获批。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在广告中，利率必须以 APR（年化利率）表示，写出月供金额或首付就必须列出完整的信贷条款；针对具体交易的一对一沟通不算广告，但在钱的问题上误导客户就是欺骗，FTC 也一直在就藏进月供的附加项目提起诉讼。详见下方的价格与金融表。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被问到月供时：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得好，但我不会随便估，因为肯定不准。月供取决于我们谈定的价格、您的置换车、首付、贷款期限和贷款方的利率。我们先把价格书面定下来。然后[金融经理]会在您签字前把每个数字都给您看：贷款金额、APR、期限和总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被问到“我能获批吗？”时：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这个我不能保证，谁保证谁就是在猜。贷款方会对您的申请给出书面答复。如果您有银行或信用合作社的贷款预批，带过来比一比。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如果对方说“我每月能付 $400”：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谢谢，这能帮我挑对车。我记下来。先定价格；然后金融部会给您看每月 $[对方的金额] 在每种期限下能买到什么，让您看到总额。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如果对方问利率：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利率由贷款方定，取决于您的信用和贷款期限，所以我更希望您从能签字确认的人那里听到。我们先把价格定下来。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签字之前，一切都不算定：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像[保障计划]这样的附加项目会单独列出价格；说不也完全没问题。如果贷款审批还在进行，交易就还没有最终确定，FTC 也是这样告诉买家的。不构成法律建议：以您经销店的合规规定和所在州的法律为准。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只能书面给出：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APR, 贷款金额, 还款总额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价格谈判话术：不玩“去问经理”的把戏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找经理次数：1 · 价格有效期：书面写明日期 · 费用：逐行列出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您写下的第一个数字就是真实的数字。各项费用逐行列出；税费和上牌费为估算。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最多找一次经理，能不找就不找。不演“我去问问经理”的戏，不编不存在的截止期限。买家随时可以离开。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报出数字：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这是报价单。车价 $[价格]。我们的文件费是 $[文件费]；税费和上牌费估计 $[税费]，由州里规定。您的置换车 $[置换报价]。差价是 $[差价]。您慢慢看，有什么问题尽管问。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如果对方要求降价：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您心里的价格是多少，从哪儿来的？如果是另一家店对同一辆车的书面报价，给我看看：能跟，我就直说；跟不了，我也会告诉您原因。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如果您不能再降：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这已经是这辆车我能给的最好价格了，我宁愿直说，也不想假装替您去争取。我能做的是[附送第二把钥匙 / 加满一箱油]。如果可以，我们今天就能办完；如果不行，这个报价书面有效到[日期]。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等待最难熬：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 Cox Automotive 2025 年对 1,090 位特许经销店买家的研究中，在经销店里等待或干等的时间是购车过程中压力最大的部分。每找一次经理，你们双方都要搭进时间。遇到“我再考虑考虑”和其他推脱，请使用销售异议处理话术。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“今天要怎样您才肯买？”, 不存在的截止期限, 随置换价变动的车价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到店后的跟进话术，以及二手车和售后接待话术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跟进：7 天 3 次 · 每一次：一条新信息 · 然后：停止，记录原因，移到流失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七天内三次跟进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第 1 天: 一通电话加一封邮件：表示感谢，回答还没解决的问题，附上报价单。不推销新东西。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第 3 天: 一条新信息：车还在、到了一辆类似的车，或者置换报价在某天到期。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第 7 天: 最后一通电话，“免得一直打扰您”，并说明报价单的到期日。然后停止，记录原因，把交易移到流失。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天电话：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您好，[名字]，我是[店名]的[您的名字]。谢谢您昨天过来。您问过[对方还没解决的问题]：答案是[答案]。报价单有效到[日期]。您还需要了解什么？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天邮件：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主题：[年份][车型]的报价</w:t>
        <w:br/>
        <w:br/>
        <w:t>[名字]，您好：</w:t>
        <w:br/>
        <w:br/>
        <w:t>谢谢您昨天试驾[年份][车型]。附件是我们一起看过的报价单：车价 $[价格]，文件费 $[文件费]，税费和上牌费估计 $[税费]，置换 $[置换报价]，差价 $[差价]，有效期至[日期]。</w:t>
        <w:br/>
        <w:br/>
        <w:t>您问过[对方还没解决的问题]：[答案]。</w:t>
        <w:br/>
        <w:br/>
        <w:t>[您的名字]，[店名]，[电话]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3 天电话或短信：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您好，[名字]，我是[店名]的[您的名字]。有件事您应该知道：[新信息]。不着急。要不要我把车给您留到[日期]？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二手车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有什么不同：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车窗上的 Buyers Guide 会写明 As Is（按现状出售，不提供质保）或适用的质保，而且它优先于销售合同。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车窗上的 Buyers Guide 会告诉您这辆车是 As Is 还是带质保，而且它优先于合同，所以我们一起读一遍。欢迎您请自己的技师来检查：车况历史报告不能代替检查。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售后接待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有什么不同：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客户是来换机油的，不是来找您的。不在前台推销：一份书面报价，没有任何义务。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现成话术：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您的车在保养的这段时间，需要我们给它出一份书面报价吗？没有任何义务，20 分钟，这个价格 7 天内都有效。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到店后的短信：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只给对方为此留给您的手机号发短信，每一步只发一条，对方要求停止就停止。每一步的现成短信，见汽车销售短信模板页面（英文）。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“就是问问情况”, 没人要的折扣, 未经同意的短信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示例：从网站聊天到成交，只用了七天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Brightmoor Motors 是俄亥俄州托莱多（Toledo, Ohio）一家虚构的特许经销店，销售新车和二手车。它用这套汽车销售话术接待了 Monica Ferreira，她在网站聊天中咨询了一辆中型二手 SUV。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Monica（买家）：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日（周二）20:40：您好，那辆跑了 31,000 英里的灰色 2024 款中型 SUV 还在吗？我看到标价是 $28,900。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谢谢您，Monica。Tyler Nakamura 会确认车在不在店里，明天 9:00 开门后给您打电话。标价之外另有税费、上牌费和文件费。他该打哪个号码？您有没有可能要置换的车？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Monica（买家）：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419-555-0133。有，一辆 2016 款轿车，大约跑了 140,000 英里。上午打都行。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好的。Tyler 明天上午会用 419-555-0190 给您打电话，这样您就知道是他。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Tyler（销售）：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7 日（周三）9:04，电话：您好，Monica，我是 Brightmoor Motors 的 Tyler Nakamura。您昨晚咨询了那辆灰色 2024 款中型 SUV。我刚从它旁边走过：车就在店里。您有两分钟吗？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Monica（买家）：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可以。两个孩子要坐安全座椅，通勤 40 英里。那辆轿车上高速很吵，后备厢也太小。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Tyler（销售）：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这些很有用。我可以把车洗好停在门口，明天 17:30 或周五 10:00 都可以；试驾 20 分钟，包括一段高速。把轿车和驾照带来，我们给您出一份书面置换报价。哪个时间？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Monica（买家）：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明天 17:30。月供大概多少？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Tyler（销售）：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不会随便估，因为肯定不准。月供取决于我们谈定的价格、您的置换车、首付、贷款期限和贷款方的利率。我们先把价格书面定下来；然后我们的金融部会在您签字前把每个数字都给您看。如果您有贷款预批，请带上。我会把 17:30 的预约链接发到您的邮箱，这样您会收到确认和提醒。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Tyler（销售）：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8 日（周四）17:55，试驾回来：如果从“不适合我”到“就是它了”打个分，它在哪儿？要怎样它才算“就是它了”？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Monica（买家）：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差不多就是它了。高速上很安静。关键看价格，还有我那辆轿车值多少。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Tyler（销售）：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这是报价单。SUV $28,900，文件费 $299，税费和上牌费估计 $1,760，由州里规定。您的轿车：$6,200，依据是 140,000 英里、磨损的后轮胎，以及过去 30 天同类车的成交价；这是书面报价，7 天内有效，不管您是否在这里买车。差价是 $24,759。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Monica（买家）：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SUV 能便宜到 $28,000 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Tyler（销售）：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不能，我宁愿直说，也不想假装替您去争取。$28,900 就是价格。我能做的是附送第二把钥匙，再配上它缺的全天候脚垫。报价单有效到 10 月 15 日（周四）；我今晚发邮件给您。周一还是周二再聊？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Monica（买家）：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周二吧。我跟我丈夫商量一下。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Tyler（销售）：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12 日（周一）10:15，第 3 天电话：您好，Monica，我是 Brightmoor 的 Tyler。有件事您应该知道：那辆 SUV 还在，$6,200 的置换报价周四到期。不着急。要不要我把车给您留到周二？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Monica（买家）：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好的，麻烦了。周二 17:00，我会带上我们信用合作社的贷款预批。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Tyler（销售）：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13 日（周二）17:40：金融部把两份贷款报价都书面给您看了，您选择了您的信用合作社。这是您签好字的合同副本和 Buyers Guide。恭喜您，Monica。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线索记录：Monica Ferreira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步骤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线索进入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日（周二）20:40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网站聊天，打烊后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首次回复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日（周三）9:04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电话，开门后 4 分钟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8 日（周四）17:30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已到店，试驾 20 分钟，一张报价单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13 日（周二）17:40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$28,900，她自己安排的贷款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13 日在 CRMsoftware.pro 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潜在客户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来自网站聊天，“来源”为“在线聊天”，已转为交易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灰色 2024 款中型 SUV · Monica Ferreira，$28,900，阶段：已成交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两个安全座椅，通勤 40 英里；置换 $6,200，有效至 10 月 15 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 天邮件 10 月 9 日（周五）· 第 3 天电话 10 月 12 日（周一）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虚构的经销店和买家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汽车销售顾问在价格、月供和贷款上可以说什么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买家问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可以说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绝不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原因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标价加税费、上牌费和文件费，书面给出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您守不住的价格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FTC 一直在就误导性的广告价格和隐藏的附加项目提起诉讼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月供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取决于价格、置换、首付、期限和利率；由金融部书面给出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任何月供金额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广告中出现月供就必须列出完整的信贷条款；把附加项目藏进月供就是“payment packing”（月供打包隐藏收费）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利率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利率由贷款方定；金融部会告诉您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利率、利率区间或“大概”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广告中的利率必须是 APR；经销商谈下的 APR 可能包含经销商的报酬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审批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贷款方会书面答复；请带上贷款预批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“您肯定能获批”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审批还没完成，交易就没有最终确定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附加项目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每项单独列出价格；说不也没问题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把它们折进月供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买家发现了他们以为免费的附加项目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置换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附三个事实的书面报价，7 天内有效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没看车就报价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一位买家在贷款中发现了负资产，感到意外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如何使用这套汽车销售话术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一次性填好经销店信息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您的名字、经销店、电话、文件费和试驾路线。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15 分钟内回复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先打电话，同一分钟发邮件，打之前先确认车在。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按顺序接待到店客户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迎宾接待、需求提问、绕车介绍、试驾、置换报价、一张报价单、最多找一次经理。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第 1、3、7 天跟进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每次一条新信息，然后停止并记录原因。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记录每条线索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首次回复分钟数、预约、到店、试驾、成交。每周复盘。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在“我的机器人”中选择您的机器人，在“基础知识”选项卡的“说明”里，告诉 AI 客服询问意向车型、是否有车要置换以及方便通话的时间，并说明谁会来电。在“行为”选项卡的“收集用户数据”下，开启“收集电话号码”。点击“保存更改”，然后用“尝试机器人”测试。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网站聊天会进入“潜在客户”，“来源”为“在线聊天”。如果是来电或自然到店的客户，点击“添加潜在客户”，填写“潜在客户标题”（车型）、“电话”、“来源”和“负责人”。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在“交易”中点击“New pipeline”（新建管道）和“Add stage”（添加阶段），依次添加：已预约、已到店、已试驾、谈价、已成交。遇到真实线索时，点击“转为交易”，并设置“Expected close date”（预计成交日期）。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每次跟进都是一项任务：在“任务”中点击“New Task”（新建任务），填写“Task title”（任务标题），例如“第 1 天邮件：Monica Ferreira”，再设置“Assignee”（负责人）、“Deadline”（截止日期），把“Priority”（优先级）设为“High”（高），并选择“Linked deal”（关联交易）。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使用 Launch 版时，买家在您的预约页面上选择试驾时间，并收到“预约确认”邮件和“会议提醒”邮件；没来的到店预约会标为“未出席”状态。在“Quotes”（报价）&gt;“New Quote”（新建报价）中写好报价单，添加“Line Items”（明细项目）并设置“Valid Until”（有效期至）日期。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潜在客户、1 条管道、备注和基础任务对 3 位用户免费，无需信用卡。带日历同步的预约和报价从 Launch 版起提供，按年付费每月 $19。您用自己的手机打电话、发短信。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每周线索复盘，15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等待超过 15 分钟的线索：来自哪个来源，哪个时段？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没来的预约：前一天确认了吗？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每笔进行中的交易都有一项带截止日期的任务；每笔流失的交易都写明了原因。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https://crmsoftware.pro/zh/templates/car-sales-script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汽车销售话术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