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弃购挽回邮件示例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为小型网店准备的八个选项卡：带停止规则的 3 封邮件序列，针对顾客离开的六种原因的邮件 2，以及解答阻碍购买问题的聊天回复。由 CRMsoftware.pro 提供。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在网店平台或邮件工具中设置 3 封邮件：购物车放弃后 1 小时、24 小时和 72 小时发送，顾客一下单就停止。替换每一处[方括号]中的内容，按可能原因选择邮件 2，并在 Excel 挽回记录表中记录每个购物车。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购物车挽回邮件模板：3 封邮件，1 条停止规则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邮件：3 · 发送时间：1 小时、1 天、3 天 · 停止条件：下单、回复或退订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这套购物车挽回邮件模板共 3 封邮件，由您的网店平台或邮件工具发送给在结账时填写了邮箱、并且可以接收邮件的顾客。邮件 2 针对顾客离开的可能原因：在下表中找到原因，再从选项卡 2 到 7 中复制对应的邮件。想给所有人发同一封邮件 2？用选项卡 2：额外费用是最常见的原因。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 1，1 小时后，主题：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您在[网店]的购物车已为您保存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 1，正文：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您把[商品]留在了购物车里。我们会为您保留[7]天：[购物车链接]</w:t>
        <w:br/>
        <w:br/>
        <w:t>下单前有问题吗？直接回复这封邮件，或在我们网站的聊天窗口里提问。[您最常被问到的答案，例如：标准配送满 $50 包邮。]</w:t>
        <w:br/>
        <w:br/>
        <w:t>[您的名字]，[网店]</w:t>
        <w:br/>
        <w:t>[邮寄地址]</w:t>
        <w:br/>
        <w:t>[退订链接]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 3，72 小时后，主题：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[名字]，还要为您保留购物车吗？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 3，正文：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这是关于您购物车的最后一封邮件：[商品]。我们会保留到[日期]，之后不会再为此给您发邮件。</w:t>
        <w:br/>
        <w:br/>
        <w:t>[包邮说明，仅在本页的折扣规则允许时添加]</w:t>
        <w:br/>
        <w:br/>
        <w:t>有问题吗？回复这封邮件，会有真人为您解答。</w:t>
        <w:br/>
        <w:br/>
        <w:t>[您的名字]，[网店]</w:t>
        <w:br/>
        <w:t>[邮寄地址]</w:t>
        <w:br/>
        <w:t>[退订链接]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按顾客离开的位置选择邮件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离开位置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可能原因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 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购物车，浏览时间很短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随便看看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联系信息或账户步骤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注册账户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配送步骤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额外费用或配送时间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2 或 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付款步骤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信任和支付，或退货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5 或 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先在聊天中提过问题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对方问的那个问题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能解答该问题的选项卡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停止规则：出现以下情况时不再发送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顾客已通过任何渠道下单。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顾客回复了邮件：改由真人回答。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顾客已退订，或回复要求不要再发。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购物车已清空，或商品已售罄。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邮件 3 已发出，或已向随便看看的顾客发出邮件 2。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同一位顾客在过去[30]天内已收到过一套购物车邮件序列。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发送时间：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顾客填写邮箱后，如果结账超过十分钟仍未完成，Shopify 就会把它算作放弃的结账，延迟时间在“Send after”中设置。设为 1、24 和 72 小时，并先用您自己的邮箱测试。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页脚：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3 封邮件都要保留地址和退订链接：FTC 的 CAN-SPAM 指南要求商业邮件包含这两项。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4 封邮件, 邮件 1 里放优惠码, 虚假倒计时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针对额外费用的邮件 2：展示完整价格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Baymard：40% · 回应方式：完整总价 · 结账优化：在购物车中显示运费 · 要给折扣吗？：只在邮件 3 中给，并且仅当购物车金额低于您的包邮门槛时。参见“何时不给折扣”。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除去随便看看的人，在放弃购物车的顾客中，40% 认为额外费用太高（运费、税费、手续费），12% 无法事先看到总价。用完整价格来回应，而不是优惠码。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[商品]的总价，含运费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这是您购物车的完整价格，不会再有意外费用：</w:t>
        <w:br/>
        <w:t>[商品]：[价格]</w:t>
        <w:br/>
        <w:t>寄往[州或国家]的运费：[运费]</w:t>
        <w:br/>
        <w:t>税费：[税费，或“结账时按您的地址计算”]</w:t>
        <w:br/>
        <w:t>总计：[总价]</w:t>
        <w:br/>
        <w:br/>
        <w:t>标准配送满[$50]包邮。您的购物车金额为[$46.00]。</w:t>
        <w:br/>
        <w:br/>
        <w:t>[购物车链接]</w:t>
        <w:br/>
        <w:br/>
        <w:t>[您的名字]，[网店]</w:t>
        <w:br/>
        <w:t>[邮寄地址]</w:t>
        <w:br/>
        <w:t>[退订链接]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寄往[州]的运费是[$7.95]，满[$50]包邮。税费在结账时按您的地址计算。您的购物车是[$46.00]，税前总价为[$53.95]。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在最后一步才加收费用。FTC 把分步加价（先显示部分价格，之后再加收必付费用）列为一种暗黑模式。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针对配送时间的邮件 2：给出日期，而不是天数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Baymard：20% · 给出：截单时间、日期范围 · 结账优化：商品页显示送达日期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20% 放弃购物车的顾客表示配送太慢。他们往往无法判断订单什么时候送达。请给出截单时间和日期范围。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您的[商品]预计何时送达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工作日[14:00]前下单，当天发货。之后：</w:t>
        <w:br/>
        <w:t>标准配送，[满 $50 包邮]：[3 到 5]个工作日，约[日期]至[日期]送达。</w:t>
        <w:br/>
        <w:t>加急配送，[$14.95]：[1 到 2]个工作日，约[日期]至[日期]送达。</w:t>
        <w:br/>
        <w:br/>
        <w:t>需要在某天之前收到？回复告诉我们日期，我们会告诉您哪种方式来得及。</w:t>
        <w:br/>
        <w:br/>
        <w:t>[购物车链接]</w:t>
        <w:br/>
        <w:br/>
        <w:t>[您的名字]，[网店]</w:t>
        <w:br/>
        <w:t>[邮寄地址]</w:t>
        <w:br/>
        <w:t>[退订链接]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如果现在下单，[10 月 1 日（周四）]发货。标准配送需要[3 到 5]个工作日，预计[10 月 6 日至 8 日]送达。加急配送[$14.95]，需要[1 到 2]个工作日。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承诺承运商不保证的日期。请说“预计在……之间送达”，并给出日期范围。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回应内容：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发货日期, 送达日期范围, 更快的选项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针对退货的邮件 2：三行说清退货政策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Baymard：13% · 三行信息：期限、运费、退款 · 结账优化：购买按钮旁放摘要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13% 放弃购物车的顾客表示退货政策不够好。给出他们要找的三行信息：退货期限、谁承担退货运费、退款何时到账。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对[商品]还拿不准？退货是这样的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如果[商品]不合适，您可以退回：</w:t>
        <w:br/>
        <w:t>- 签收后[30]天内，[未使用]。</w:t>
        <w:br/>
        <w:t>- 退货运费：[免费，或从退款中扣除 $5.95]。</w:t>
        <w:br/>
        <w:t>- 收到退货后[5]个工作日内原路退款。</w:t>
        <w:br/>
        <w:br/>
        <w:t>完整政策：[政策链接]</w:t>
        <w:br/>
        <w:t>您的购物车：[购物车链接]</w:t>
        <w:br/>
        <w:br/>
        <w:t>[您的名字]，[网店]</w:t>
        <w:br/>
        <w:t>[邮寄地址]</w:t>
        <w:br/>
        <w:t>[退订链接]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未使用的商品可在签收后[30]天内退货。收到退货后，我们会在[5]个工作日内原路退款。完整政策：[链接]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同一份文本：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按网站上的原文引用政策，不要加任何新承诺。退货政策模板为网站、邮件和 AI 客服保留同一份标有日期的版本。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针对信任和支付的邮件 2：让顾客知道您是谁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Baymard：19% · 展示：地址、电话、评价 · 结账优化：更多付款方式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19% 放弃购物车的顾客不放心把银行卡信息交给网站，10% 遇到银行卡被拒，9% 没找到足够的付款方式。展示一家真实的企业，以及所有付款方式。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我们是谁，以及您可以怎样付款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我们是[网店]：[用一句话介绍自己，例如自 2019 年起在缅因州波特兰手工浇制蜡烛的两个人]。我们的地址是[邮寄地址]，电话：[电话]。</w:t>
        <w:br/>
        <w:br/>
        <w:t>您可以用[银行卡、PayPal 或 Apple Pay]付款。[银行卡付款由我们的支付服务商处理，我们永远看不到您的完整卡号。]</w:t>
        <w:br/>
        <w:br/>
        <w:t>如果付款没有成功，回复这封邮件，我们会帮您完成订单。</w:t>
        <w:br/>
        <w:br/>
        <w:t>顾客评价：[评价链接]</w:t>
        <w:br/>
        <w:t>您的购物车：[购物车链接]</w:t>
        <w:br/>
        <w:br/>
        <w:t>[您的名字]，[网店]</w:t>
        <w:br/>
        <w:t>[退订链接]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您可以用[银行卡、PayPal 或 Apple Pay]付款。请不要在这个聊天窗口里输入卡号。如果付款失败，我可以帮您转给真人处理。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通过邮件或聊天索要银行卡信息，或发送顾客没有要求的付款链接。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针对注册账户的邮件 2：无需注册即可下单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Baymard：18% · 第一行：无需注册账户 · 结账优化：游客结账放在首位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18% 放弃购物车的顾客因为网站要求注册账户而离开。如果您支持游客结账，就在第一行说明。如果还不支持，发这封邮件前先开启它。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无需注册账户即可下单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在[网店]下单不需要注册账户。结账时选择[以游客身份继续]：我们只需要您的邮箱和地址。</w:t>
        <w:br/>
        <w:br/>
        <w:t>您的购物车已保存：[购物车链接]</w:t>
        <w:br/>
        <w:br/>
        <w:t>[想查看订单记录？下单后可以再注册账户。]</w:t>
        <w:br/>
        <w:br/>
        <w:t>[您的名字]，[网店]</w:t>
        <w:br/>
        <w:t>[邮寄地址]</w:t>
        <w:br/>
        <w:t>[退订链接]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不需要注册账户。结账时选择[以游客身份继续]，然后填写邮箱和地址即可。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解决根源：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把游客结账放在首位，下单完成后再提供注册账户的选项。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针对随便看看的邮件 2：帮您保存，不催促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Baymard：42% · 邮件：只发 1 和 2 · 折扣：绝不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42% 的美国网购者曾因为“只是随便看看/还没准备购买”而放弃购物车。他们需要的是一条回来的路，而不是优惠码。把这封作为邮件 2 发送，并跳过邮件 3。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已为您保存：[商品]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不着急。我们为您保存了[商品]，等您准备好了随时可以找到：[购物车链接]</w:t>
        <w:br/>
        <w:br/>
        <w:t>也许能帮您做决定：[一个有用的信息，例如燃烧时长、尺寸或最常被问到的问题]。</w:t>
        <w:br/>
        <w:br/>
        <w:t>这是关于这个购物车的最后一封邮件。</w:t>
        <w:br/>
        <w:br/>
        <w:t>[您的名字]，[网店]</w:t>
        <w:br/>
        <w:t>[邮寄地址]</w:t>
        <w:br/>
        <w:t>[退订链接]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聊天版本：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慢慢看，不着急。关于[商品]有任何问题，随时在这里问我，白天晚上都可以。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给只是看看的人发折扣，或把他们加进他们没有订阅过的新闻邮件。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解答阻碍购买问题的聊天回复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回答：24/7 · 回答依据：知识库、产品数据源 · 转给：实时支持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这些原因大多是顾客本可以在页面上提出的问题。把 AI 客服放在商品页和购物车页上，在平台允许的情况下也放在结账页上，并使用以下规则。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 AI 客服的说明：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售前问题：</w:t>
        <w:br/>
        <w:t>1. 只根据知识库和产品数据源回答：价格、运费、配送、退货、付款方式、尺寸和材质。</w:t>
        <w:br/>
        <w:t>2. 运费：给出运费和包邮门槛；如果顾客告诉你购物车金额，再给出税前总价。</w:t>
        <w:br/>
        <w:t>3. 配送：根据截单时间给出发货日期和送达日期范围。绝不承诺确切的某一天。</w:t>
        <w:br/>
        <w:t>4. 退货：逐字引用退货期限、退货运费和退款时间。</w:t>
        <w:br/>
        <w:t>5. 绝不编造优惠码或促销活动。</w:t>
        <w:br/>
        <w:t>6. 绝不索要卡号。</w:t>
        <w:br/>
        <w:t>7. 遇到定制或批量订单、商品损坏、付款失败、知识库中没有的内容，或顾客要求时，转给真人。告诉顾客真人会在[营业时间内 30 分钟]内回复。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上线前测试：6 个问题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顾客提问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正确的回答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寄到俄亥俄州运费多少？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运费、满[$50]包邮、税费在结账时计算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周五之前能到吗？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发货日期和送达日期范围，不做承诺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如果不喜欢这个香味，可以退货吗？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逐字引用政策条款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有优惠码吗？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不编造优惠码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我的银行卡被拒了。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不在聊天中索要卡信息；转人工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婚礼要订 40 支蜡烛，可以吗？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转给真人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 /shipping：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[名字]您好，寄往[州]的运费是[$7.95]，标准配送满[$50]包邮。工作日[14:00]前下单当天发货，[3 到 5]个工作日送达。加急配送[$14.95]，[1 到 2]个工作日送达。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 /discount：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[名字]您好，我们目前没有可用的优惠码。标准配送满[$50]包邮，未使用的商品可在签收后[30]天内退货。关于您的订单，还有什么可以帮您的吗？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转给真人：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定制或批量订单, 付款失败, 商品损坏, 知识库中没有, 要求找真人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示例：一个被放弃的购物车：从邮件 2 到成功挽回的订单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Driftwood Candle Co. 是缅因州波特兰一家虚构的蜡烛店，在网上销售大豆蜡烛。在这组弃购挽回邮件示例中，一位顾客在配送步骤离开，邮件 2 向她展示了完整价格，AI 客服在她下单前解答了送达时间的问题。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顾客：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30 日（周三）19:31：您好，我收到了你们关于购物车的邮件。如果今晚下单，10 月 10 日（周六）之前能到吗？是生日礼物。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可以，应该能到。14:00 之后的订单在下一个工作日发货，所以今晚的订单会在 10 月 1 日（周四）发出。标准配送需要 3 到 5 个工作日，预计 10 月 6 日至 8 日送达。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顾客：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好的。我的购物车是 $46，运费要 $7.95，所以我才没下单。另外，你们能帮我给她写张卡片吗？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标准配送满 $50 包邮，所以 $46 的订单运费是 $7.95。您可以在结账时添加礼品留言。手写卡片需要团队来回答，我现在帮您转给 Theo。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Rachel 您好，我是 Theo。可以的，Iris 会免费手写礼品卡。请在结账时把祝福语写在礼品留言框里，我们会抄写到卡片上。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顾客：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太好了。我再加一个烛芯剪，这样就包邮了。现在就下单。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谢谢您，Rachel。点击我们邮件里的链接就能回到您的购物车。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购物车 C-5207：邮件序列和停止规则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发生了什么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29 日（周二）19:12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在配送步骤离开，购物车 $46.00；勾选了“给我发送新品和优惠信息”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可发邮件：是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周二 20:12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 1：购物车已保存，满 $50 包邮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未下单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30 日（周三）19:12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 2，额外费用：含运费的完整总价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点击链接，打开聊天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周三 19:31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客服解答了送达时间和运费；Theo 解答了卡片问题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已解答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周三 19:58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 DC-10458，$58.00，加购了烛芯剪，包邮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已挽回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2 日（周五）19:12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 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未发送：停止规则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挽回记录表中的这一行和结账优化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可能原因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额外费用：$46.00 的购物车运费 $7.95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挽回节点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 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折扣金额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$0.00：满 $50 包邮本来就是规则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聊天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标签“售前”；Theo 于 19:40 认领了这次转人工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结账优化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从 10 月 1 日（周四）起，购物车页面显示包邮进度条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9 月 28 日至 10 月 4 日这一周，Excel 汇总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放弃的购物车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16 个，其中 14 个可发邮件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已发邮件数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33 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挽回的订单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16 个购物车中挽回 4 个，25%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挽回的收入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$288.00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折扣成本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$7.95，一个包邮优惠码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首要原因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额外费用，16 个购物车中占 5 个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虚构的店铺和顾客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弃购挽回从结账流程开始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原因和比例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在网站上解决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对应邮件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额外费用太高：40%。无法事先看到总价：12%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在购物车和商品页显示运费和税费估算，以及距离包邮还差多少，最后一步不加收新费用。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配送太慢：20%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在商品页显示截单时间和送达日期范围，并提供更快的选项。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不放心把银行卡信息交给网站：19%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展示您的地址、电话号码和评价，并使用顾客熟悉的支付页面。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被要求注册账户：18%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把游客结账作为第一个选项。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结账流程太长或太复杂：17%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减少字段：只保留发货和收款所需的信息。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无：优化表单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网站出错或崩溃：17%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每周以及每次更改应用或主题后，都用手机下一笔测试订单。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无：修复错误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退货政策：13%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在购买按钮旁写三行：退货期限、退货运费、退款时间。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银行卡被拒或付款方式太少：10% 和 9%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在购物车中显示顾客常用的电子钱包。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选项卡 5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弃购提醒邮件什么时候不该放折扣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优惠码会让本来就会回来的订单损失利润。以下五种情况不该给折扣，只有一种情况可以给。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不放在邮件 1 里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在第一封邮件里放优惠码，等于教顾客先离开、再等优惠码。邮件 1 是提醒和解答。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不给随便看看的人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42% 的美国网购者曾在随便看看时放弃购物车。优惠码等于是在给还不打算购买的人发钱。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价格不是原因时不给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配送时间、退货、信任或注册账户：优惠码解决不了其中任何一个。把答案发给顾客。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不给同一位顾客两次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每位顾客[90]天内只发一个购物车优惠码。发之前先查 Excel 记录表。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绝不制造虚假紧迫感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FTC 把虚假的低库存提示和会重置的倒计时列为暗黑模式。只有属实时才写“仅剩 3 件”。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什么情况下给折扣合理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仅限邮件 3，原因是额外费用，并且购物车金额低于您的包邮门槛：用网店平台生成一次性包邮优惠码，48 小时内有效。记录它的成本。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 3 中的这句话：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此购物车可享标准配送包邮：请在[日期和时间]前使用[优惠码]。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可以给谁发送弃购提醒邮件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顾客所在地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怎么做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CAN-SPAM：只有在为已经约定的交易提供便利时，邮件才属于交易类邮件，而未完成的购物车不属于这种情况。商业邮件需要真实的发件人和主题、广告标识、您的邮寄地址，以及在 10 个工作日内处理的退订。每封违法邮件最高可罚 $53,088。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封邮件都要有地址和退订链接。顾客第一次要求不要再发时就停止。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向个人发送营销邮件需要获得同意或符合“软性同意”：邮箱是您在销售或洽谈销售过程中亲自收集的，您只推广类似的产品，并且在收集时和每封邮件中都提供了清晰的退订方式。浏览不算洽谈。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在结账页的邮箱栏旁放一个清晰的退订或订阅勾选框。等到之后的邮件里才提供退订就太晚了。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欧盟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邮件营销需要事先同意。例外情况涵盖在销售过程中从客户处获得的联系方式，用于推广您自己的类似产品，并且在收集时和每封邮件中都提供免费、简便的拒绝方式。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没有完成购买的顾客可能还不算客户。在结账时用勾选框征求同意，并核实所在国家的规定。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所有顾客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没有邮箱，就不发邮件。Shopify 只在顾客提供邮箱后才把结账算作放弃，并由您选择谁会收到邮件。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只给标记为“可发邮件：是”的顾客发邮件。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如何使用这些弃购挽回邮件示例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确认可以给谁发邮件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在结账页放一个清晰的营销邮件勾选框；只给可以接收邮件的顾客发购物车邮件。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设置邮件序列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在网店平台或邮件工具中设置：购物车放弃后 1、24 和 72 小时发送，顾客一下单就停止。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按原因写邮件 2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复制选项卡 2 到 7，替换方括号中的内容。想给所有人发同一封邮件 2？用选项卡 2。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在页面上解答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 AI 客服放在商品页和购物车页上，使用选项卡 8 中的规则。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记录并优化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每周记录购物车，并解决首要原因的根源。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 &gt; 选择机器人 &gt; “基础知识”选项卡：把运费、截单时间、送达日期范围、退货政策和付款方式粘贴到“知识库”，或使用“从网站导入”。把选项卡 8 中的规则粘贴到“说明”。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Scale 版：“产品数据源” &gt; “添加数据源”，粘贴您的 Google Merchant Center XML 数据源网址，点击“导入”。之后 AI 客服就会知道价格、库存和商品特性。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点击“保存更改”，然后在“尝试机器人”中用 6 个测试问题进行测试。把聊天窗口放在商品页和购物车页上，在平台允许的情况下也放在结账页上。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AI 客服无法回答的问题会以“等待客服”状态进入“实时支持”：“认领”聊天并回复。在“设置” &gt; “对话标签” &gt; “新标签”中创建“售前”标签，用来统计这类聊天。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Growth 版：“设置” &gt; “已保存回复” &gt; “新建回复”，“快捷键”填 /shipping，填写“标题”，“回复内容”用选项卡 8 中的文本，开启“与团队共享”。对 /discount 重复同样的步骤。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聊天和基础知识库：免费版，3 位用户。转人工和统一收件箱：Launch 版，按年付费每月 $19，支持 8 位用户。已保存回复：Growth 版，$49。产品数据源导入：Scale 版，$99。本应用不跟踪购物车，不发送购物车邮件，也不生成优惠码。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每月检查，20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查看“汇总”工作表上的挽回率和折扣成本。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针对首要原因做一项结账优化。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转人工的聊天：把答案添加到知识库。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每封邮件都有地址和退订链接；退订请求均已处理。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来自 CRMsoftware.pro 的免费模板。示例数据均为虚构。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https://crmsoftware.pro/zh/templates/cart-abandonment-recovery-messages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弃购挽回邮件示例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