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聊天机器人话术模板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适用于网站 AI 聊天机器人的 7 步话术：带 AI 身份声明的问候语、回答模式、资格审核问题、征得同意的留资、预约、附摘要的转人工，以及带评分提示的结束语。另附 AI 客服指令中的流程模块、12 项测试和完整示例。来自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用您的业务信息、链接和姓名填写方括号。把问候语和建议回复作为固定文本放进聊天机器人，把第 8 部分粘贴到 AI 客服的指令中，上线前运行 12 项测试。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话术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问候：AI 身份声明、服务范围和建议回复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AI 身份声明：第一句 · 负责人和行动：[姓名]编写问候语和建议回复，然后在手机上读一遍。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这份聊天机器人话术模板从唯一一条需要逐字写好的消息开始：问候语。第一句就声明这是 AI，接着说明 AI 客服能做什么、由谁接手，最后提一个开放式问题，并配上 3 到 4 个建议回复。AI 客服是什么样的角色，请参考 AI 智能体人设指南。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第一条消息（填写）：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助手。我可以帮您处理[任务 1]、[任务 2]和[任务 3]，我解决不了的问题，会由我们团队的[姓名]接手。有什么可以帮您？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建议回复（3 到 4 个按钮）：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[最常问的问题，几个字即可]</w:t>
        <w:br/>
        <w:t>[预约或获取报价]</w:t>
        <w:br/>
        <w:t>[第二常问的问题]</w:t>
        <w:br/>
        <w:t>人工客服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变体：大多数聊天在非工作时间进来：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助手。关于[任务]的问题，我随时都可以回答。我们的团队[工作日和时间]在线，我答不了的问题会由他们回复。有什么可以帮您？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客户的第一条消息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如果客户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AI 客服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提出了完整的问题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立即回答，不再重复问候。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只说了“你好”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“您好！有什么可以帮您？比如[选项 1]、[选项 2]，或者其他问题。”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问“你是真人吗？”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“不是，我是 AI 助手。我们团队的[姓名]可以接手。需要我帮您转过去吗？”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为什么身份声明要放在最前面：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在欧盟，自 2026 年 8 月 2 日起，最迟在首次互动时就必须让人们知道自己正在与 AI 系统互动，除非这一点显而易见。在加州，机器人不得为了促成交易而在自己是机器人这一点上误导他人。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绝不给机器人起真人名字或配真人照片，却不在同一句话里写明“AI 助手”。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绝不只用菜单开场：有真实问题的客户必须能直接输入。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绝不显示超过 4 个建议回复。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机器人名称, 3 项任务, 接手人姓名, 按钮文字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回答模式：回答、来源、下一步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回答长度：3 句 · 负责人和行动：[姓名]每周以及每次调价后，都按价目表核对价格类回答。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每个回答都由三部分组成：第一句给出回答，然后是来源，最后是一个下一步。最多 3 个短句，这样客户能核对来源，聊天也不会走进死胡同。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回答模式（填写）：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[回答：先给数字，或先说是或否] [来源：页面名称或链接，价格要注明日期] [一个下一步：一个问题、一个链接或转给真人]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2.1 价格：“[服务]多少钱？”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客户所说规格或选项对应的价格。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[价格页面链接]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一个资格审核问题或预约链接。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[规格]的[服务]价格为[价格]，见我们的价目表：[价格页面链接]。为了确认您是否在我们的服务区域内：您的邮编是多少？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2.2 政策：“可以取消吗？”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先说是或否，再用一句话说明规则。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[政策页面链接]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可以直接办理的链接。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可以，最晚在预约前[24]小时取消免费，之后取消收取[费用]。完整政策：[政策页面链接]。您可以通过确认邮件中的链接修改预约。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2.3 服务：“你们提供[服务]吗？”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提供就说明基本内容；不提供就推荐最接近的服务。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来源：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[服务页面链接]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下一步：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预约、一个问题或转给真人。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我们不提供[服务]。不过我们有[最接近的服务]，价格为[价格]：[服务页面链接]。这个能帮到您吗？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来源中没有答案时：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客服使用 AI 兜底与安全话术中的如实回复。它绝不为了凑齐回答模式而乱猜。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绝不用“问得好！”这类客套话开头。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绝不在一条消息里给出两个下一步。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绝不引用没有提供给 AI 客服的来源。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资格审核问题：最多 3 个，每条消息一个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问题数：最多 3 个 · 负责人和行动：[姓名]每月查看客户会跳过哪些问题，删掉没人回答的问题。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只问会改变下一步的问题：价格、服务区域、在线预约还是转给真人。最多 3 个，每条消息一个，能给选项就给选项。客户已经说过的就跳过。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您的 3 个问题（填写）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问题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为什么问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如果回答是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[在哪里？邮编或城镇]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确认服务区域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不在服务区域内：如实说明，推荐[替代方案]。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[多大面积，或哪个选项？]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决定价格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超过[上限]：由团队成员发送报价。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[什么时候需要？]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发预约链接还是转给真人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[48 小时]内：转给[姓名]。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3.1 区域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收集的信息：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邮编或城镇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[住宅或店铺]所在地的邮编是多少？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3.2 规格或选项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收集的信息：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面积、数量或类型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有几个[卧室和卫生间]？比如：[2 室 1 卫]。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3.3 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收集的信息：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日期或截止时间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客服问：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您什么时候需要：本周、下周，还是更晚？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如果客户不想回答：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没关系。我们的价格在这里：[价格页面链接]。以后如果需要准确报价，随时问我就行。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绝不在一条消息里问两个问题。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绝不在进入下一步之前问超过 3 个问题。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绝不为了收集用不上的信息而提问。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留资：征得同意后再询问联系方式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询问：2 项信息 · 负责人和行动：[姓名]检查隐私政策链接能否打开，以及用途说明是否与您实际使用数据的方式一致。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只有下一步需要时才询问联系方式：报价、回电，或团队不在线时的回复。先回答，再询问，绝不反过来。说明原因，只问需要的信息，附上隐私政策链接，等对方同意。在欧盟，GDPR 要求在收集个人数据时告知对方您是谁、为什么收集这些数据。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客服问（填写）：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为了[给您发送报价]，[姓名]需要您的姓名和[邮箱或电话]。我们只会用这些信息回复您的这次咨询。隐私政策：[隐私政策链接]。可以吗？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对方提供之后：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谢谢，[名字]。[姓名]会在[时间]前通过[邮箱或电话][发送报价]。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如果对方拒绝：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没关系。您仍然可以在这里在线预约：[预约链接]，或致电[电话]。还有什么可以帮您的吗？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聊天前填表，还是在聊天中询问？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方式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适合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代价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聊天前填写表单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每次聊天后都会通过邮件或电话跟进的团队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客户在得到任何回答之前就要先留信息。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在聊天中询问（本选项卡）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先回答，只有报价或回电需要时才要联系方式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只得到回答就结束的聊天不会留下联系方式。</w:t>
            </w:r>
          </w:p>
        </w:tc>
      </w:tr>
    </w:tbl>
    <w:p/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绝不询问下一步用不上的信息，例如出生日期。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绝不因为一次聊天就把对方加入电子报订阅。营销需要对方另外单独同意。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预约：发送链接，由预约页面确认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何时算预约成功：页面确认后 · 负责人和行动：[姓名]每次修改后都检查链接能否打开正确的服务和价格。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对于价格和时长固定的服务，AI 客服发送您的预约链接。它看不到、保留不了也确认不了时间，这些都由预约页面完成。完整的预约规则：参见我们的预约 AI 提示词模板。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客服说：预约链接：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您可以在这里为[服务]（[时长]，[价格]）选择空闲时间：[预约链接]。只有在预约页面确认、并且您收到确认邮件后，您的时间才算预约成功。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客户预约之后：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好的，就定在[日期、星期、时间]。如需修改，请使用确认邮件中的链接。还有什么可以帮您的吗？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如果无法在线预约：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[服务]需要先报价，因为[原因]。[姓名]可以在[时间]前把报价发给您。需要我帮您转达请求吗？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在预约页面确认之前，绝不写“已经帮您约好了”。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绝不说某个时间有空、已被约或通常不忙。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绝不在聊天中收取银行卡信息。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转人工：附上让客户核对的摘要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摘要：由客户核对 · 负责人和行动：[姓名]接手聊天，阅读摘要，并在[回复时间]内回复。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客户不用重复任何内容，接手的同事也不用往上翻。AI 客服在聊天中写一份简短摘要，请客户核对，然后说明谁会回复、在哪里回复、什么时候回复。何时转人工、回复要多快：参见 AI 转人工交接手册。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聊天中的摘要（填写）：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我将把以下信息转给[姓名]：</w:t>
        <w:br/>
        <w:t>[名字]，[邮箱或电话]</w:t>
        <w:br/>
        <w:t>需求：[一句话说明请求]</w:t>
        <w:br/>
        <w:t>详情：[资格审核问题的回答]</w:t>
        <w:br/>
        <w:t>已回答：[已经告诉客户的内容]</w:t>
        <w:br/>
        <w:t>这样对吗？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转人工话术（工作时间）：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谢谢。[姓名]会在[回复时间]内在这里回复您。如果您离开了，[姓名]会通过[邮箱或电话]回复。目前尚未[预约或确认]任何事项。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非工作时间：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我们的团队目前不在线，[星期和时间]恢复。[姓名]已收到您的摘要，会在[时间]前通过[邮箱或电话]回复您。目前尚未[预约或确认]任何事项。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如果客户更正了摘要：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谢谢，已经改好了：[更正后的内容]。[姓名]会看到更正后的版本。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绝不只说“正在为您转接”，却不提供姓名和回复时间。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没有人在线时，绝不承诺“马上”回复。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没有摘要和联系方式，绝不转人工。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以下情况转人工：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报价, 投诉, 例外情况, 要求找真人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结束语：总结、下一步和评分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评分提示：只提一次 · 负责人和行动：[姓名]每周查看平均评分，评分下降时阅读最近的聊天。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客户的需求得到满足后再结束：总结、下一步、致谢，并提一次评分。如果您的聊天工具在聊天结束时显示星级评分，结束语就提一下它。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先确认：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还有什么可以帮您的吗？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预约之后：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都安排好了：[日期、星期、时间]的[服务]。确认邮件里有详细信息。感谢您选择[公司名称]！聊天结束时，您可以为本次聊天评分。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转人工之后：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[姓名]已收到您的请求，会在[时间]前回复。感谢您的耐心等待，[名字]。聊天结束时，您可以为本次聊天评分。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回答之后：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很高兴能帮到您。以后如果需要[下一步]，再打开聊天就行。聊天结束时，您可以为本次聊天评分。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绝不要求客户打 5 星，也绝不为评分提供任何好处。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还有问题没解决时，绝不结束聊天。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绝不在结束语里提出新的推销。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8. AI 客服的聊天机器人对话流程模块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必须通过：全部 12 项 · 负责人和行动：[姓名]运行 12 项测试，并在 Excel 测试记录中记下“通过”或“未通过”。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第 1 到第 7 个选项卡是话术；这个模块告诉 AI 客服各步骤的顺序和每一步的规则。把它粘贴在人设简报和兜底规则之后，填写方括号，保存，然后运行 12 项测试。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放入“说明”的对话流程：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对话流程</w:t>
        <w:br/>
        <w:t>按顺序执行以下步骤。如果客户已经给出答案，就跳过该步骤。每条消息只问一个问题。每次回复最多 3 个短句。</w:t>
        <w:br/>
        <w:t>1. 问候：第一条消息是固定的。如果客户只说了“你好”，问对方需要什么，并提供[2 到 3 个选项]。如果被问到，说明你是 AI 助手。绝不自称真人。</w:t>
        <w:br/>
        <w:t>2. 回答：第一句给出回答，只依据这些说明和知识库。然后说明来源：[页面名称或链接]。最后给出一个下一步：一个问题、一个链接或转给真人。</w:t>
        <w:br/>
        <w:t>3. 资格审核：在[报价、预约或转人工]之前，最多问 3 个问题，每条消息一个：[问题 1]、[问题 2]、[问题 3]。尽量提供 2 到 3 个选项。</w:t>
        <w:br/>
        <w:t>4. 留资：只有下一步需要时才询问联系方式。说明原因，询问姓名和[邮箱或电话]，提供[隐私政策链接]，并询问对方是否同意。如果对方拒绝，继续提供帮助，并提供[预约链接]或[电话]。</w:t>
        <w:br/>
        <w:t>5. 预约：对于[可在线预约的服务]，发送[预约链接]。只有预约页面确认后，时间才算预约成功。绝不说某个时间已被预约、已保留或有空。</w:t>
        <w:br/>
        <w:t>6. 转人工：遇到[转人工话题]或客户要求找真人时转人工。先写摘要：姓名、联系方式、请求、详情、你已经回答的内容。问“这样对吗？”然后说：“[姓名]会在[回复时间]内在这里回复您。”在[工作时间]以外，说明团队什么时候回复。</w:t>
        <w:br/>
        <w:t>7. 结束语：客户没有其他问题时，总结已商定的内容和下一步，表示感谢，并告诉对方聊天结束时可以为本次聊天评分。绝不提出新的推销。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测试脚本：上线前要输入的 12 条消息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步骤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输入这句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通过条件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问候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你是真人吗？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说明自己是 AI 助手，并提出可以转给[姓名]。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问候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你好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用一个附选项的简短问题回应，不重复问候。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回答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[您最常见的服务]多少钱？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给出价目表中的价格、来源和一个下一步。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回答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可以取消吗？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一句话说明规则，附政策链接，不额外承诺。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资格审核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我下周需要[服务]。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每条消息一个问题，最多 3 个，不再询问日期。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资格审核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[在一条消息里回答全部 3 个问题]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不重复提问，直接进入下一步。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留资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能给我发个报价吗？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说明原因，询问 2 项信息，提供隐私政策链接，等待对方同意。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留资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我不太想留邮箱。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接受，提供[预约链接]或[电话]，继续提供帮助。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预约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帮我约周六 9 点。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发送[预约链接]；绝不写“已经帮您约好了”。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转人工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我想找真人客服。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写摘要，问“这样对吗？”，然后说明姓名和回复时间。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转人工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[同一条消息，在工作时间以外发送]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说明团队什么时候回复，并收集联系方式。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结束语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谢谢，没别的了。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总结、下一步、一句评分提示，不推销新内容。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放在哪里：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价格和政策放在知识库里，不要写进这个模块。每次修改话术、链接或价格后，都要重新测试全部 12 项。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先填写：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选项, 来源名称, 3 个问题, 隐私政策链接, 预约链接, 转人工话题, 回复时间, 工作时间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示例：一家清洁公司的聊天机器人话术：从问候到评分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这份聊天机器人话术模板在真实聊天中是这样运行的。Fairmoor Home Cleaning 是加州 San Jose 的一家虚构公司，于 2026 年 10 月 1 日通过了全部 12 项测试，第二天正式上线。10 月 6 日（周二），Dana 咨询了深度清洁，通过链接自行预约，并从 Rosa 那里拿到了退租清洁报价。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 Fern，Fairmoor Home Cleaning 的 AI 助手。我可以帮您了解价格、服务区域和预约，我解决不了的问题，会由办公室的 Rosa 接手。有什么可以帮您？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95126 这边 3 室 2 卫的房子，深度清洁要多少钱？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 室 2 卫的深度清洁价格为 $330，见我们的价目表：fairmoor.example/prices。95126 在我们的服务区域内。这次是清洁您现在住的房子，还是做退租清洁？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都要！新家做深度清洁，旧公寓做退租清洁。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深度清洁您可以自己预约：fairmoor.example/book。预约页面通过邮件确认后，才算预约成功。退租清洁由 Rosa 给您报价。旧公寓有几室几卫？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约好了，10 月 10 日周六 9:00，确认邮件也收到了。旧房子是 1 室 1 卫，在 Santa Clara，10 月 16 日周五交还钥匙。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好的，就定在 10 月 10 日（周六）9:00。为了给您做退租清洁报价，Rosa 需要您的姓名，以及邮箱或电话号码。我们只会用这些信息回复您的这次咨询。隐私政策：fairmoor.example/privacy。可以吗？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可以。Dana Whitfield，dana.w@example.com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谢谢，Dana。我将把以下信息转给 Rosa：退租清洁，1 室 1 卫，Santa Clara，10 月 16 日（周五）交还钥匙，报价通过邮件发送至 dana.w@example.com。这样对吗？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对，没错。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谢谢。工作时间内，Rosa 会在 15 分钟内在这里回复您。如果您离开了，她会通过邮件回复。退租清洁目前还没有预约。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Rosa（办公室）：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Dana 您好，我是 Rosa。空置的 1 室 1 卫公寓做退租清洁是 $210，包括烤箱和冰箱。我们可以安排在 10 月 15 日（周四）13:00 开始。报价和预约链接已经发到您的邮箱。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太好了，谢谢！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Rosa（办公室）：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不客气！总结一下：深度清洁在 10 月 10 日（周六）9:00，退租清洁的报价在您的邮箱里。感谢您选择 Fairmoor。聊天结束时，您可以为本次聊天评分。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话术逐步拆解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问候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先声明是 AI；按钮：价格、预约清洁、退租清洁、人工客服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回答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$330、价目表链接、一个问题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资格审核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 个问题；Dana 自己给出了日期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发送链接；10 月 10 日（周六）9:00，已通过邮件确认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留资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先说明用途并附隐私政策链接，再获得姓名和邮箱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转人工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Dana 核对了摘要；Rosa 4 分钟后接手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结束语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Rosa 做了总结；评分 5 星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应用和 CRM 中记录了什么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预约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深度清洁，10 月 10 日（周六）9:00，已确认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实时支持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10:11 等待客服，10:15 已认领，10:24 已解决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潜在客户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由 Rosa 添加：退租清洁，Santa Clara，$210；来源：在线聊天；状态：进行中；负责人：Rosa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任务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跟进退租清洁报价；Assignee（负责人）：Rosa；Deadline（截止日期）：10 月 9 日（周五）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分析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“满意度”下显示 5 星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在 AI 客服上行不通的聊天机器人话术示例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四句来自旧式聊天机器人话术的句子：为什么行不通，以及应该改成什么。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“请选择：1 销售，2 支持，3 账单”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只有菜单的问候语，是让客户去迁就您的菜单。AI 客服能读懂任何问题，所以让客户直接输入。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改成这样：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您好，我是[机器人名称]，[公司名称]的 AI 助手。关于[话题]的问题都可以问我，也可以点击按钮。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“你好，我是 Jessica！有什么可以帮您？”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只有真人名字、没有身份声明，读起来就像真人。这正是欧盟和加州身份披露规则所针对的情况。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改成这样：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您好，我是 Jessica，[公司名称]的 AI 助手。我解决不了的问题，会由我们团队的[姓名]接手。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“开始之前，请问您的邮箱是？”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在给出任何回答之前就索要信息，等于给一个简单的问题设了门槛。先回答；等报价或回电需要时再问。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改成这样：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有什么问题尽管问，我马上回答。如果您需要报价，到时我再询问您的联系方式。</w:t>
      </w:r>
    </w:p>
    <w:p>
      <w:pPr>
        <w:spacing w:after="8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“正在为您转接客服……”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生硬的转接：没有姓名，没有回复时间，也没有摘要。客户只能把所有内容重说一遍，或者直接离开。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改成这样：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我将把以下信息转给[姓名]：[摘要]。这样对吗？[姓名]会在[回复时间]内在这里回复您。</w:t>
      </w:r>
    </w:p>
    <w:p>
      <w:pPr>
        <w:spacing w:after="80"/>
      </w:pP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“抱歉，我没听懂”应该放在您的兜底话术里：先问一个澄清问题，然后转给真人。</w:t>
      </w:r>
    </w:p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如何使用这份聊天机器人话术模板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填写方括号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姓名、任务、来源、3 个问题、链接、转人工话题、回复时间、工作时间。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固定可见文字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写好问候语和 3 到 4 个建议回复，在手机上读一遍。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粘贴流程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把第 8 个选项卡的内容放进 AI 客服的指令中，放在人设简报和兜底规则之后。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运行 12 项测试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 Excel 中记录“通过”或“未通过”。12 项全部通过后再上线。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每周阅读聊天记录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客户在哪一步停下或重复自己的话，就修改那一步，然后重新测试。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在“我的机器人”中选择机器人。在“基础知识”选项卡中，把问候语写进“首次消息”，把流程粘贴到“说明”（“共享”选项卡），并把价目表和政策添加到“知识库”。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在“行为”选项卡中开启“快速回复”，并添加您的“建议回复”。开启“满意度评分”后，对话结束时会显示星级评分提示。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可选：“收集用户数据”（“行为”选项卡）会在聊天前显示一个表单，姓名和电子邮件始终会被收集。“要求同意”（隐私确认，“高级”选项卡）会先显示您的“同意文本”（隐私提示）。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如需预约，打开“排程”&gt;“事件类型”，点击“复制链接”，把链接粘贴到流程模块中。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点击“保存更改”，然后点击“尝试机器人”，输入 12 条测试消息。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6. 在“连接”选项卡中开启“发送电子邮件通知”。转人工的聊天会以“等待客服”状态在“实时支持”中等待：“认领”，回复，然后“解决”。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聊天、“首次消息”、“建议回复”、“说明”和“尝试机器人”都包含在免费版中：3 位用户，无需信用卡。“实时支持”中的转人工和日历同步预约从 Launch 版起提供，按年付费每月 $19，支持 8 位用户。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完成检查：满足以下条件，话术才算就绪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问候语的第一句写明“AI 助手”，按钮在手机屏幕上能完整显示。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每个方括号都已填写，隐私政策链接和预约链接都能打开。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12 项测试全部通过，并在测试记录中记下日期。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有人会收到转人工邮件，并且知道回复时间。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免费模板。示例数据均为虚构。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https://crmsoftware.pro/zh/templates/chatbot-script-templates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聊天机器人话术模板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