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44"/>
        </w:rPr>
        <w:t>聊天机器人欢迎语示例：按行业分类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2"/>
        </w:rPr>
        <w:t>AI 聊天机器人为 21 类企业显示的第一条消息，每条都附 AI 身份声明、3 个快速回复、一句绝不能说的话，以及何时转给真人。另含四段式公式、写进机器人指令的欢迎规则和完整示例。来自 CRMsoftware.pro。</w:t>
      </w:r>
    </w:p>
    <w:p>
      <w:pPr>
        <w:spacing w:after="28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选择您所在行业的部分，把[方括号]中的每个词换成您自己的名字、任务和号码。AI 声明句放在最前面，控制在 100 字以内，并使用 3 个简短的快速回复。上线前用 5 个真实的访客问题测试消息，然后在 Excel 测试记录中每次记录一周。</w:t>
      </w:r>
    </w:p>
    <w:p>
      <w:pPr>
        <w:spacing w:after="160"/>
      </w:pPr>
      <w:r>
        <w:rPr>
          <w:rFonts w:ascii="Microsoft YaHei" w:hAnsi="Microsoft YaHei" w:cs="Microsoft YaHei" w:eastAsia="Microsoft YaHei"/>
          <w:b/>
          <w:color w:val="15131F"/>
          <w:sz w:val="32"/>
        </w:rPr>
        <w:t>欢迎语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1. 聊天机器人欢迎语示例：四段式公式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第一条消息：100 字 · 快速回复：3 个，每个不超过 12 字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这些聊天机器人欢迎语示例都遵循同一个公式：AI 身份声明、机器人能帮忙的 2 到 3 件事、由谁接手，最后提一个开放式问题。再配上 3 个快速回复。选项卡 2 到 8 把这个公式用在 21 类企业上。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第一条消息（填写）：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您好，我是[机器人名称]，[企业名称]的 AI 助手。我可以帮您处理[任务 1]、[任务 2]和[任务 3]，也可以帮您转给我们团队的[姓名]。有什么可以帮您？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快速回复（3 个按钮）：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[最常问的问题]</w:t>
        <w:br/>
        <w:t>[预约、购买或询价]</w:t>
        <w:br/>
        <w:t>人工客服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适用于所有行业的规则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100 字以内，在手机屏幕上不用滚动就能看完。这是本模板的规则，不是研究结论。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3 个快速回复，每个不超过 12 个字。访客仍然可以自己输入。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第一条消息不涉及隐私：不问健康状况、银行卡号或出生日期。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如果由真人回复聊天，就去掉 AI 声明句，改用真人的真实姓名。这样这些示例也能用作在线客服的欢迎语。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为什么 AI 声明句要放在最前面：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在欧盟，必须最迟在首次互动时告知人们他们正在与 AI 系统互动，除非这一点显而易见。该规定自 2026 年 8 月 2 日起适用。在加州，清楚表明自己是机器人，即可免除该州机器人法规定的责任。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写进机器人指令的欢迎规则：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欢迎规则</w:t>
        <w:br/>
        <w:t>第一条消息固定不变。如果被问到，就说你是 AI 助手，绝不说自己是真人。</w:t>
        <w:br/>
        <w:t>绝不：[您所在行业绝不能说的话]。</w:t>
        <w:br/>
        <w:t>以下情况把聊天转给[姓名]：[转人工话题]，以及访客要求找真人时。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按页面和非工作时间区分的欢迎语，见我们的在线客服欢迎语示例。聊天的其余部分，见聊天机器人话术模板。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先填写：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机器人名称, 3 项任务, 接手人姓名, 3 个按钮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2. 医疗诊所和牙科诊所的聊天机器人欢迎语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医疗建议：绝不提供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患者想预约、了解营业时间，或者问您接受哪些保险。症状交给您的团队，绝不交给机器人。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2.1 医疗诊所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快速回复：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预约就诊 · 营业时间 · 可用的保险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绝不能说：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诊断、剂量，或某个症状是否严重。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转给真人：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任何症状或检查结果：交给前台。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第一条消息：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您好，我是[机器人名称]，[诊所名称]的 AI 助手。我可以帮您预约、查询营业时间和保险，但不提供医疗建议。紧急情况？请拨打[急救电话]。有什么可以帮您？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2.2 牙科诊所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快速回复：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预约检查 · 新患者 · 今天牙疼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绝不能说：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检查前报治疗价格，或说“应该没什么事”。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转给真人：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疼痛、肿胀或牙齿断裂：由前台电话处理。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第一条消息：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您好，我是[机器人名称]，[诊所名称]的 AI 助手。我可以帮您预约检查或洁牙，并解答新患者的问题。今天牙疼？请拨打[电话]。有什么可以帮您？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为什么第一条消息不问健康问题：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在欧盟，健康数据属于《通用数据保护条例》（GDPR）规定的特殊类别，处理时规则更严格。让机器人负责预约，症状由您的团队询问。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绝不在第一条消息中询问症状、出生日期或保险号码。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转人工的情况：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症状, 检查结果, 今天疼痛, 账单争议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3. 房地产、房贷和太阳能企业的聊天机器人欢迎语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利率和节省：绝不承诺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机器人提供事实和下一步。价格、利率和能省多少钱，由真人告知。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3.1 房产中介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快速回复：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首次购房 · 预约看房 · 我的房子值多少？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绝不能说：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某个社区住着什么人，或某个区域适合“像您这样的家庭”。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转给真人：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出价、房屋定价、合同：[经纪人姓名]。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第一条消息：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您好，我是[机器人名称]，[中介名称]的 AI 助手。我可以帮您查房源、约看房、估房价，也可以帮您转给我们的经纪人[经纪人姓名]。您是想买房、卖房还是租房？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3.2 房贷经纪或贷款机构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快速回复：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申请预审批 · 贷款类型 · 联系贷款专员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绝不能说：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利率、月供，或“您肯定能批下来”。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转给真人：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任何利率、审批或个人财务数字：[贷款专员]。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第一条消息：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您好，我是[机器人名称]，[公司名称]的 AI 助手。我可以介绍贷款类型和预审批的步骤。利率和审批结果只能由持牌贷款专员给出。您的目标是什么？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3.3 太阳能安装商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快速回复：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获取报价 · 我家屋顶合适吗？ · 联系顾问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绝不能说：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把节省金额、回本年限或税收抵免说成承诺。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转给真人：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报价、融资、屋顶问题：[顾问]。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第一条消息：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您好，我是[机器人名称]，[公司名称]的 AI 助手。我可以介绍太阳能在您这样的房子上如何运作、查询我们的服务范围，并帮您开始报价。您想了解什么？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美国的公平住房规定：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以某个社区居民的种族、肤色、宗教、性别、残障、家庭状况或原籍国为由，劝阻任何人购买或租住房屋，属于违法行为。让机器人讲房子的事实，而不是邻居的情况。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不放进第一条消息：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收入, 信用评分, 证件号码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4. 律所、财务顾问和保险的聊天机器人欢迎语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建议：由持牌人员提供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访客会把每个字都当成建议，所以“不提供建议”这句话要写进第一条消息。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4.1 律师事务所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快速回复：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预约咨询 · 业务领域 · 收费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绝不能说：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案件值多少钱、该不该签字，或这次聊天让对方成了客户。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转给真人：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期限、开庭日期和任何紧急事项：电话转给[接案人员]。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第一条消息：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您好，我是[机器人名称]，[律所名称]的 AI 助手。我不是律师，不能提供法律建议，但可以介绍我们的业务领域，并帮您预约咨询。请问是关于什么事？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4.2 理财顾问或会计师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快速回复：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预约通话 · 我们的服务 · 收费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绝不能说：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收益率、“安全”的投资，或该买卖什么。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转给真人：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访客本人的资金或税务：[顾问]。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第一条消息：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您好，我是[机器人名称]，[事务所名称]的 AI 助手。我不提供投资或税务建议，但可以介绍我们的服务和收费，或帮您预约顾问通话。有什么可以帮您？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4.3 保险代理公司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快速回复：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获取报价 · 报案理赔 · 联系代理人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绝不能说：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在代理人核对保单前给出价格，或说“这在保障范围内”。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转给真人：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理赔、退保，以及“这在保障范围内吗？”：[代理人]。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第一条消息：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您好，我是[机器人名称]，[公司名称]的 AI 助手。我可以介绍我们的保障、开始报价或帮您报案理赔。价格和保障范围由持牌代理人确认。您需要什么？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绝不在第一条消息中询问案件细节、账号或保单号。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转人工的情况：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期限, 理赔, 个人财务数字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5. 网店、实体店和汽车经销商的聊天机器人欢迎语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银行卡号：绝不出现在聊天中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购物者想在下单前得到答案：尺码、配送、库存或价格。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5.1 网店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快速回复：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查询订单 · 尺码和版型 · 退货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绝不能说：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机器人看不到的配送日期或库存数量。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转给真人：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丢件、破损订单和退款：[姓名]。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第一条消息：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您好，我是[机器人名称]，[店铺名称]的 AI 助手。我可以解答尺码、配送、退货和订单问题。今天想找点什么？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5.2 实体店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快速回复：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营业时间 · 预留商品 · 联系门店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绝不能说：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在机器人看不到实时库存时说“有货”。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转给真人：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查库存、预留商品、特别订购：[姓名]。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第一条消息：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您好，我是[机器人名称]，[店铺名称]的 AI 助手。我可以告诉您营业时间、我们卖什么以及如何预留商品。库存由店里的[姓名]查询。有什么可以帮您？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5.3 汽车经销商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快速回复：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预约试驾 · 旧车置换估价 · 购车贷款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绝不能说：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最终价格、月供，或“您的贷款批了”。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转给真人：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价格、贷款和置换报价：销售部的[姓名]。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第一条消息：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您好，我是[机器人名称]，[经销商名称]的 AI 助手。我可以帮您找车、预约试驾或开始置换评估，也可以帮您转给销售部的[姓名]。想看新车还是二手车？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结账页面：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结账页面上不要显示欢迎语。结账页的提示语见我们的在线客服欢迎语示例。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购物者常点的按钮：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查询订单, 退货, 营业时间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6. SaaS、IT 服务和 B2B 企业的聊天机器人欢迎语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下一步：演示或通话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企业买家想快速知道您是否合适。把演示或通话放进按钮里。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6.1 SaaS 和初创公司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快速回复：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查看套餐 · 预约演示 · 设置帮助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绝不能说：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把路线图上的功能说成已经有了，或给出折扣。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转给真人：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定制套餐、安全问题、合同：[姓名]。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第一条消息：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您好，我是[机器人名称]，[产品名称]的 AI 助手。我可以解答功能、套餐和设置方面的问题，也可以帮您预约[姓名]的演示。您想实现什么？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6.2 IT 服务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快速回复：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紧急支持 · 我们的服务 · 获取报价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绝不能说：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对机器人看不到的系统说“已修好”或“安全”。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转给真人：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宕机和安全事件：电话转给[值班人员]。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第一条消息：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您好，我是[机器人名称]，[公司名称]的 AI 助手。系统出故障了？点“紧急支持”，[姓名]会给您回电。我也可以介绍我们的服务。您需要什么？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6.3 B2B 和制造业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快速回复：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索取报价 · 产品规格 · 联系销售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绝不能说：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定制订单的价格或交货期。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转给真人：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报价、定制规格、样品：销售部的[姓名]。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第一条消息：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您好，我是[机器人名称]，[公司名称]的 AI 助手。我可以解答产品规格、最低起订量和交货期，也可以帮您转给销售部的[姓名]。您在采购什么？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6.4 代理机构和咨询公司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快速回复：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我们的服务 · 查看案例 · 预约通话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绝不能说：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“Google 首页排名”或“线索翻倍”之类的效果。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转给真人：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方案和预算：[姓名]。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第一条消息：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您好，我是[机器人名称]，[公司名称]的 AI 助手。我可以介绍我们的服务和案例、说明项目怎么报价，或帮您预约与[姓名]通话。您在做什么项目？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转人工的情况：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合同, 安全, 定制报价, 宕机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7. 酒店、餐厅和健身房的聊天机器人欢迎语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有空位吗？：以预订页面为准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机器人负责回答问题并发送预订链接。它绝不说房间、餐桌或课程还有空位。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7.1 酒店或民宿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快速回复：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预订房间 · 入住时间 · 停车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绝不能说：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某个房间或某个价格可以订。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转给真人：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团体预订、特殊要求、投诉：[前台]。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第一条消息：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您好，我是[机器人名称]，[酒店名称]的 AI 助手。我可以解答客房、停车、入住和周边的问题。预订请使用[预订链接]。有什么可以帮您？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7.2 餐厅或咖啡馆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快速回复：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预订餐桌 · 查看菜单 · 包场活动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绝不能说：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某道菜对过敏的人是安全的。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转给真人：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过敏、活动、投诉：[经理]。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第一条消息：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您好，我是[机器人名称]，[餐厅名称]的 AI 助手。我可以帮您订位，并解答营业时间、菜单和包场活动的问题。有什么可以帮您？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7.3 健身房或健身工作室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快速回复：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课程时间 · 会员卡 · 预约体验课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绝不能说：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伤病建议，或“一个月瘦 5 公斤”之类的效果。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转给真人：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伤病、取消、会员卡冻结：[前台]。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第一条消息：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您好，我是[机器人名称]，[健身房名称]的 AI 助手。我可以解答课程时间、会员卡和体验课预约的问题。您想了解什么？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转人工的情况：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过敏, 团体, 投诉, 伤病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8. 学校、非营利组织和招聘机构的聊天机器人欢迎语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个人信息：不在聊天中收集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这些访客很快就会说出个人情况。第一条消息给出清晰的选项，不索要任何个人信息。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8.1 学校、课程或辅导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快速回复：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课程和日期 · 学费 · 如何报名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绝不能说：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某人一定会被录取，或一定能拿到某个成绩或工作。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转给真人：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招生、经济资助、任何涉及孩子的事：[招生负责人]。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第一条消息：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您好，我是[机器人名称]，[学校名称]的 AI 助手。我可以解答课程、开课日期、学费和报名方式的问题。您想学什么？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8.2 非营利组织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快速回复：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捐款 · 做志愿者 · 寻求帮助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绝不能说：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捐赠的税务建议，或某人会得到什么帮助。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转给真人：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处于危机中的人：立即转[求助热线]。大额捐赠：[姓名]。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第一条消息：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您好，我是[机器人名称]，[机构名称]的 AI 助手。我可以帮您捐款、报名做志愿者或寻求帮助。如需紧急帮助，请拨打[求助热线]。请问您想做什么？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8.3 招聘和人力派遣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快速回复：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查看职位 · 我要招人 · 投递简历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绝不能说：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询问年龄、家庭计划、宗教、健康或残障的问题。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转给真人：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薪资沟通和录用通知：[招聘顾问]。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第一条消息：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您好，我是[机器人名称]，[公司名称]的 AI 助手。我可以为您介绍空缺职位、我们如何与雇主合作，并帮您转给招聘顾问。您是在找工作，还是在招人？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为什么招聘机器人问得更少：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在美国，美国平等就业机会委员会（EEOC）表示，雇用前的问题应仅限于能说明一个人是否胜任的内容，而且雇主不得在发出录用通知前询问残障情况。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转人工的情况：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危机, 招生, 录用通知</w:t>
      </w:r>
    </w:p>
    <w:p>
      <w:pPr>
        <w:spacing w:after="16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示例：房地产聊天机器人欢迎语：从第一次点击到一条线索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Cobalt Coast Realty 是北卡罗来纳州 Wilmington 一家虚构的房产中介。它使用选项卡 3 中的房地产欢迎语，并换上自己的名字：Sky 是 AI 客服，Hannah Pruitt 是接手的经纪人。2026 年 10 月 8 日（周四），首次购房的 Avery Kowalski 点击了第一个快速回复。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您好，我是 Sky，Cobalt Coast Realty 的 AI 助手。我可以帮您查房源、约看房、估房价，也可以帮您转给我们的经纪人 Hannah。您是想买房、卖房还是租房？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访客：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首次购房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好的，我可以帮您了解最初的几步。您在看 Wilmington 的哪个区域？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访客：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Ogden 或 Wrightsville Beach，预算最多 $350,000 左右。Ogden 适合家庭住吗？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我无法描述某个区域住着什么人，但可以提供事实信息。我们在 Ogden 低于 $350,000 的房源：cobaltcoast.example/ogden。学区信息请查看学区官网。您想实地看看房子吗？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访客：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想。不过 $350,000 的房子我买得起吗？我年收入大约 $70,000。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我无法告诉您能贷多少：这要由贷款机构通过预审批来决定。我们的经纪人 Hannah 可以为您介绍具体步骤。为此我需要您的姓名和电话或邮箱，仅用于您的购房咨询。隐私政策：cobaltcoast.example/privacy。可以吗？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访客：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可以。Avery Kowalski，910-555-0148。发短信最方便。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谢谢，Avery。转给 Hannah 的信息：首次购房，Ogden 或 Wrightsville Beach，最高 $350,000，想看房并了解预审批步骤，短信联系 910-555-0148。这样对吗？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访客：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对。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今天 18:00 前，Hannah 会在 15 分钟内在这里回复您。如果您离开了，她会给您发短信。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Hannah（经纪人）：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 Avery，我是 Hannah。第一步是从贷款机构拿到预审批函，今晚我会把三家本地贷款机构的信息发短信给您。周六 10:00 想去看看 Ogden 两套低于 $350,000 的房子吗？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访客：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周六 10 点可以。谢谢！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Hannah（经纪人）：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太好了。我已经把两个地址都发短信给您了。周六见！</w:t>
      </w:r>
    </w:p>
    <w:p>
      <w:pPr>
        <w:spacing w:after="8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欢迎语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版本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3 版，自 10 月 5 日（周一）起重新上线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长度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89 字（上限 100）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AI 身份声明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第一句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快速回复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首次购房、预约看房、我的房子值多少？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Avery 点击了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首次购房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从未说过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谁住在 Ogden；Avery 能贷多少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应用和 CRM 中记录的内容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实时支持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17:42 “等待客服”，17:49 由 Hannah 认领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线索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由 Hannah 添加：Avery Kowalski，首次购房，Ogden；“来源”：“在线聊天”；“状态”：“进行中”；“负责人”：Hannah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备注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最高 $350,000；想了解预审批步骤；短信联系 910-555-0148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任务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短信发送 3 家贷款机构名称，“Deadline”（截止日期）：今天；Ogden 看房，10 月 10 日（周六）10:00；“Assignee”（负责人）：Hannah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测试记录，10 月 5 日当周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版本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开始的聊天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点了快速回复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3 版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27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14，即 52%</w:t>
            </w:r>
          </w:p>
        </w:tc>
      </w:tr>
    </w:tbl>
    <w:p/>
    <w:p>
      <w:pPr>
        <w:spacing w:after="24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虚构的公司和客户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如何每周用 15 分钟测试智能客服欢迎语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步骤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做什么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规则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上线前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输入收件箱里的 5 个真实问题，再加上“你好”和“你是真人吗？”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每个回答都兑现第一条消息的承诺；机器人说明自己是 AI。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统计聊天数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每周一，统计该机器人上周的聊天数。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测试记录中每周一行。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统计快速回复点击数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统计访客第一条消息就是某个按钮的聊天。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每个聊天只算一次。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只改一处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按钮、任务或问题。绝不改 AI 声明句。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比例持平或上升就“保留”；下降就“回退”。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等满 20 个聊天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少于 20 个时，两三位访客就可能让比例偶然波动。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不到 20 个，同一版本再跑一周。</w:t>
            </w:r>
          </w:p>
        </w:tc>
      </w:tr>
    </w:tbl>
    <w:p/>
    <w:p>
      <w:pPr>
        <w:spacing w:after="12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如何使用这些聊天机器人欢迎语模板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 选择您的行业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打开对应的选项卡；如果没有列出，就用选项卡 1。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 填写方括号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换成您的名字、任务和号码。AI 声明句放在最前面。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 检查长度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100 字以内，3 个简短的按钮。在手机上读一遍。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 测试 5 个真实问题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上线前和每次修改后都要测试。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 每次记录一周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把聊天数和快速回复点击数记在 Excel 测试记录中。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在 CRMsoftware.pro 中设置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在“我的机器人”中选择机器人。在“基础知识”选项卡中，把消息粘贴到“首次消息”，把选项卡 1 中的欢迎规则粘贴到“说明”。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在“行为”选项卡中，开启“快速回复”，并添加 3 条“建议回复”。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让“收集用户数据”保持关闭，这样访客可以先提问。诊所、律所和财务公司请开启“要求同意”（在“高级”选项卡中），先显示您的“同意文本”（隐私声明）。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点击“保存更改”，在“移动的”预览中查看消息，然后在“尝试机器人”中输入您的 5 个测试问题。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每周一，在“聊天记录”中统计上周的聊天数和快速回复点击数，并记入 Excel。</w:t>
      </w: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“首次消息”“建议回复”和“尝试机器人”都包含在免费版中：3 位用户，1 个机器人，无需信用卡。转人工到“实时支持”从 Launch 版起提供，按年付费每月 $19，含 8 位用户和 2 个机器人。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可以上线的标准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第一句写明 AI 助手。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100 字以内，3 个按钮，每个不超过 12 字。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绝不能说的话已写进指令。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5 个真实测试问题全部通过，并在测试记录中注明日期。</w:t>
      </w:r>
    </w:p>
    <w:p>
      <w:pPr>
        <w:spacing w:after="160"/>
      </w:pP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CRMsoftware.pro 免费模板。示例数据均为虚构。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6B3CF0"/>
          <w:sz w:val="18"/>
        </w:rPr>
        <w:t>https://crmsoftware.pro/zh/templates/chatbot-welcome-message-templates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聊天机器人欢迎语示例：按行业分类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