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陌生电话销售话术模板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准备、开场白和邀约、过前台、语音留言、四种推脱应对、勿再致电请求、拨打时段和 9 个行业的开场白，附美国、英国和德国的致电规则。来自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为每家公司准备一个真实的致电理由，然后使用开场白、您的一个问题，以及一次简短会面的邀约。把[方括号]中的每个词替换为您自己的信息，熟悉之后用自己的话说出来。在 Excel 通话记录表中记录每一通电话，打满六通就停止，有人要求勿再致电时立即停止。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陌生电话前的准备：找到致电这家公司的一个理由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准备：2 分钟 · 理由：一个，真实且近期 · 问题：一个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陌生电话打给的是没有请您来电的人。您大约只有 30 秒，所以要准备一个真实的理由，说明为什么现在打给这家公司。如果对方请您回电，或填写过表单，那就不算陌生电话：请使用电话销售话术模板。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每家公司两分钟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找到一个理由: 从对方官网、招聘信息或新闻中找一件真实、近期的事：新址、新职位、新服务。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找到合适的人: 负责您所解决问题的那个职位。记下姓名和正确读法。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记下号码来源: 对方官网、企业名录、他人推荐或前台。对方问起时您会用到。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核对规则: 不在您的勿再致电名单上？是公司电话还是个人电话？在允许致电的时段内？请看选项卡下方的致电规则。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写好您的一个问题: 一个对方用一句话就能回答的问题，针对您的理由背后的问题。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您的理由，一句话说清：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我打来是因为[您在对方公司看到的情况]，而[和他们类似的公司]通常会[由此带来的问题]。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没有理由，就不打：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如果您无法用这家公司的真实情况填好这句话，就先别打。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姓名和职位, 号码来源, 已核对规则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陌生电话销售话术：开场白、理由、一个问题、邀约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开场白：30 秒 · 邀约：20 分钟，具体日期和时间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四个部分，约一分钟，在允许致电的时段打公司电话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开场白: [名字]，您好，我是[公司]的[您的名字]。这是一通销售电话，您也不认识我。能给我 30 秒说说我为什么打来吗？之后由您决定要不要继续聊。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致电理由: 我打来是因为[您在对方公司看到的情况]。我们为[您服务的客户][您做的事]。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一个问题: [您针对理由背后问题的那一个问题]？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邀约简短会面: 我不会在电话里推销。我们能不能在[日期][时间]约[20 分钟]，让我[看看或听听你们现在是怎么做的]，然后坦诚地告诉您我们能不能帮上忙？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示例：理由和问题：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我打来是因为 Kittredge Freight 在 9 月开了第二个场站，还发布了四个新职位。我们为 20 到 60 人的公司做 IT 运维。问一个问题：现在新员工的邮箱和笔记本电脑是谁来配置的？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如果对方说现在不方便：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没关系。什么时候更方便：今天下午 4 点以后，还是明天上午 9 点以前？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如果对方同意会面：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谢谢您。[日期][时间]，[地点或视频链接]。我今天会给您发邮件，写明时间和三个问题。发到哪个邮箱最好？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然后就别说话了：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提出问题和邀约之后，停下来等对方回答。在陌生电话里，您只卖一样东西：一次简短的会面。如果对方推脱，请看选项卡 5；如果需要 30 秒版本的产品介绍，请看销售话术范例。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我是不是打扰到您了？, 假装“我们之前聊过”, 一长串功能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过前台话术：对前台坦诚相告的说法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目标：姓名和时间 · 语气：坦诚、简短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总机由前台、调度员或助理接听。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目标：问到合适的人的姓名、最佳致电时间，如果对方愿意给，再要一个直线电话。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您好，我是[公司]的[您的名字]。希望您能帮我一下。我想找负责[领域，例如 IT 或招聘]的人。请问是哪位？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对方问是什么事时：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跟您说实话：这是一通销售电话。我们为[您服务的客户][您做的事]，我看到[您的理由]。只要和[姓名或职位]聊两分钟，我就知道这件事跟他们到底有没有关系。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对方在忙或不在：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没关系。什么时候联系[姓名]最好：一大早还是傍晚？有直线电话吗，还是打这个号码就行？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对方说“发邮件吧”：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没问题。[姓名]的邮箱是哪个？我会在邮件里提到我们通过电话，除非[姓名]告诉我不用打，我会在[日期]再打来。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对方说“我们不感兴趣”：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谢谢您告诉我。需要我把[对方公司]从我们的致电名单里删掉吗？还是我可以改为给[姓名]发一封简短的邮件？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假装之前聊过、说是私事，或编造头衔。FTC 的规则禁止为销售而作虚假或误导性陈述，企业之间的电话也一样。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接电话的人, 最佳时间, 直线电话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陌生电话语音留言话术：20 秒以内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时长：20 秒以内 · 号码：说两遍 · 每人：最多 3 条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每条语音留言的规则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20 秒以内：姓名、公司、号码、理由，再报一遍号码。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号码说慢一点；名字不常见的话，说明是哪几个字。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每人最多三条语音留言：在第 2、4、6 通（选项卡 7）。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每条都由您亲自现场留言。根据 FCC 规则，向住宅或手机号码发送预录的销售留言需要事先书面同意。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 1：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[名字]，您好，我是[公司]的[您的名字]，电话[电话号码]。我打来是因为[您的理由，一句话]。关于[话题]我有一个问题，想和您约 20 分钟。再说一遍，[您的名字]，[电话号码]。我今天也会给您发一封简短的邮件。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 2：加一个新细节：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[名字]，您好，又是我，[公司]的[您的名字]，电话[电话号码]。我又注意到一件事：[第二个真实细节]。如果这件事现在不是重点，回邮件说一声就行。再说一遍，[电话号码]。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 3：最后一条：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[名字]，您好，我是[公司]的[您的名字]。这是我最后一次就[话题]给您打电话。如果以后这件事提上日程，我的号码是[电话号码]，再说一遍，[电话号码]。谢谢。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示例：Samir 的语音留言 1：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Beth，您好，我是 Tidepool IT Services 的 Samir Khalil，电话 614-555-0137。我打来是因为 Kittredge Freight 开了第二个场站，还发布了四个新职位。关于你们怎么给新员工配置设备，我有一个问题，想和您约 20 分钟。再说一遍，Samir Khalil，614-555-0137。我今天也会给您发一封简短的邮件。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 1 之后的邮件：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当天从您自己的邮箱发一封简短邮件，用同一个理由。措辞和跟进邮件：请看开发信模板。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价格, 长篇推销, 编造的紧迫感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陌生电话中的推脱：前 30 秒的四种回答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回应：一次 · 然后：您的一个问题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前 30 秒里的推脱并不是对您产品的异议：对方还不知道您卖什么。回应一次，问出您的一个问题，第二次拒绝就接受。之后出现的价格、时机或竞争对手异议：请看销售异议处理话术。“把我从名单里删掉”会结束这通电话：请看选项卡 6。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“不感兴趣”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往往意味着：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时机不对，或者您的理由没打动对方。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先认同，用一句话说出理由，再问一个问题。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理解，[名字]。我打来只是因为[您的理由]。在您挂电话之前问一个问题：[您的一个问题]？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“发邮件给我吧”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往往意味着：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礼貌地结束通话，或者有兴趣但没时间。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答应下来，再问邮件该写些什么。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没问题。为了不浪费您的时间，邮件里主要写[问题 A]还是[问题 B]？我今天就发，[日期]再给您打电话，看看约 20 分钟是否合适。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“我们已经有人做了”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往往意味着：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还没有不满意到要换，或者对现有服务商很忠诚。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绝不批评对方的现有服务商。提出与对方并行合作，或提供第二意见。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那很好，您这个规模的公司大多都有。我打来不是为了取代谁。上一次请外部的人看看[领域]是什么时候？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5.4 “你怎么有我的号码？”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意味着：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对方想知道。在英国，最迟在首次联系时，必须告诉对方您是从哪里获得其信息的。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用一句话说实话，然后提出删除这个号码。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问得好。我是[来源：在你们官网上、在企业名录里、从你们前台]得到的。如果您不希望我打这个号码，我现在就把它从我的名单里删掉。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争辩, 批评对方的服务商, 反复追问“为什么不？”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勿再致电请求：停下、记录、永不再打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停下：同一分钟 · 记录：下一通电话之前 · 适用范围：您的整个公司 · 在 CRMsoftware.pro 中：在“Custom Fields”（自定义字段）中添加一个“勿再致电”复选框，把线索的“状态”设为“无效”，并维护 Excel 记录表中的“勿再致电”工作表。每个拨打时段前都检查这个工作表。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勿再致电请求是指对方说的“别给我打电话”“把我从名单里删掉”或“别再打了”之类的任何话。对于 FTC 规则适用的电话，您不得拒绝这一请求、挂断电话，或让对方先听完推销；FCC 规则要求立即照办。本模板规定：每通电话都在同一分钟内停下。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在同一通电话里，每次都这样做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停止推销: 不再问最后一个问题，也不问“能问一下为什么吗”。用一句话确认。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只在不清楚时确认范围: “只是这个号码，还是[对方公司]的所有人？”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在下一通电话前记录: 号码、姓名、公司、日期和提出方式，记入“勿再致电”工作表。把这条线索的“状态”设为“无效”。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每个拨打时段前都检查: 每份名单都先和您的勿再致电名单核对。请求适用于您的整个公司：根据 FTC 的规则，卖方不得再次致电，即使是推销其他产品。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当然，[名字]。我已经把[您的号码，或贵公司的所有人]从我们的名单中删除了，[公司]不会再有人给您打电话。抱歉打扰您了。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争辩、追问原因、换个号码再打，或把号码转给同事。把勿再致电名单用于合规以外的任何用途，都违反 FTC 的规则。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陌生电话节奏：拨打时段、尝试次数和何时停止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每人通数：最多 6 通 · 语音留言：3 条：第 2、4、6 通 · 周期：约 3 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打一次电话很少能联系上人。在 Belkins 2025 年超过 175,000 次 B2B 拨号的数据中，9.9% 的拨号接通了，但平均拨打三次后，有 24.5% 的目标客户被联系上。我们没有找到任何公开研究给出合适的尝试次数，所以这是本模板自己的规则。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约三周内打六通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无人接听时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不留言。向前台问清合适的人的姓名和致电时间。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个工作日后，换个时段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语音留言 1，然后发一封简短邮件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个工作日后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不留言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个工作日后，换个时段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语音留言 2：加一个新细节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个工作日后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不留言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个工作日后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语音留言 3：最后一条。关闭这条记录。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拨打时段：本模板的规则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每天两个时段: 按目标客户所在时区，在对方上午较早时打 45 分钟，下午较晚时再打 45 分钟。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前一天准备好: 每个时段 10 到 15 家公司，都已按选项卡 1 准备好，这样时段里只管打电话。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变换时间: 每个人在两个时段都会接到您的电话。把您的时段调到对方更常接电话的时间。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每通电话立即记录: Excel 通话记录表会算出下一通的日期。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停止规则：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对方要求勿再致电，立即停止。第二次拒绝、约到会面或打完第 6 通后停止。“3 月再打给我”就记为一个有日期的回电，而不是第七通电话。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日期, 结果, 下一通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各行业陌生电话销售话术：一个理由，一句话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行业：9 · 每个行业：对象、理由、开场白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换一个行业，只需要改两样：打给谁，以及开场白里的理由。话术的其他部分保持不变。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IT 服务商和 MSP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对象和理由：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办公室经理或老板，20 到 60 名员工；新址、新员工、公开的故障。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我打来是因为贵公司开了[新址]，还发布了[数量]个职位。现在新员工的邮箱和笔记本电脑是谁来配置的？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B2B 服务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对象和理由：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负责您所解决问题的人；业务增长、新服务、新市场。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我看到[对方公司][发生的变化]。这通常会改变你们处理[领域]的方式。你们现在是怎么处理的？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咨询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对象和理由：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老板或部门负责人；合并、新领导、新法规。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恭喜[契机]。处在这个阶段的团队，头几个月常会遇到[问题]。这件事已经在您的计划里了吗？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8.4 招聘和人力派遣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对象和理由：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招聘经理；挂了好几周的职位，或重新发布的职位。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我看到你们的[职位]招聘从[日期]起一直挂着。到目前为止，有您真想录用的人吗？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8.5 保险代理人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对象和理由：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小企业老板，在续保之前；新增车辆、员工或营业地点。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我打来是因为[对方公司]今年增加了[车辆、员工或营业地点]。您的[保单类型]什么时候续保？在那之前由谁来检查？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8.6 太阳能安装商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对象和理由：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商业建筑或农场的业主；屋顶面积大、新建筑、扩建。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我打来是想聊聊[地址]的屋顶。我不会在电话里承诺能省多少钱。根据您自己 12 个月的电费账单做一份书面估算，对您有用吗？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8.7 牙科诊所（作为买方）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对象和理由：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办公室经理；新来的牙医、新址、前台职位。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我看到你们新增了[新牙医或新址]。前台是怎么应付多出来的电话和预约的？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8.8 医疗诊所（作为买方）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对象和理由：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诊所经理。绝不打听患者；新址、新服务、招聘。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我打来是因为[诊所]增加了[服务或地点]。我不会问任何关于患者的事。你们团队现在是怎么处理[行政事务]的？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8.9 健身工作室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对象和理由：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附近企业的人事或办公室经理；为正在扩张的办公室提供健康福利。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我们是一家[工作室类型]，离贵公司办公室[距离]。你们现在为团队提供什么健康福利吗，还是暂时没有这方面的安排？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打给住户、患者或会员？：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牙科诊所打给从未就诊的人，或保险代理人、太阳能安装商打给房主，都属于打给消费者：在美国，谢绝来电登记库和早上 8 点到晚上 9 点的规则都适用；德国要求事先同意。老患者和老客户不算陌生电话：请使用电话销售话术模板。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所有行业相同：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“这是一通销售电话”, 一个问题, 对方要求就停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示例：陌生电话销售话术示例：三通电话约到会面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Tidepool IT Services 是一家虚构的托管 IT 服务商，用这份陌生电话销售话术联系 Beth Arnold。她是 Kittredge Freight 的办公室经理，这是一家 40 人的货运公司。2026 年 10 月，Samir Khalil 用自己的电话拨打。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Samir（销售）：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日（周三）08:35，第 3 通：Beth，您好，我是 Tidepool IT Services 的 Samir Khalil。这是一通销售电话，您也不认识我。能给我 30 秒说说我为什么打来吗？之后由您决定要不要继续聊。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Beth（目标客户）：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你怎么有我的号码？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Samir（销售）：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问得好。上周四你们的调度员给了我您的直线电话。如果您不希望我打这个号码，我现在就把它从我的名单里删掉。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Beth（目标客户）：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不用，没事。就 30 秒。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Samir（销售）：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谢谢。Kittredge Freight 在 9 月开了第二个场站，还发布了四个新职位。我们为 20 到 60 人的公司做 IT 运维。问一个问题：现在新员工的邮箱和笔记本电脑是谁来配置的？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Beth（目标客户）：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08:36：大多是我。还有一个出了问题才叫来的技术员。上个月新场站的调度电脑差不多一上午都用不了。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Samir（销售）：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08:37：这正是我们解决的那类问题。我不会在电话里推销。我们能不能在 10 月 13 日（周二）下午 4 点，到您办公室约 20 分钟，让我看看现在的设置，然后坦诚地告诉您我们能不能帮上忙？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Beth（目标客户）：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你就发邮件给我吧。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Samir（销售）：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没问题。为了让邮件值得一读：主要是新员工的设备配置，还是新场站的故障？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Beth（目标客户）：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故障。而且我可不想换掉我们的技术员，他跟了我们好多年了。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Samir（销售）：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08:38：明白。我们经常和现有的技术员一起合作，有问题您还是可以先找他。周二下午 4 点可以吗？邮件今天就发，附上三个问题。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Beth（目标客户）：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周二下午 4 点可以。来总部吧。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Samir（销售）：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08:39：约好了。一小时内您就会收到邮件。谢谢您，Beth。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准备卡：Kittredge Freight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对象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Beth Arnold，办公室经理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公司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货运，40 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致电理由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月开设第二个场站；发布 4 个职位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号码来源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总机来自对方官网；直线电话来自调度员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规则核对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公司电话，B2B 电话，不在我们的勿再致电名单上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通话记录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日期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 日（周四）08:40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调度员：给了直线电话，上午 9 点前或下午 4 点后最好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日（周一）16:10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语音留言 1，然后发一封邮件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日（周三）08:35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 4 分钟：已约会面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7 日在 CRMsoftware.pro 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潜在客户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Kittredge Freight · “来源”：“电话” · “已转换”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她的原话：调度电脑宕机一上午；继续用她的技术员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托管 IT · Kittredge Freight · 阶段“Qualified”（已确认资格）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去 Kittredge Freight 会面 · “Deadline”：10 月 13 日（周二）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虚构的公司和目标客户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陌生电话规则：美国、英国和德国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地区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规则内容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本模板的做法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美国，FTC 规则，打给消费者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没有既有业务关系（购买后 18 个月内、咨询后 3 个月内）或书面许可，不得拨打登记在全国谢绝来电登记库（National Do Not Call Registry）中的号码。如果必须使用该登记库，至少每 31 天同步一次。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每个拨打时段前核对消费者号码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美国，任何要求您停止的人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绝不再次致电要求贵公司不要来电的人，即使是推销其他产品。FCC：通话中提出的请求要立即照办。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同一分钟内停下；全队共用一份名单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美国，致电时段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打到个人住宅的电话只能在对方当地时间早上 8 点到晚上 9 点之间，除非对方另行同意。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按对方时区安排拨打时段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美国，要说什么、显示什么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及时说明卖方是谁、这通电话的目的是销售，以及您卖的是什么。向来电显示发送您的号码。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“这是一通销售电话”；用您自己的号码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美国，企业之间的电话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大多数向企业销售的电话不受 FTC 规则约束，但销售非耐用办公用品或清洁用品，以及向员工推销供其个人使用的产品除外。禁止虚假或误导性陈述的规定仍然适用。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同样坦诚的话术和停止规则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美国，FCC：自动语音电话和 AI 语音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用自动拨号或预录语音拨打手机需要对方同意；用预录语音拨打住宅或手机的销售电话需要事先书面同意；AI 生成语音的电话属违法，除非对方同意或致电方属于豁免情形。许多州有自己的谢绝来电登记库。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只由真人现场拨打；不用录音留言或 AI 语音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英国，真人营销电话（PECR）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不得致电任何表示不想接您电话的人，也不得拨打登记在 TPS 或 CTPS 上的号码，除非对方明确同意。打给企业时，要核对这两个登记库和您自己的名单。说明是谁在打电话，显示您的号码，如对方要求，提供地址或免费电话号码。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核对 TPS 和 CTPS；“勿再致电”工作表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英国，您从哪里获得信息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如果某人的信息来自其他来源，最迟要在您首次联系时告诉对方，包括信息来源。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“号码来源”列；选项卡 5 中的坦诚回答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德国，UWG 第 7 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向消费者做电话广告需要事先明示同意；向企业做电话广告，至少需要推定的同意。消费者的同意必须记录在案并保存五年。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只在有书面记录的同意时才打给消费者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如何使用这份陌生电话销售话术模板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列一份短名单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每个拨打时段 10 到 15 家公司，每家都有一个致电理由，并已和您的勿再致电名单及适用的谢绝来电登记库核对。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前一天准备好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每家公司都按选项卡 1 准备：理由、合适的人、号码来源、一个问题。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分时段拨打，每通都记录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每天在不同时间安排两个时段。Excel 通话记录表会算出下一通；勿再致电请求要立即记入“勿再致电”工作表。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每周五复盘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按行业查看通话和会面。不管用的理由或问题就改掉，但停止规则永远不改。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在“CRM” &gt; “潜在客户”中点击“添加潜在客户”：填写“潜在客户标题”“姓名”“电话”“公司”，“来源”选“电话”。把致电理由和号码来源写进“备注”。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每通电话之后设置“状态”：拨打期间为“进行中”，约到会面后为“已确认意向”，对方要求勿再致电后为“无效”。把对方的原话加进“备注”。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安排下一通：在“任务”中点击“New Task”（新建任务），填写“Task title”（任务标题），例如“第 4 通：Kittredge Freight”，选择“Assignee”（负责人）并设置“Deadline”（截止日期）。“My Tasks”（我的任务）会显示“Due today”（今天到期）和“Overdue”（已逾期）。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约到会面后，在这条线索上点击“转为交易”：系统会创建联系人和交易。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如需勿再致电标记，打开“Custom Fields”（自定义字段），点击“Add field”（添加字段），“Entity type”（实体类型）选“潜在客户”，“Field type”（字段类型）选“Checkbox”（复选框）。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如需让对方自己挑选会面时间，打开“排程” &gt; “事件类型”，点击“复制链接”，再粘贴到您的邮件中。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这些话术适用于任何电话。每个拨打时段前，请核对适用的谢绝来电登记库和您自己的“勿再致电”工作表（选项卡 6）。“潜在客户”、1 条管道、备注和基础任务对 3 位用户免费。带日历同步的预约从 Launch 版起提供，按年付费每月 $19。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https://crmsoftware.pro/zh/templates/cold-call-sales-script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陌生电话销售话术模板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