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开发信模板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调研、适用于 6 种情况的四段式首封邮件、2 封带停止规则的跟进邮件、回复范本、退订处理和每次发送前的检查。来自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把[方括号]中的每个词替换为您自己的信息，并在每封邮件中保留页脚，写明您的公司、邮寄地址和退订说明。每封邮件都由您亲自从自己的邮箱发送，在第 3 天和第 10 天跟进，然后停止。每次发送、回复和退订都在当天记录。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邮件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B2B 开发信模板：契机、痛点、证明、请求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长度：100 词以内 · 调研：10 分钟 · 目标：得到回复，哪怕是拒绝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 B2B 开发信模板由四个部分和一段简短的页脚组成。写之前，您需要一个给这家公司写信的真实理由。如果 10 分钟的调研还找不到这个理由，就不要发。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先调研，每家公司 10 分钟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一个真实的联系理由：对方发生的变化或您能看到的情况，例如招聘信息、新门店、老板发的帖子或别人的推荐。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匹配度：对方属于您已经在服务的业务类型和规模。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合适的人：老板，或负责[领域]的人。使用对方网站上公布的或对方提供给您的工作邮箱，绝不使用购买的名单。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您的退订名单：检查邮箱地址和域名。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您的证明：一位同类客户的成果，而且您能拿出依据。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四个部分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部分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写什么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示例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1. 契机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真实的理由，放在第一行。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我看到你们正在为第二家门店招聘 9 名员工。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2. 痛点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这通常会带来什么，用一句话说明。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开第二家门店通常意味着两套排班和两个小费池。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3. 证明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一位同类客户的成果，带数字。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我们为哥伦布的 23 家餐厅处理工资发放。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4. 小请求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一个容易回答的问题。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周四或周五方便通个 15 分钟的电话吗？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[用 3 到 5 个词写出契机，例如：您的第二家门店]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我看到[契机：发生了什么变化或您注意到了什么，在哪里看到的]。</w:t>
        <w:br/>
        <w:br/>
        <w:t>[痛点：对他们这样的企业来说，这通常意味着什么，用一句话说明。]</w:t>
        <w:br/>
        <w:br/>
        <w:t>[证明：一位同类客户的成果，带数字。]</w:t>
        <w:br/>
        <w:br/>
        <w:t>[星期几]或[星期几]方便通个 15 分钟的电话吗？如果不合适，一句话回绝就好。</w:t>
        <w:br/>
        <w:br/>
        <w:t>[您的名字]</w:t>
        <w:br/>
        <w:t>[您的公司]，[电话]</w:t>
        <w:br/>
        <w:br/>
        <w:t>这是来自[您的公司]的推广邮件，地址：[邮寄地址]。如果您不想再收到我的邮件，请回复“不用了”，我不会再给您发邮件。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页脚：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每封开发信都保留最后两行。它们满足 FTC 的 CAN-SPAM 指南中的三点要求：说明这封邮件是广告、提供有效的邮寄地址，并说明如何退订。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在首封邮件里加“Re:”或“Fwd:”，写虚假的恭维或无法证明的成果，带附件，报价格，或同时提两个请求。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对方公司有新变化时的首封邮件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发送：首封邮件 · 跟进：第 3 天和第 10 天 · 页脚，每封邮件都要有：这是来自[您的公司]的推广邮件，地址：[邮寄地址]。回复“不用了”即可退订。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当您的联系理由是新出现的情况时使用：扩张、您能看到且可以解决的问题，或对方发表的内容。填好每个括号，并以页脚结尾。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招聘或扩张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寻找：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招聘信息、新门店、新服务或新签的大合同。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一位和您一起经历过同样扩张的客户。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主题：您的[新门店或新岗位]</w:t>
        <w:br/>
        <w:br/>
        <w:t>[名字]，您好！</w:t>
        <w:br/>
        <w:br/>
        <w:t>我看到[公司][正在招聘 9 名员工，或即将开设第二家门店]，恭喜！</w:t>
        <w:br/>
        <w:br/>
        <w:t>这样的扩张通常会在最忙的几个月带来[痛点，例如更多排班和更多工资问题]。</w:t>
        <w:br/>
        <w:br/>
        <w:t>我们曾帮助[同类客户]走过同样的阶段：[带数字的成果]。</w:t>
        <w:br/>
        <w:br/>
        <w:t>[星期几]或[星期几]方便通个 15 分钟的电话吗？如果不合适，一句话回绝就好。</w:t>
        <w:br/>
        <w:br/>
        <w:t>[您的名字]，[公司]</w:t>
        <w:br/>
        <w:t>[页脚]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您注意到的问题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寻找：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从外部就能看到、可以解决的问题：坏掉的表单、加载很慢的页面、招聘信息中提到的纸质流程。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只说一次，说得友善、准确。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主题：[位置]上的[您注意到的问题]</w:t>
        <w:br/>
        <w:br/>
        <w:t>[名字]，您好！</w:t>
        <w:br/>
        <w:br/>
        <w:t>我在浏览[您看到它的地方]时注意到[问题，友善而准确地说明]。也许它已经在您的待办清单上了。</w:t>
        <w:br/>
        <w:br/>
        <w:t>[同类客户]解决了同样的问题后，[带数字的成果]。</w:t>
        <w:br/>
        <w:br/>
        <w:t>需要我把我们用过的 3 个步骤发给您吗？回复“要”或“不要”都可以。</w:t>
        <w:br/>
        <w:br/>
        <w:t>[您的名字]，[公司]</w:t>
        <w:br/>
        <w:t>[页脚]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对方发表了内容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寻找：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此人在最近 30 天内发表的帖子、演讲或采访。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与对方话题相关的成果。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主题：您关于[话题]的[帖子、演讲或采访]</w:t>
        <w:br/>
        <w:br/>
        <w:t>[名字]，您好！</w:t>
        <w:br/>
        <w:br/>
        <w:t>我读了您关于[话题]的[帖子]。您提到[对方的观点，几个词概括]，这和我们在[客户类型]身上看到的情况一致。</w:t>
        <w:br/>
        <w:br/>
        <w:t>有一个做法帮到了[同类客户]：[一个做法及其成果]。</w:t>
        <w:br/>
        <w:br/>
        <w:t>[星期几]通个 15 分钟的电话，对您有帮助吗？如果时机不对，直接告诉我就好。</w:t>
        <w:br/>
        <w:br/>
        <w:t>[您的名字]，[公司]</w:t>
        <w:br/>
        <w:t>[页脚]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发送前大声读一遍。如果某句话放在任何公司身上都成立，就换成只有这家公司才认得出的内容。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好的契机：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招聘信息, 新门店, 新服务, 老板发帖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新客户开发信：写给新客户和合作伙伴的模板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发送：首封邮件 · 跟进：第 3 天和第 10 天 · 页脚，每封邮件都要有：这是来自[您的公司]的推广邮件，地址：[邮寄地址]。回复“不用了”即可退订。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当您和对方之间有某种联系时使用：推荐您的人、与对方类似的客户，或你们共同服务的客户。只有当这种联系是真实的，并且您获得了使用许可时，它才有帮助。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转介绍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寻找：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同时认识你们双方、并同意您使用其名字的人。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先征得推荐人同意。未经许可，绝不使用别人的名字。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主题：[推荐人姓名]建议我联系您</w:t>
        <w:br/>
        <w:br/>
        <w:t>[名字]，您好！</w:t>
        <w:br/>
        <w:br/>
        <w:t>[推荐人的公司]的[推荐人全名]建议我联系您。对方提到您[对方说的情况，例如需要工资发放方面的帮助]。</w:t>
        <w:br/>
        <w:br/>
        <w:t>我们为[企业类型]提供[服务内容]。我们曾为[推荐人的公司][带数字的成果]。</w:t>
        <w:br/>
        <w:br/>
        <w:t>[星期几]或[星期几]方便通个 15 分钟的电话吗？</w:t>
        <w:br/>
        <w:br/>
        <w:t>[您的名字]，[公司]</w:t>
        <w:br/>
        <w:t>[页脚]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附近的同类客户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寻找：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与您最好的客户相似的企业：同行业、同地区、同规模。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对方可能认识的客户，必须征得该客户同意才能点名。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主题：[地区]的[企业类型]</w:t>
        <w:br/>
        <w:br/>
        <w:t>[名字]，您好！</w:t>
        <w:br/>
        <w:br/>
        <w:t>我们服务[地区]的[数量]家[企业类型]，其中包括[客户名称]。他们大多是因为[常见问题]找到我们的。</w:t>
        <w:br/>
        <w:br/>
        <w:t>[公司]是否也有这个问题？如果有，我可以用 15 分钟给您看看[客户名称]现在是怎么处理的。如果没有，简单回绝就好。</w:t>
        <w:br/>
        <w:br/>
        <w:t>[您的名字]，[公司]</w:t>
        <w:br/>
        <w:t>[页脚]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合作伙伴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寻找：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服务同一批客户、但销售不同产品或服务的企业，例如工资发放服务可以找会计师。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请求：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谈谈互相推荐客户，而不是推销。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主题：我们共同服务的客户</w:t>
        <w:br/>
        <w:br/>
        <w:t>[名字]，您好！</w:t>
        <w:br/>
        <w:br/>
        <w:t>您为[企业类型]提供[对方的服务]。我们为同样的企业提供[您的服务]，我们的客户有时会向我们打听[对方的服务]。</w:t>
        <w:br/>
        <w:br/>
        <w:t>您是否愿意花 20 分钟通个电话，看看互相推荐客户是否可行？双方都不用做任何承诺。</w:t>
        <w:br/>
        <w:br/>
        <w:t>[您的名字]，[公司]</w:t>
        <w:br/>
        <w:t>[页脚]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开发新客户时，先从现有客户名单入手：按行业和地区给客户分类，然后给与您前 3 名客户相似的企业写信。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需征得许可：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推荐人的名字, 客户的名字, 客户的成果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开发信跟进邮件：两封简短邮件，然后停止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邮件总数：3 · 历时：10 天 · 长度：60 词以内 · 页脚，每封邮件都要有：这是来自[您的公司]的推广邮件，地址：[邮寄地址]。回复“不用了”即可退订。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发送时间表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天数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作用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0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首封邮件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一个真实的理由，一个小请求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跟进邮件 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同一邮件线程，提供一样有用的东西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10 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最后一封邮件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让对方轻松答应或拒绝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10 天之后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停止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没有新理由就不再发邮件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从发送首封邮件的那天开始计算；如果落在周末，就顺延到周一。两封跟进邮件都在同一邮件线程中发送，这样主题里的“Re:”才名副其实。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跟进邮件 1，第 3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还有一样东西也许能帮您解决[痛点]：[一样有用的东西，例如一页纸清单或同类客户的简短案例]。</w:t>
        <w:br/>
        <w:br/>
        <w:t>我很乐意花 15 分钟给您讲一讲。如果这件事现在不是重点，一句话回绝就好。</w:t>
        <w:br/>
        <w:br/>
        <w:t>[您的名字]</w:t>
        <w:br/>
        <w:t>[页脚]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最后一封邮件，第 10 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[名字]，您好！</w:t>
        <w:br/>
        <w:br/>
        <w:t>一直没有收到您的回复，所以这是我关于[话题]的最后一封邮件。如果以后这件事提上日程，请回复“以后再说”并附上月份，到时我再联系您。</w:t>
        <w:br/>
        <w:br/>
        <w:t>感谢您抽空阅读，</w:t>
        <w:br/>
        <w:t>[您的名字]</w:t>
        <w:br/>
        <w:t>[页脚]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停止规则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发出 3 封邮件仍无回复就停止。在 Belkins 对 750 万封 B2B 开发信的数据中，实际可行的范围是 3 到 5 步；小型发件人应停留在下限。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收到任何回复、退订或退信，当天就停止。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自动回复说对方不在办公室：把下一封邮件推迟到对方回来后的第二天。如果自动回复里提到了另一个人，就从首封邮件开始联系那个人。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只有在出现新的真实理由时才再次联系，而且至少间隔 90 天。绝不要把没有回复的人加入您的电子报名单。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出现以下情况即停止：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对方回复, 对方退订, 邮件退信, 已发 3 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如何回复不感兴趣、问身份和要资料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回复时限：1 个工作日 · 邮件线程：与首封邮件相同 · 记录：日期和回复类型，记在线索的备注和目标客户跟踪表中。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任何回复都会让定时邮件停止。请在 1 个工作日内、在同一邮件线程中回复，并记录回复类型。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不感兴趣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不感兴趣，谢谢。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感谢对方，然后停止。不要再说“就问一个问题”。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[名字]，谢谢您告诉我。关于这件事，我不会再给您发邮件了。祝[对方的契机，例如新门店]一切顺利。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问身份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你是谁？怎么会有我的邮箱？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坦率地回答这两个问题，并主动提出把对方移出名单。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我叫[您的名字]，是[城市][公司]的[职位]。我们为[企业类型]提供[服务内容]。我是在[地方，例如贵公司网站的联系页面]找到您的邮箱的，因为[契机]才写信给您。如果您不想再收到我的邮件，告诉我一声，我今天就删除您的邮箱地址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要资料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发点资料给我看看。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只发一页纸，而不是一整套宣传册，并问一个问题。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没问题。这是一页纸的简介：[链接或附件]。为了给您指出最相关的部分，想请问一下：[痛点]是您打算这个季度解决，还是以后再处理？我也可以在[星期几]花 15 分钟给您讲一讲。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找错人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这事不归我管，你找[姓名]吧。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感谢对方，给那个人写信，并说明是谁介绍您来的。从首封邮件开始。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谢谢您，[名字]，这很有帮助。我会给[姓名]写信，并提一下是您让我联系对方的。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5.5 暂不需要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也许今年晚些时候吧。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问清楚什么时候。为那个日期创建一个任务，在那之前什么都不发。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明白。您看什么时候再联系比较合适，[月份]还是更晚？我会为那个日期记一笔，在那之前不会再写信打扰您。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5.6 有意向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好的，再详细说说。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怎么做：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提供两个时间，把线索转为交易，并发送附有议程的会议邀请。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太好了。[星期几][时间]或[星期几][时间]，您哪个时间方便聊 15 分钟？我会发一个会议邀请，附上三个简短的问题，让这次通话对您更有用。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回复类型：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有意向, 要资料, 问身份, 暂不需要, 不感兴趣, 找错人, 退订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退订请求和每次发送前的检查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移除时限：当天 · 美国法定时限：10 个工作日 · 垃圾邮件率：低于 0.3% · 垃圾邮件举报：您无法看到谁点击了“举报垃圾邮件”。Google Postmaster Tools 会显示您在 Gmail 中的垃圾邮件率。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退订是任何表示“别再发了”的消息：“退订”“把我移除”，或者一句气话。FTC 的 CAN-SPAM 指南给您 10 个工作日来处理。本模板要求当天完成。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每次都当天处理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停止: 取消此人所有未完成的任务和草稿。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加入退订名单: 加入邮箱地址；如果对方说“我们所有人”或“我们公司”，就加入整个域名。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关闭线索: 标记为已关闭，原因写“已退订”并注明日期，让记录保留在档案中。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每次发送前检查: 每封首封邮件、每份新名单、每位给同一批公司写信的同事，都要先检查。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可选的确认回复，只发一次，不含销售内容：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已处理，[名字]。我已将[您的邮箱地址，或贵公司所有人]从我的名单中移除，不会再给您发邮件。抱歉打扰了。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切勿：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争辩、追问原因、把对方加入电子报、换个邮箱再发，或让同事再试一次。绝不出售或分享已退订的邮箱地址。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每封首封邮件发出前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该邮箱地址及其域名都不在您的退订名单上。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主题与邮件内容相符，发件人名称是您本人，页脚完整。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您的域名已设置 SPF 和 DKIM。Gmail 和 Yahoo 要求每位发件人至少设置其中一项。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要发往英国或欧盟？规则不同：请参阅下文的“发送规则”。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退订用语：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退订, 把我移除, 别再给我发邮件, 把我从名单删掉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示例：8 天内，从一条招聘信息到约好通话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Brookmere Payroll 是俄亥俄州哥伦布市一家虚构的两人工资代发服务公司，用这些开发信模板给餐厅老板写信。老板 Nadia 先找到一个真实的联系理由，再从自己的邮箱发送邮件，并记录每一次联系。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Nadia（老板）：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日（周一），首封邮件，主题“您的第二家门店”：Darius，您好！我看到 Pickett Lane Kitchen 正在为第二家门店招聘 9 名员工。这通常意味着两套排班、两个小费池和更多工资问题。我们为哥伦布的 23 家餐厅处理工资发放。周四或周五方便通个 15 分钟的电话吗？如果不合适，一句话回绝就好。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Nadia（老板）：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8 日（周四），跟进邮件 1，同一邮件线程：还有一样东西也许能帮到您：我们针对第二家门店工资发放的一页纸清单。我很乐意花 15 分钟给您讲一讲。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9 日（周五）：你是谁？怎么会有我的邮箱？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Nadia（老板）：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问得好。我是 Nadia Ferrell，哥伦布 Brookmere Payroll 的老板。您的邮箱公布在贵公司网站的联系页面上，我是看到你们的招聘信息才写信的。如果您不想再收到我的邮件，我今天就把这个地址删除。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Brookmere 网站聊天中：你们能处理两家门店的小费池吗？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可以。我们会为每家门店设置小费池和小费申报。Nadia 可以用 15 分钟给您演示：回复她的邮件，或在这里留下您的邮箱地址。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目标客户：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 Nadia：好的，这很有帮助。周二下午 2 点可以，把会议邀请发给我吧。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9 日 CRM 中的线索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潜在客户标题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家门店的工资发放 · Pickett Lane Kitchen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手动，开发信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已确认意向，然后转为交易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契机：招聘信息，10 月 1 日。10 月 5 日发首封邮件，10 月 8 日发跟进邮件 1。10 月 9 日回复：问身份，之后有意向。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每年 $4,200，10 月 13 日（周二）通话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下一次联系的任务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Deadline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8 日（周四）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跟进邮件 1：Pickett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已发送，附清单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回复对方：Pickett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小时内已回复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通话：Pickett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已约好下午 2 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15 日（周四）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最后一封邮件：Pickett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无需发送：10 月 9 日已回复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虚构的公司和目标客户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开发信发送规则：美国法律、Gmail、Yahoo、英国和欧盟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制定方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本模板如何满足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美国法律，所有商业邮件，包括 B2B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准确的发件人、回复地址和主题；明确说明这是广告；您的邮寄地址；如何退订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您的名字和邮箱、真实的主题、每封邮件都有页脚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美国法律，退订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个工作日内处理；退订方式至少在 30 天内有效；不收费；绝不出售或分享该邮箱地址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当天移除，每封首封邮件发出前检查退订名单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Gmail 和 Yahoo，所有发件人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SPF 或 DKIM、有效的正向和反向 DNS，以及低于 0.3% 的垃圾邮件率，Gmail 和 Yahoo 的规则都有此要求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请邮箱服务商确认 SPF 和 DKIM；再添加 DMARC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Gmail 每天 5,000 封以上，Yahoo 批量发件人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SPF、DKIM 和 DMARC，一键退订，可见的退订链接；Yahoo：2 天内处理退订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不是群发工具：从您的邮箱一对一发送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Gmail，诚实的邮件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除非确实是回复或转发，否则不得使用“Re:”或“Fwd:”；不得使用购买的名单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跟进邮件放在同一邮件线程中，邮箱地址来自您自己的调研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可以给公司和有限责任合伙企业（LLP）发邮件；个体经营者和部分合伙企业需要事先同意；保留一份禁发名单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先确认英国企业的法律形式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欧盟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向个人发送营销邮件需要事先同意，除非对方是您的客户；针对企业的规则由各国自行规定；绝不隐瞒您的身份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先确认该国的规则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衡量回复，而不是打开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打开跟踪统计的是一张图片被加载，而不是有人在阅读。请改为跟踪以下四个数字。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回复率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回复数除以送达数（发送数减去退信数）。每条回复都算，包括拒绝。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意向率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要求通话或报价的回复数，除以送达数。这才是带来收入的数字。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退订率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退订数除以送达数。如果它在上升，说明联系理由太弱，或者名单不对。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按邮件统计回复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回复来自哪封邮件：首封邮件、跟进邮件 1 还是最后一封邮件。比较您自己的各种情况，而不是别人的基准。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为什么不看打开率：Google 表示，它不跟踪打开率，也无法核实其他工具报告的打开率。Apple Mail 的邮件隐私保护会在邮件到达时下载远程内容，而不是在邮件被查看时，所以一次“打开”背后可能根本没有人。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步用好这些开发信模板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设置好您的邮箱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使用自己的域名并设置 SPF 和 DKIM，署上您的名字，在页脚中写上邮寄地址。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调研 10 家公司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每家找到一个真实理由，并在动笔前记录下来。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发送首封邮件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选择情况，填好括号，由您亲自发送。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跟进，然后停止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在同一邮件线程中于第 3 天和第 10 天跟进，然后停止。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回复并记录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 个工作日内回复，退订当天处理。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在左侧菜单（“Sales”下）打开“潜在客户”，点击“添加潜在客户”。“潜在客户标题”：公司名和契机。“来源”：“手动”。“负责人”：发件人。“备注”：契机、邮箱地址的来源和每封邮件的日期。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从您自己的邮箱发送首封邮件，然后把“状态”设为“进行中”。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打开“任务”，点击“New Task”（新建任务）：填写“Task title”（任务标题），例如“跟进邮件 1：Pickett Lane”，选择“Assignee”（执行人），并把“Deadline”（截止日期）设在第 3 天。发送后，在“Status summary”（状态摘要）中写下结果，点击“Mark done”（标记完成），再创建第 10 天的任务。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有人感兴趣时，把“状态”设为“已确认意向”，然后点击“转为交易”：这条线索会变成一家公司、一位联系人和一笔交易。用“Linked deal”（关联交易）把后续任务关联到这笔交易。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如果对方退订，点击“Reject as Junk”（标为无效），并在“Junk reason”（无效原因）中填写“已退订”和日期。这条线索会被归档，而不是删除；用“显示已归档”可以找到它。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把您的服务和价格放进机器人的“知识库”（“我的机器人” &gt; 选择机器人 &gt; “基础知识”选项卡），供访问您网站的目标客户查询。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不发送开发信，也不发送自动邮件序列：每封邮件都由您从自己的邮箱发送，任务负责把握时间。免费版：有限的线索收件箱、1 条管道、基础任务和 AI 聊天，供 3 位用户使用。Launch 版按年付费每月 $19，支持 8 位用户，增加 3 条管道和转人工。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每位未结束的目标客户都有一个带日期的下一步任务。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逾期的跟进邮件：今天发出，或者停止。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本周的退订都已加入名单。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按情况查看回复率：多写效果好的那一种。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发出 3 封邮件仍无回复的行标记为“已停止”：90 天内不重新开始。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https://crmsoftware.pro/zh/templates/cold-email-templates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开发信模板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