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客户投诉回复模板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投诉记录、受理回复、补充一项信息的请求、处理决定回复、最终答复和根本原因记录，每一步都有邮件版和聊天版。来自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先填写审批表和您的时限。替换[方括号]中的每个词，每起投诉保留一份记录，并按顺序发送回复。收到投诉当天就在 Excel 文件中登记。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投诉记录：回复前先填好 5 个字段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填写时限：1 个工作日 · 负责人：做决定的人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客户投诉回复模板中的每条回复，事实都取自同一份记录。客户很少会说出“投诉”这个词：只要有人对您做了或没做的事不满意，并希望您纠正，就要登记下来。除受理回复外，发送任何更长的回复之前，先填好这份记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投诉记录：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编号：[投诉编号]。收到时间：[日期、时间、渠道]</w:t>
        <w:br/>
        <w:t>1. 发生了什么。客户原话：[引用，1 到 2 行]。我方事实：[订单、日志或员工所显示的情况，附日期]</w:t>
        <w:br/>
        <w:t>2. 期望的解决方式：[客户的要求，用客户的原话]</w:t>
        <w:br/>
        <w:t>3. 证据：[订单号、照片、聊天记录、校样、物流信息、发票]</w:t>
        <w:br/>
        <w:t>4. 获准的补救措施：[您可以提供的内容]。超出您权限时的审批人：[姓名]</w:t>
        <w:br/>
        <w:t>5. 跟进：[要核对什么、由谁、哪一天]</w:t>
        <w:br/>
        <w:t>受理日期：[日期]。决定日期：[日期]。处理结果：[成立、部分成立或不成立]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谁可以批准什么（填写您自己的）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补救措施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客服可以提供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超出时由谁批准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道歉、解释、更正记录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随时可以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无需审批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重做、维修或更换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每起投诉最多 [$100]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[经理或老板]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退还一项费用或部分价款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包含在同一个 [$100] 之内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[经理或老板]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下次订单的抵扣或折扣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包含在同一个 [$100] 之内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[经理或老板]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全额退款，或本表未列出的任何内容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绝不自行决定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[老板]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引用客户的原话，不要改写。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只写记录中能查到的事实，并附日期。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写下客户要求的解决方式，即使答案会是否定的。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把每一项证据都链接到记录中。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一起投诉只对应一份记录和一个编号，即使客户同时通过聊天和邮件发来。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把所有补救措施加总。超出您的权限时，先要审批人同意。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FTC 建议消费者说明自己想要什么，例如退款、维修、换货或店铺抵用金，并附上相关文件的复印件。第 2 和第 3 个字段，正好对应一位有准备的客户会发给您的内容。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处理结果：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成立, 部分成立, 不成立, 已撤回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客户投诉邮件回复范文：受理确认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受理时限：1 个工作日 · 决定时间：收到后 5 个工作日 · 绝不承诺：处理结果、退款，或由他人掌控的日期。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1 个工作日内发送这封邮件，即使您还不知道答案。邮件要复述您理解的情况、给出编号、说明由谁决定，并定下决定日期：收到投诉后 5 个工作日，除非您需要更长时间并说明原因。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您关于[订单或服务]的投诉，编号 [投诉编号]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[姓名]，您好：</w:t>
        <w:br/>
        <w:br/>
        <w:t>感谢您告诉我们[问题，用客户的原话]。发生这样的事，我很抱歉。我已将此事登记为投诉，编号 [投诉编号]。</w:t>
        <w:br/>
        <w:br/>
        <w:t>我了解到的情况：[发生了什么，1 到 2 行]</w:t>
        <w:br/>
        <w:t>您的要求：[期望的解决方式]</w:t>
        <w:br/>
        <w:t>由谁决定：[决定人姓名]，[职位]</w:t>
        <w:br/>
        <w:t>决定时间：[星期和日期]前，通过邮件告知</w:t>
        <w:br/>
        <w:br/>
        <w:t>我正在核对[您要核对的记录]。如果需要您提供任何信息，我只会问一次，并在一条消息中问清楚。</w:t>
        <w:br/>
        <w:br/>
        <w:t>如果我有理解错的地方，请回复这封邮件，我会更正记录。</w:t>
        <w:br/>
        <w:br/>
        <w:t>[您的姓名]，[职位]，[公司]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谢谢您，[姓名]。我已将此事登记为投诉 [投诉编号]：[发生了什么，一行]。您的要求是[期望的解决方式]。此事由[决定人姓名]决定，您会在[星期和日期]前通过邮件收到答复。我有遗漏什么吗？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如果需要更多时间：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[姓名]，您好，关于 [投诉编号] 的最新进展：我仍在等待[什么，来自谁]。我现在会在[新日期]前发送处理决定。日期只会调整这一次。[您的姓名]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在客户使用的渠道中回复，同时也发送邮件，让编号有书面记录。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受理回复中绝不承诺处理结果或补救措施。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决定日期最多只调整一次：在到期之前调整，说明原因，且最多推迟 5 个工作日。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只问一项信息：问一次，并说明原因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提问：1 条消息 · 提醒：3 个工作日后提醒一次 · 决定日期：保持不变。如果信息来得晚，最多调整一次，并说明原因。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先核对您能看到的一切：订单、聊天记录、校样、物流信息。然后只在一条消息中询问您看不到的内容。如果需要两样东西，现在就一起问：第二轮提问会让客户觉得是在拖延。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[姓名]，您好：</w:t>
        <w:br/>
        <w:br/>
        <w:t>为了对 [投诉编号] 做出决定，我需要您提供一样东西：[该信息，例如损坏物品的照片]。</w:t>
        <w:br/>
        <w:br/>
        <w:t>原因：[一行，例如照片能显示这些物品来自哪一批印刷]</w:t>
        <w:br/>
        <w:t>方式：回复这封邮件，附上[需要发送的内容]</w:t>
        <w:br/>
        <w:br/>
        <w:t>我已经有[您已核对的内容]，您无需再发送。</w:t>
        <w:br/>
        <w:br/>
        <w:t>您的决定日期仍是[日期]。[您的姓名]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为了对 [投诉编号] 做出决定，我需要一样东西：[该信息]。您可以在这里发送，也可以回复我的邮件。我已经有[您已核对的内容]，其他都不需要了。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3 个工作日后仍未回复：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[姓名]，您好，提醒一下 [投诉编号]：我仍需要[该信息]。如果到[日期]还没有收到，我会根据我们的记录做出决定，并告诉您哪些部分无法核实。[您的姓名]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绝不索要：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完整的银行卡号、密码，或您已经掌握的文件。只有在用其他方法都找不到订单时，才询问订单号。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投诉成立：问题出在哪里、补救措施和完成时间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处理结果：成立 · 超出您的权限：先要审批人同意 · 绝不承诺：由快递公司、银行或供应商掌控的日期。先给出您自己的日期，再说明之后通常还需要多久。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当记录显示是您做错了时，判定投诉成立。在开头几行就说明这一点，道歉一次，并写明您会做什么、何时完成。补救措施只有真正完成才算数。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您的投诉 [投诉编号] 处理决定：成立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[姓名]，您好：</w:t>
        <w:br/>
        <w:br/>
        <w:t>我已完成对您关于[问题]的投诉 [投诉编号] 的调查。您说得对，非常抱歉。</w:t>
        <w:br/>
        <w:br/>
        <w:t>我们查明的情况：[事实，附日期，2 到 3 行]</w:t>
        <w:br/>
        <w:t>发生原因：[原因，一行]</w:t>
        <w:br/>
        <w:br/>
        <w:t>我们的弥补方式：</w:t>
        <w:br/>
        <w:t>- [补救措施 1，例如退还运费]，[日期]前完成</w:t>
        <w:br/>
        <w:t>- [补救措施 2]，[日期]前完成</w:t>
        <w:br/>
        <w:br/>
        <w:t>[款项或物品会在哪里显示，以及通常需要多长时间]。</w:t>
        <w:br/>
        <w:t>我们正在做的改进：[一行]。</w:t>
        <w:br/>
        <w:br/>
        <w:t>我会在[跟进日期]与您确认。[您的姓名]，[职位]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[姓名]，关于 [投诉编号] 的处理决定出来了：您说得对，非常抱歉。[原因，一行]。我会在[日期]前[补救措施]。完整决定已发到您的邮箱，我会在[跟进日期]与您确认。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发送之前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每项补救措施都在您的权限之内，或审批人已书面同意。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每项补救措施都有一个由您掌控的日期。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跟进已建成任务，有负责人和日期。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部分成立：每个诉求单独决定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处理结果：部分成立 · 每个诉求：决定、理由、补救措施 · 复核：复核决定的人，绝不能是做出该决定的人。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很多投诉不止一个诉求。逐一答复：是否成立、理由和补救措施。把成立和不成立混在一段里写，读起来就像是拒绝。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您的投诉 [投诉编号] 处理决定：部分成立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[姓名]，您好：</w:t>
        <w:br/>
        <w:br/>
        <w:t>我已完成对您的投诉 [投诉编号] 的调查。您提出了[数量]个诉求，以下是我对每一项的决定。</w:t>
        <w:br/>
        <w:br/>
        <w:t>1. [诉求 1]：成立。[我们查明的情况]。弥补方式：[补救措施]，[日期]前完成。</w:t>
        <w:br/>
        <w:t>2. [诉求 2]：成立。[我们查明的情况]。弥补方式：[补救措施]，[日期]前完成。</w:t>
        <w:br/>
        <w:t>3. [诉求 3]：不成立。[证据及其日期]。</w:t>
        <w:br/>
        <w:t>我们仍可以提供：[善意补偿方案]，请在[日期]前回复。</w:t>
        <w:br/>
        <w:br/>
        <w:t>合计：[补救措施和金额]。</w:t>
        <w:br/>
        <w:br/>
        <w:t>如果您对任何一项有异议，请回复并申请复核。未参与此事的[老板姓名]会在 10 个工作日内答复您。[您的姓名]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[姓名]，关于 [投诉编号] 的处理决定已发到您的邮箱。简单来说：[诉求 1]和[诉求 2]成立，我们会在[日期]前[补救措施]。[诉求 3]不成立，因为[证据，一行]。我们仍可以提供[善意补偿方案]。您需要吗？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超出您权限的方案：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发送之前先取得审批人的同意，并在记录中写下审批人和日期。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客户不占理的投诉如何回复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处理结果：不成立 · 开头先写：决定，然后是证据 · 善意补偿：把提供的方案称为善意补偿，这样就不会被理解为承认过错。超出您的权限时，仍需审批人同意。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在开头几行说明决定，然后出示附日期的证据，而不只是搬出政策。最后说明您仍能做什么，以及如何申请复核。附理由驳回投诉是正常的处理结果：英国金融机构驳回投诉时必须说明理由。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您的投诉 [投诉编号] 处理决定：不成立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[姓名]，您好：</w:t>
        <w:br/>
        <w:br/>
        <w:t>我已完成对您关于[问题]的投诉 [投诉编号] 的调查。很遗憾让您失望了，但这项投诉不能成立。</w:t>
        <w:br/>
        <w:br/>
        <w:t>我们的记录显示：[证据 1，附日期]。[证据 2，附日期]。[链接或附件]</w:t>
        <w:br/>
        <w:t>这意味着：[一行，例如该物品与您确认的内容一致]</w:t>
        <w:br/>
        <w:br/>
        <w:t>我们仍可以做的：[善意补偿方案，例如以 50% 折扣重印]，请在[日期]前回复。</w:t>
        <w:br/>
        <w:br/>
        <w:t>如果您有异议，请回复并申请复核。未参与此次决定的[老板姓名]会在 10 个工作日内答复您。[您的姓名]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[姓名]，关于 [投诉编号]，我已经全部核对过了。这项投诉不能成立：[证据，一行]。详情已发到您的邮箱。我仍然可以为您做的是[善意补偿方案]。如果您有异议，可以请[老板姓名]复核。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改成这样写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不要写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改成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您错了。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我们的记录显示[证据和日期]。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根据我们的政策……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以下是事情的经过，附日期。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我们无能为力。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我仍然可以为您做的是[方案]。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这就是我们的最终决定。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如果您有异议，可以申请复核。</w:t>
            </w:r>
          </w:p>
        </w:tc>
      </w:tr>
    </w:tbl>
    <w:p/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复核后的最终答复，以及后续途径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答复时限：10 个工作日 · 复核人：不是做出决定的人 · “最终”的含义：不再有内部步骤。要明确说明，并写明后续途径。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如果客户有异议，由没有做出第一次决定的人进行复核，并发送最终答复：决定、理由、您会做什么，以及客户接下来可以去哪里。例如，英国金融机构必须在 8 周内发出最终答复，并在其中写明 Financial Ombudsman Service（英国金融申诉专员服务）。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关于您的投诉 [投诉编号] 的最终答复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[姓名]，您好：</w:t>
        <w:br/>
        <w:br/>
        <w:t>我是[您的姓名]，[职位]。我没有参与对您的投诉 [投诉编号] 的第一次决定。我已复核了[您复核的内容：记录、证据和您的回复]。</w:t>
        <w:br/>
        <w:br/>
        <w:t>我的决定：[成立、部分成立或不成立]</w:t>
        <w:br/>
        <w:t>理由：[2 到 3 行，附证据和日期]</w:t>
        <w:br/>
        <w:t>我们会做的：[补救措施和日期，或仍然有效的方案]</w:t>
        <w:br/>
        <w:br/>
        <w:t>这是我们的最终答复。如果您仍不满意，可以[后续途径，附名称和网站]。</w:t>
        <w:br/>
        <w:br/>
        <w:t>[您的姓名]，[职位]，[公司]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[姓名]，[复核人姓名]已复核 [投诉编号]，并通过邮件发送了我们的最终答复。简单来说：[决定和理由，一行]。如果您仍不满意，邮件中写明了接下来可以向哪里反映。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后续途径：写明适用的那一个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您所在行业的申诉专员或纠纷解决机构（如果您加入了），附其网站。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客户所在国家或州的消费者保护机构。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银行卡付款：发卡机构的争议处理流程。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不构成法律建议：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如果您的行业有投诉处理规定或申诉专员，以其时限和措辞为准。请查看适用于您所在国家的最新版本。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完成闭环：跟进核对和根本原因记录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根本原因：每一起投诉 · 复盘：每月按原因统计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只有在补救措施已完成、已询问客户问题是否解决、记录中有根本原因记录时，才能关闭投诉。不要只看单个案例：怎样才能避免这件事发生？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跟进邮件：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[姓名]，您好：</w:t>
        <w:br/>
        <w:br/>
        <w:t>关于您的投诉 [投诉编号]，简单跟您确认一下：[补救措施]已于[日期]完成。东西都收到了吗？一切正常吗？</w:t>
        <w:br/>
        <w:br/>
        <w:t>如果没有问题，无需回复，我会在[日期]关闭这项投诉。如果还有问题，请直接回复这封邮件，会直接转到我这里。</w:t>
        <w:br/>
        <w:br/>
        <w:t>感谢您告诉我们。因为您的投诉，我们[所做的改进]。[您的姓名]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[姓名]，您好，关于 [投诉编号] 跟您确认一下：[补救措施]收到了吗？一切正常吗？如果还有任何问题，请在这里告诉我。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根本原因记录（内部）：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投诉：[投诉编号]，[日期]，[渠道]</w:t>
        <w:br/>
        <w:t>处理结果：[成立、部分成立或不成立]。补救成本：[金额]</w:t>
        <w:br/>
        <w:t>根本原因：[类别]：[真正的原因，一行]</w:t>
        <w:br/>
        <w:t>自[日期]以来同一原因：[数量]起投诉</w:t>
        <w:br/>
        <w:t>改进：[改什么、负责人、日期]，或不做改进，因为[原因]</w:t>
        <w:br/>
        <w:t>关闭日期：[日期]。客户已确认：[是，或到期未回复]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完成标准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补救措施已完成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已退款、已重做或已抵扣，而不只是承诺。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已询问客户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已发送跟进；客户已确认，或到期未回复。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根本原因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列表中的一个类别，加一行原因说明。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改进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有负责人和日期，或说明为什么不需要改进。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根本原因类别：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产品缺陷, 我方延误, 快递或供应商, 信息不清, 账单错误, 员工沟通, 未发现过错, 其他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示例：如何回复客户投诉：完整示例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一位客户向一家虚构的印刷工作室订购了 120 张烫金婚礼请柬，并支付了 $54 的加急运费。请柬晚到 4 天，其中 6 张有污渍，而且她不喜欢烫金的颜色。AI 客服转给真人，Ben 登记了这项投诉。决定：部分成立。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我们的婚礼请柬今天才到，晚了 4 天，我可是付了 $54 的加急费！金色看起来是棕色的，根本不像金色，还有 6 张有污渍。我要你们在周五前用亮金色全部重印，不然就退钱。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很抱歉，Rachel。请柬晚到、卡片有污渍，这不是您花钱想要的结果。您的订单号是多少？以 MP 开头。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MP-40718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谢谢。我现在把这件事转给我们客服团队的 Ben，并附上您的订单和您写的所有内容，您不需要再重复一遍。预计回复时间：15 分钟内。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Ben（客服）：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Rachel，您好，我是 Ben。我已将此事登记为投诉 C-1043：您付了加急费，请柬却晚到 4 天；烫金颜色；以及 6 张有污渍的卡片。您要求在周五前用亮金色全部重印，或者退款。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Ben（客服）：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我会核对我们的生产记录、您确认过的校样，以及我们从您这批印品中保留的留样。您会在 10 月 6 日（周二）前通过邮件收到我的决定。同样的内容我也已经发到您的邮箱。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Ben（客服）：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需要您提供一样东西：6 张有污渍卡片的照片，直接回复那封邮件就行。就这些。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周二？我本来想这周就把请柬寄出去的。婚礼在 11 月 7 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Ben（客服）：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我理解。如果决定包括重印，会在同一周用加急寄出，这样您下周就能把请柬寄出去。颜色的问题我会单独答复，并附上您的校样和留样照片。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好吧。今晚发照片。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投诉记录 C-1043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客户原话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付了 $54 加急费却晚到 4 天；金色看起来是棕色；6 张有污渍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我方事实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烫金纸缺货：9 月 25 日才印好发出，晚了 2 天。加急需 2 个工作日：9 月 29 日送达。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期望的解决方式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周五前用亮金色全部重印，或者退款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证据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 MP-40718，9 月 16 日确认的校样（古金色烫金），物流信息，她这批印品的留样，她的 6 张照片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获准的补救措施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Ben 每起投诉最多 $100；超出部分由老板 Iris Lang 批准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跟进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Ben 在 10 月 9 日（周五）确认重印品已送达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受理时间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29 日（周二）16:18。决定日期：10 月 6 日（周二）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决定：部分成立，10 月 5 日（周一）发出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诉求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决定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补救措施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延迟送达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成立：发货晚了 2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已退还 $54 加急运费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 张有污渍的卡片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成立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免费重印 12 张，$43.20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烫金颜色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不成立：与确认的校样和留样一致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亮金色重印 50% 折扣，$216，经 Iris 批准。客户已拒绝。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完成闭环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重印品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8 日（周四）送达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客户已确认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日（周五），通过邮件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补救成本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$97.20，在 Ben 的权限之内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根本原因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我方延误：烫金纸缺货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同一原因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自 9 月 8 日以来 3 起投诉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改进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自 10 月 7 日起，确认校样时检查库存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9 日已关闭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虚构示例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多快回复投诉：规则和参考标准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适用对象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受理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答复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后续途径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Housing Ombudsman《投诉处理守则》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英格兰的社会住房房东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个工作日内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受理后 10 个工作日内；第二阶段 20 个工作日内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第二阶段复核，然后是 Housing Ombudsman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FCA 规则，DISP 1.6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英国金融机构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及时书面受理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8 周结束前发出最终答复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Financial Ombudsman Service，附其网站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CFPB 投诉流程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 CFPB 提交的美国消费金融投诉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需要更多时间时，先发出处理中答复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一般在 15 天内；部分情况下 60 天内发出最终答复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客户有 60 天时间对答复提出反馈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本模板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没有行业规则的小企业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个工作日内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个工作日内；最多调整一次，最长 10 个工作日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个工作日内由另一人复核，然后是外部途径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如何使用这份客户投诉回复模板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设定权限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填写选项卡 1 中的审批表：客服可以提供什么、最高多少金额，以及超出时由谁批准。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定好时限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 个工作日受理，5 个工作日决定，10 个工作日复核。如果您的行业有规定，按规定执行。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保存回复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把方括号中的内容换成您自己的话，并把每封邮件和聊天版保存到团队写回复的地方。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登记每一起投诉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收到当天在 Excel 登记表中记一行，填写投诉记录的 5 个字段。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每月复盘根本原因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先解决最常见的原因，并把改进写进登记表。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打开“我的机器人”，选择您的机器人，在“基础知识”选项卡的“说明”中添加：把每一起投诉都转给真人，只询问订单号，绝不承诺退款或补救措施。点击“保存更改”，然后用“尝试机器人”测试。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转人工的聊天会以“等待客服”状态在“实时支持”中等候。点击“认领”，发送聊天版受理回复，聊天结束后点击“解决”。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在“设置”&gt;“对话标签”&gt;“新标签”中创建一个“投诉”标签，并添加到对话上。把投诉记录写进联系人的“备注”。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为决定打开“任务”&gt;“New Task”（新建任务）：“Task title”（任务标题）填写编号，设置“Assignee”（负责人）和“Deadline”（截止日期，即决定日期），“Priority”（优先级）选“High”（高）。再为跟进添加第二个任务。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从您自己的邮箱发送邮件。使用 Growth 版时，在“设置”&gt;“已保存回复”中保存每条回复，例如 /complaint-ack，然后在聊天回复框中输入这个快捷指令。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没有自动识别投诉或自动升级的功能：AI 客服根据您写在“说明”中的规则转人工，退款在您的支付服务商中完成。转人工：Launch 版，按年付费每月 $19，支持 8 位用户。已保存回复：Growth 版，每月 $49。免费版：AI 聊天和基础任务，3 位用户。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每月投诉复盘，30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每一起投诉都在 1 个工作日内受理。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逾期的决定和跟进都有负责人和新日期。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排名前 3 的根本原因，以及针对第一个原因的一项改进。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按原因统计的补救成本，并与上月对比。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https://crmsoftware.pro/zh/templates/complaint-live-chat-response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客户投诉回复模板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