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客户满意度调查模板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适用于三个时机的简短客户反馈问卷模板，逐字照用的 NPS、CSAT 和费力度问题，低分回复话术和评价规则。来自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根据时机选择问卷，把问题按原文复制到您自己的问卷或表单工具中，并替换每个[方括号]中的内容。指定反馈负责人，在 Excel 答卷记录表中记录每份答卷，并在一个工作日内回复每个低分。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工单解决后的客户满意度调查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发送时限：24 小时内 · 问题：3 个点选题，1 个选填意见 · 低分：否、1-2 分，或费力度 1-3 · 在聊天中：开启“满意度评分”后，每次聊天结束时都会显示星级评分。星级反映趋势；邮件问卷则补充是否解决、费力度和意见。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这份客户满意度调查模板在您关闭工单后 24 小时内发送一次：三个点一下即可作答的问题，外加一个选填意见。把这些问题原样复制到您自己的问卷或表单工具中，再从您的邮箱发送链接。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关于您的请求，3 个简短问题（编号：[编号]）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[名字]您好：</w:t>
        <w:br/>
        <w:br/>
        <w:t>[您的姓名]已于[日期]处理完您关于[主题]的请求。这次体验如何？三个问题，每题点一下即可：</w:t>
        <w:br/>
        <w:br/>
        <w:t>1. 您的问题解决了吗？</w:t>
        <w:br/>
        <w:t>是 / 否</w:t>
        <w:br/>
        <w:br/>
        <w:t>2. 您对获得的帮助有多满意？</w:t>
        <w:br/>
        <w:t>1 非常不满意，2，3，4，5 非常满意</w:t>
        <w:br/>
        <w:br/>
        <w:t>3. [公司]让我能轻松处理我的问题。</w:t>
        <w:br/>
        <w:t>1 非常不同意，2，3，4，5，6，7 非常同意</w:t>
        <w:br/>
        <w:br/>
        <w:t>4. 有什么地方我们本该做得不一样吗？（选填）</w:t>
        <w:br/>
        <w:br/>
        <w:t>[问卷链接]</w:t>
        <w:br/>
        <w:br/>
        <w:t>[反馈负责人]会阅读每一份答卷。如果哪里出了问题，您会在一个工作日内收到回复。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聊天版本，在关闭聊天之前：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在结束这次聊天之前想确认一下：您的问题解决了吗？回答“是”或“否”就可以。</w:t>
        <w:br/>
        <w:t>如果是：谢谢您，[名字]。聊天结束时您会看到星级评分，点一下就能告诉我们这次服务怎么样。</w:t>
        <w:br/>
        <w:t>如果否：谢谢您告诉我。还有什么问题没解决？这个聊天我先不关闭。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只在您认为问题已经解决时发送。还没解决？继续处理，不要发问卷。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只发一次，不发提醒。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过去 90 天内收到过任何调查邮件，或有未处理投诉的客户，跳过不发（选项卡 7）。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低分：“已解决”为“否”、满意度 1 或 2，或费力度 1 到 3。反馈负责人在一个工作日内回复（选项卡 4）。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切勿：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在同一封邮件中加入 NPS 问题或评价链接。一份问卷，只为一个目的。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NPS 调查问题：标准措辞加一个原因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发送：每季度一次 · 量表：0 到 10 · NPS：9-10 分占比减 0-6 分占比 · Bain 的简短措辞：Bain 官网的问法是：“您有多大可能把我们推荐给朋友或同事？”选定一种措辞，然后一直沿用。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每季度向活跃客户发送一次，每个季度都在同一周发送。它衡量的是整体合作关系，而不是某一个工单。Bain 称之为关系型 NPS：不由特定事件触发，用来了解客户的总体感受。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[公司]想问您一个问题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[名字]您好：</w:t>
        <w:br/>
        <w:br/>
        <w:t>每个季度，我们都会请客户回答一个问题，每一份回答我都会亲自阅读。</w:t>
        <w:br/>
        <w:br/>
        <w:t>您向朋友或同事推荐[公司]的可能性有多大？</w:t>
        <w:br/>
        <w:t>0 完全不可能，1，2，3，4，5，6，7，8，9，10 极有可能</w:t>
        <w:br/>
        <w:br/>
        <w:t>您给出这个分数的主要原因是什么？（选填）</w:t>
        <w:br/>
        <w:br/>
        <w:t>[问卷链接]</w:t>
        <w:br/>
        <w:br/>
        <w:t>如果您的回答需要回复，我会在一个工作日内联系您。</w:t>
        <w:br/>
        <w:br/>
        <w:t>[您的姓名]，[职位]，[公司]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聊天或短信的简短版本：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[公司]想问您一个问题：从 0（完全不可能）到 10（极有可能），您向朋友或同事推荐我们的可能性有多大？如果方便，也请告诉我们主要原因。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各分数的含义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分组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下一步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或 10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推荐者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一周内致谢（选项卡 5）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7 或 8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中立者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阅读原因；如果客户提出改进点，就回复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 到 6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贬损者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个工作日内回复（选项卡 4）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每个季度使用同样的措辞和同样的 0 到 10 分量表，否则分数无法比较。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NPS = 推荐者占比减去贬损者占比。中立者只计入总数。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最多提醒一次，在 5 个工作日后发给尚未回答的客户。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过去 90 天内收到过任何调查邮件的客户，跳过不发。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切勿：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再加上一串额外问题。NPS 的提出者 Fred Reichheld 警告说，问题越多，回复率越低，样本也越不可靠。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上手引导调查：是否设置好、是否轻松，以及最难的环节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发送：第 30 天或完成时 · 频率：每位客户一次 · 低分：否，或费力度 1-3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每位客户只发一次，在第 30 天或上手引导完成时发送，以先到者为准。趁设置过程还记忆犹新，检验您在开始时做出的承诺。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一切都按约定设置好了吗？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[名字]您好：</w:t>
        <w:br/>
        <w:br/>
        <w:t>您开始使用[公司]已经[30 天]了。两个简短问题，外加一个选填问题：</w:t>
        <w:br/>
        <w:br/>
        <w:t>1. 开始时约定的所有内容，现在都已设置好并正常运行了吗？</w:t>
        <w:br/>
        <w:t>是 / 否</w:t>
        <w:br/>
        <w:br/>
        <w:t>2. [公司]让我能轻松上手。</w:t>
        <w:br/>
        <w:t>1 非常不同意，2，3，4，5，6，7 非常同意</w:t>
        <w:br/>
        <w:br/>
        <w:t>3. 上手过程中最难的环节是什么？（选填）</w:t>
        <w:br/>
        <w:br/>
        <w:t>[问卷链接]</w:t>
        <w:br/>
        <w:br/>
        <w:t>如果还有任何内容没有设置好，[上手引导负责人]会在一个工作日内回复您，并给出完成日期。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如果客户回答“否”：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谢谢您，[名字]。您告诉我们[事项]还没有设置好。[上手引导负责人]会在[日期]前完成，完成后我会发邮件向您确认。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每位客户只发一次，绝不重复。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它计入 90 天上限：如果下一次季度 NPS 落在 90 天之内，就跳过这位客户。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上手引导负责人阅读每一份答卷，而不只是低分答卷。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用好这些回答：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有两位客户都说同一个步骤最难？本月就在您的上手引导清单中改进这个步骤。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“设置好”可以指：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账户已上线, 数据已导入, 团队已邀请, 已交付首个成果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收到低分后：由谁阅读，发送什么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回复时限：1 个工作日 · 由谁回复：反馈负责人 · 发件邮箱：具体某个人的邮箱 · 闭环：对答卷需要跟进的客户进行跟进，以便了解情况、做出改进，这就是 Bain 所说的“闭环”。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低分是指：“已解决”为“否”、满意度 1 或 2、费力度 1 到 3，或 NPS 0 到 6。每一个低分都要在一个工作日内得到一对一的回复。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分工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阅读: 反馈负责人结合工单或聊天记录阅读这份答卷。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回复: 一个工作日内：感谢对方，点明具体问题，说明会做出哪些改变。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修复或约通话: 修复仍未解决的问题，或提出简短通话。绝不与分数争辩。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记录: 在答卷记录表中填写回复日期和采取的措施，并在联系人上添加备注。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满意度或费力度低分，邮件主题：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关于[主题]的反馈：感谢您，以及我们正在做的改变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满意度或费力度低分，邮件：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[名字]您好：</w:t>
        <w:br/>
        <w:br/>
        <w:t>感谢您就[主题]给出的坦诚反馈。您提到[对方的原话，简短]，您说得对：[问题出在哪里，一句话]。</w:t>
        <w:br/>
        <w:br/>
        <w:t>我们正在做的改变：[改变内容，附日期]。</w:t>
        <w:br/>
        <w:t>如果仍有问题：[负责人]会在[日期和时间]前[解决问题]。</w:t>
        <w:br/>
        <w:br/>
        <w:t>如果您想详细聊聊，请回复一个方便的时间，我会给您打电话。</w:t>
        <w:br/>
        <w:br/>
        <w:t>[您的姓名]，[职位]，[公司]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贬损者（NPS 0 到 6），邮件：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[名字]您好：</w:t>
        <w:br/>
        <w:br/>
        <w:t>感谢您回答我们的季度问题。您给了我们[分数]分，并说：“[对方的原因]”。这对我们很有帮助，很抱歉我们没有做好。</w:t>
        <w:br/>
        <w:br/>
        <w:t>[您正在采取的措施，附日期。]</w:t>
        <w:br/>
        <w:br/>
        <w:t>如果您还有一分钟，想再问一个问题：我们改进哪一件事，对您帮助最大？一句话就够了。</w:t>
        <w:br/>
        <w:br/>
        <w:t>[您的姓名]，[职位]，[公司]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没有留下意见的贬损者：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[名字]您好，感谢您回答我们的季度问题。您给了我们[分数]分，我想了解原因。用一句话说说，我们哪里应该做得更好？[您的姓名]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已解决：否：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[名字]您好，您告诉我们，您关于[主题]的请求还没有解决。我已将它重新打开，编号为[编号]，[负责人]会在[日期和时间]前[下一步]。很抱歉我们过早关闭了它。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切勿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要求客户修改分数。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以任何回报换取更高的分数或评价。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发送只字不提客户所说内容的回复。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用“请勿回复”的邮箱地址回复。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与推荐者形成闭环，不做评价筛选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感谢推荐者：1 周内 · 评价邀请：对所有人都一样 · 评价奖励：绝不提供 · 评价邀请放在哪里：放在每位客户都会经历的环节，例如[第一份月度报告]，绝不放在调查打分之后。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推荐者以及打出 4 分或 5 分的客户，会收到一封表明您读过他们留言的感谢信。评价邀请另有规则：无论客户打了多少分，每位客户都在同一个环节收到同样的邀请。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给推荐者的感谢信，主题：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感谢您的回答，[名字]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给推荐者的感谢信，邮件：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[名字]您好：</w:t>
        <w:br/>
        <w:br/>
        <w:t>感谢您回答我们的季度问题，也感谢您给出的[分数]分。您写道：“[对方的原因]”。我已把这段话转告[同事]，正是这位同事[做了什么]。</w:t>
        <w:br/>
        <w:br/>
        <w:t>我们会继续做好[对方看重的事]。如果哪天有什么地方没做好，直接回复这封邮件，它会直接发到我这里。</w:t>
        <w:br/>
        <w:br/>
        <w:t>[您的姓名]，[职位]，[公司]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提出改进点的中立者（7 或 8 分）：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[名字]您好，感谢您给出的[分数]分，也感谢您告诉我们[对方的意见]。从[日期]起，我们将[您要做的改变]。如果还有其他需要改进的地方，也欢迎告诉我。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评价邀请，每位客户都一样：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还有一件事，[名字]：如果您有一分钟，在[评价网站]上留下一条真实的评价，能帮助其他[与您类似的客户]做决定：[评价链接]。无论好评还是差评，我们都欢迎。如果您不想写，也完全没关系。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评价规则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调查分数从不决定谁会收到评价邀请。Google 不允许商家有选择地征集正面评价，FTC 也要求商家不要只邀请那些预计会给好评的客户。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不要设置只在高分后才出现的评价链接。这就是“评价筛选”：要么展示给每一位答卷人，要么谁都不展示。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不为评价提供折扣、礼品、抵扣或抽奖。Google 禁止为评价提供奖励。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绝不建议客户在评价中写什么。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转介绍：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推荐者之后可能乐于接受转介绍请求。使用转介绍请求模板：只问一次，然后就此打住。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CSAT、NPS 和费力度调查问题：逐字照用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NPS：0 到 10 · CSAT：4 分和 5 分的占比 · 费力度：1 到 7 分的平均值 · 为什么用 0 到 10：Bain 表示，零分永远不会被当成好分数，所以客户不会弄反量表的两端；11 个分值也能避免人们习惯性地打出“五分满分”。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使用标准措辞，分数才能如实反映情况，并能跨时间比较。只修改[公司]和话题。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NPS：推荐的可能性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您向朋友或同事推荐[公司]的可能性有多大？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量表：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0 到 10：0 = 完全不可能，10 = 极有可能。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得分：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推荐者（9-10）占比减去贬损者（0-6）占比，范围为 -100 到 +100。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接着问：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您给出这个分数的主要原因是什么？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CSAT：对本次帮助的满意度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您对获得的帮助有多满意？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量表：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1 到 5：1 = 非常不满意，5 = 非常满意。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得分：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4 分和 5 分的答卷数除以全部答卷数。例如，Zendesk 在 1 到 5 分量表中把 4 分和 5 分算作好评。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6.3 CES：办成事有多轻松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陈述：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[公司]让我能轻松处理我的问题。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量表：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1 到 7：1 = 非常不同意，7 = 非常同意。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得分：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所有答卷的平均分。分数越高越轻松。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6.4 已解决：问题解决了吗？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您的问题解决了吗？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选项：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是 / 否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得分：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回答“是”的数量除以全部回答数。回答“否”就重新打开工单。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6.5 意见：了解原因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有什么地方我们本该做得不一样吗？（选填）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每份问卷只设一个开放式问题，始终放在最后，绝不设为必答。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不同时机该问哪些问题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时机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要问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不要问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工单或聊天后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已解决、CSAT、费力度、意见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NPS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每季度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NPS 和原因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CSAT、费力度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上手引导后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已设置好、费力度、最难的环节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在同一封邮件中问 NPS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保持量表不变：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满意度用 1 到 5 分，费力度用 1 到 7 分，NPS 用 0 到 10 分，每份问卷都如此，这样本季度才能和上季度比较。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调查频率上限、反馈负责人和完成检查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调查上限：90 天 · 反馈负责人：每份问卷指定 1 人 · 月度复盘：30 分钟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这是给负责发送问卷的人的规则。商定一次，写上负责人的名字，并每月检查。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调查计划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问卷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发给谁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反馈负责人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工单或聊天后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关闭后 24 小时内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已解决的工单，90 天内未被调查过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[客服负责人]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季度 NPS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每个季度的同一周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活跃客户，90 天内未被调查过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[老板或经理]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上手引导后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30 天或完成时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每位新客户，一次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[上手引导负责人]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频率上限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每位客户每 90 天最多收到一封调查邮件，无论哪种问卷。Bain 的最佳做法是最多每三个月一次。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90 天内有两份问卷都该发：只发刚刚发生的那个时机对应的问卷。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聊天结束时的星级评分不是邮件，而且只出现在客户主动发起的聊天中。它不计入上限。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有未处理的投诉时，不发问卷。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每份答卷都要记录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日期、客户、问卷和编号。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解决状态：“已解决”为“是”或“否”。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满意度 1-5、费力度 1-7 或 NPS 0-10。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选填意见，逐字记录。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反馈负责人、回复截止日、回复日期、采取的措施。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完成检查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完成标准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完整示例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每份答卷都已记录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个工作日内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Omar 的答卷，9 月 30 日（周三）已记录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每个低分都已回复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回复日期不晚于回复截止日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30 日（周三）11:05 已回复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措施已记录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已填写措施列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每周一检查银行流水同步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遵守频率上限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90 天内没有人被调查两次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 日的 NPS 跳过了 Omar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已完成月度复盘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选定并通报一项改进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日起发送银行流水中断提醒</w:t>
            </w:r>
          </w:p>
        </w:tc>
      </w:tr>
    </w:tbl>
    <w:p/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示例：一个低分，当天上午就得到回复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Cedarline Bookkeeping 是一家虚构的 6 人记账公司，有 140 家小企业客户，每解决一个工单都会发送这份客户满意度调查模板。2026 年 9 月 30 日（周三），Saltbox Bakery 的 Omar Haddad 打了 2 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30 日（周三）08:12。调查答卷，工单 T-418，9 月 29 日（周二）已解决。已解决：是。满意度：2 分（满分 5）。费力度：2 分（满分 7）。意见：最后是解决了，但我解释了两遍，而且没人告诉我银行流水同步已经中断了。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Maya（反馈负责人）：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30 日（周三）11:05。感谢您坦诚的反馈，Omar。您说得对：您的银行流水同步在 9 月 21 日就中断了，我们没有通知您，还让您把问题解释了两遍。从 10 月 5 日（周一）起，我们每周一都会检查所有客户的银行流水同步，一旦中断，当天就发邮件通知您。打个 10 分钟的电话会有帮助吗，还是邮件就够了？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30 日（周三）12:20。邮件就行。谢谢你们真的看了我的反馈。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Maya（反馈负责人）：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30 日（周三）12:31。谢谢您，Omar。我已在您的档案中添加了备注，下次无论谁为您服务，都能看到之前的情况。如果同步再次中断，我们会第一时间通知您。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已填写的调查答卷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问卷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工单或聊天后，9 月 30 日（周三）08:00 发送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编号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T-418，银行流水同步中断，9 月 29 日（周二）已解决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已解决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满意度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分（满分 5）：低分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费力度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分（满分 7）：低分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意见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解释了两遍；没有收到提醒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反馈负责人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Maya Chen，客户服务主管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回复截止日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 日（周四），1 个工作日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跟进和 CRM 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事项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记录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负责人已阅读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30 日（周三）09:10，结合工单阅读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已发送回复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30 日（周三）11:05，不到 3 小时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检查银行流水同步，Dana Ruiz，截止 10 月 5 日（周一）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联系人“备注”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21 日同步中断；解释了两遍；偏好邮件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答卷记录表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30 日已回复，已填写措施，状态为已完成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调查上限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 日的 NPS 已跳过；下次为 2027 年 1 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CSAT、NPS 与费力度对比：什么时候问哪个问题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指标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说明什么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何时询问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得分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CSAT，满意度 1 到 5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某次工单、聊天或订单的体验如何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互动后 24 小时内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 分或 5 分答卷的占比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CES，费力度 1 到 7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获得帮助是否轻松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工单、聊天或上手引导之后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所有答卷的平均分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NPS，推荐意愿 0 到 10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整体合作关系怎么样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每季度最多一次，不由事件触发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9-10 分占比减 0-6 分占比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已解决，是或否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问题是否真正解决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工单后的第一个问题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回答“是”的占比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如何使用这份客户满意度调查模板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从一个时机开始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先做工单后的问卷。运行顺畅后，再加上季度 NPS 和上手引导问卷。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指定反馈负责人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每份问卷指定一人，在低分到达当天阅读，并在一个工作日内回复。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原样复制问题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复制到您自己的问卷或表单工具中，量表保持不变。只修改名称。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记录每份答卷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Excel 记录表中每份答卷一行。低分会自动得到回复截止日。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每月复盘一次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阅读“汇总”和意见，选定一项改进，并告诉客户做了哪些改变。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“我的机器人”&gt;选择机器人&gt;“行为”选项卡：开启“满意度评分”（“对话结束时显示星级评分提示”），然后点击“保存更改”。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在“分析”的“满意度”下查看星级：“平均评分”“评分分布”和“满意度趋势”。每月把各星级的数量复制到“汇总”工作表一次。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在“实时支持”中，点击“解决”之前，先问“您的问题解决了吗？”（选项卡 1，聊天版本）。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每个低分：“任务”&gt;“New Task”（新建任务），“Task title”（任务标题）填“低分：Omar Haddad”，“Assignee”（负责人）选反馈负责人，“Deadline”（截止日期）设为下一个工作日。在“My Tasks”（我的任务）中查看“Due today”（今天截止）和“Overdue”（逾期）。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把客户说的话和您的承诺写进联系人的“备注”。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邮件问卷从您自己的邮箱或问卷工具发送。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没有问卷生成器，也不会发送问卷或跟进邮件：聊天结束时的星级评分是唯一的内置问题。3 位用户可免费使用 AI 聊天和基础任务。转人工和分析功能随 Launch 版提供，按年付费每月 $19，支持 8 位用户；高级分析、邮件报告和导出随 Growth 版提供，每月 $49。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每月调查复盘，30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低分：都在一个工作日内回复了吗？先处理已逾期的。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意见：按原因分组，本月选一个原因来解决。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小样本：报告数字之前，先看“汇总”上的提示。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在下一封感谢信或跟进邮件中，告诉客户做了哪些改变。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https://crmsoftware.pro/zh/templates/customer-feedback-nps-script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客户满意度调查模板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