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客户引导清单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从签约到移交客服的八个步骤，日期从签约日期起算，附现成消息、启动会议程和完整示例。来自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在签约当天填写销售交接内容，并记下签约日期。按顺序完成各个步骤，替换[方括号]中的每个词，并从您自己的邮箱发送消息。在 Excel 跟踪表中跟踪负责人和截止日期。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清单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销售到交付交接：第 1 天前写好 6 个字段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截止：第 0 天 · 负责人：销售人员 · 切忌：用一句“都在邮件里”就把客户交出去。请写好这六个字段。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这份客户引导清单从签约当天开始：销售人员写下六项内容，引导负责人在发送欢迎消息之前读完。客户告诉过销售的事情，不必再向新的对接人重复一遍。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承诺范围：客户买了什么（用客户自己的话说），以及哪些不包含。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[套餐]，[数量]，[承诺的成果]。不包含：[项目]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邮件、报价单和通话记录中的每一项承诺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购买条款：价格、计费方式、开始日期、合同期限，以及任何特别约定。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[价格]，按[周期]计费，[日期]开始，[期限]，[日期]签约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备注内容与已签署的协议一致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相关人员：谁做决策，谁负责日常对接，谁付款。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决策人[姓名]，日常联系人[姓名]，账单联系人[姓名]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每个人的邮箱、电话和首选联系渠道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设置需求：需要客户提供的访问权限、数据和集成。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[系统]的访问权限，文件：[清单]，集成：[工具]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客户那边谁能提供每一项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1.5 目标：客户为什么购买，以及你们谈到的第一个成果。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目标：[目标]。第一个成果：[里程碑]。截止：[事件或日期]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由决策人亲口说出，而不是推测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1.6 启动会负责人：您这边一位指定的人员，负责客户引导，直到移交为止。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[姓名]，备用[姓名]，[日期]前召开启动会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核对：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负责人已读过这份记录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内部交接消息：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[客户]已于[日期]签约。交接记录在交易备注中。</w:t>
        <w:br/>
        <w:t>启动会负责人：[姓名]，备用[姓名]。</w:t>
        <w:br/>
        <w:t>购买内容：[范围]。不包含：[项目]。</w:t>
        <w:br/>
        <w:t>我们谈到的第一个成果：[日期]前实现[里程碑]。</w:t>
        <w:br/>
        <w:t>注意：[客户提出的风险或顾虑]。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没有交接记录，就不发欢迎消息。如果有字段空着，销售人员要在第 1 天之前补齐，并和引导负责人开一个 15 分钟的会。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欢迎消息：介绍负责人，预约启动会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发送时间：第 1 天 · 发件人：引导负责人 · 切勿承诺：见效日期：要等启动会确认了权限和数据之后再定。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在签约日期后 1 个工作日内，从引导负责人自己的邮箱发出。一条消息，只有一个行动：预约启动会。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欢迎邮件：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主题：欢迎选择[您的公司]，[名字]：[项目]的下一步</w:t>
        <w:br/>
        <w:br/>
        <w:t>[名字]，您好：</w:t>
        <w:br/>
        <w:br/>
        <w:t>感谢您选择[您的公司]。我是[负责人姓名]，将负责您的客户引导，直到[承诺的成果]顺利运转起来。[销售人员]已经把你们沟通过的内容都转给了我，您不需要再重复一遍。</w:t>
        <w:br/>
        <w:br/>
        <w:t>您购买的内容：[一句话概括范围]。</w:t>
        <w:br/>
        <w:t>暂不包含：[不包含的项目]。</w:t>
        <w:br/>
        <w:t>我们的第一个目标：[日期]前实现[首次价值里程碑]。</w:t>
        <w:br/>
        <w:br/>
        <w:t>下一步：请预约一次 45 分钟的启动会，时间定在[第 3 天的日期]或之后最近的空闲日：[预约链接]。请邀请[日常联系人]以及负责为我们开通权限的同事一起参加。</w:t>
        <w:br/>
        <w:br/>
        <w:t>如果方便，请在会前准备好：[事项 1]、[事项 2]、[事项 3]。</w:t>
        <w:br/>
        <w:br/>
        <w:t>在此之前有任何问题，直接回复这封邮件，或在[网站]的聊天窗口中提问。</w:t>
        <w:br/>
        <w:br/>
        <w:t>[负责人姓名]</w:t>
        <w:br/>
        <w:t>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简短版（短信或聊天）：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[名字]，您好，我是[您的公司]的[负责人姓名]，将负责您的客户引导。请在这里预约我们的 45 分钟启动会：[预约链接]。议程和简短的准备清单已发到您的邮箱。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 天后仍未预约：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[名字]，您好，我还没看到启动会的预约时间。[星期几][时间]或[星期几][时间]，您哪个方便？我来发会议邀请。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范围和“不包含”这一行与已签署的协议一致。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预约链接可以打开，并显示未来 3 个工作日内的可选时间。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账单联系人已单独收到发票，发票不放在这封邮件里。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启动会议程：复述、达成一致、分配任务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会议：第 3 天 · 时长：45 分钟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启动会用来确认交接内容，而不是第二次需求探索通话。把交接记录复述一遍，就一个首次价值里程碑达成一致，散会时每项工作都有负责人和日期。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议程，45 分钟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5 分钟：相互介绍: 双方的姓名和角色：谁做决策，谁负责执行，遇到问题找谁。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10 分钟：我们了解到的情况: 复述目标、范围和不包含的内容。问问哪里理解错了。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10 分钟：首次价值: 就一个里程碑、日期以及客户那边由谁验收达成一致。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10 分钟：设置需求: 访问权限、数据和集成：谁在什么时候之前提供什么。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5 分钟：合作方式: 进度更新的日期和渠道、回复时间、设置问题去哪里问。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5 分钟：总结: 复述负责人和日期。当场预约 30 天回访。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复述确认：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开始之前我先确认一下：您购买了[范围]，是为了[目标]。暂不包含：[项目]。我们争取的第一个成果是在[日期]前实现[里程碑]。有哪里理解得不对吗？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首次价值问题：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[14] 天后，您需要看到什么，才会觉得这件事见效了？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启动会总结邮件：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主题：启动会总结：[项目]</w:t>
        <w:br/>
        <w:br/>
        <w:t>[名字]，您好：</w:t>
        <w:br/>
        <w:br/>
        <w:t>感谢您今天抽出时间。以下是我们达成的约定：</w:t>
        <w:br/>
        <w:t>- 首次价值：[日期]前实现[里程碑]，由[客户姓名]验收。</w:t>
        <w:br/>
        <w:t>- 您提供：[日期]前提供[事项]，[日期]前提供[事项]。</w:t>
        <w:br/>
        <w:t>- 我们完成：[日期]前完成[任务]，[日期]前完成[任务]。</w:t>
        <w:br/>
        <w:t>- 进度更新：每[星期几]通过邮件发送。有问题：直接回复这封邮件，或在我们网站的聊天窗口中提问。</w:t>
        <w:br/>
        <w:t>- 30 天回访：[日期][时间]，邀请已发送。</w:t>
        <w:br/>
        <w:br/>
        <w:t>[负责人姓名]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启动会上提出的新需求记入变更清单，等实现首次价值之后再报价。一项研究发现，新合同中的附加服务越多，引导期间的客户留存率越低。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邀请：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决策人, 日常联系人, 引导负责人, 销售人员（前 10 分钟）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设置任务：权限、数据、配置、培训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完成时间：第 7 天 · 进度更新：每周同一天 · 受阻：等客户已经等了 2 个工作日？按无回音客户的步骤处理（第 6 步）。每次跟进都记录在交易上。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天就开始申请访问权限，这样启动会之后，设置工作就不会卡在等账号上。争取在第 7 天前完成设置，或者给每项未完成的任务定好日期。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获取权限：客户需要开通的登录账号和角色。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引导负责人，与日常联系人配合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您已登录过每个系统一次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收集文件和数据：[名单、标志、照片、价目表、过往报告]。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文件已放入共享文件夹并检查过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设置并连接范围内包含的内容，仅限这些。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您的专员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一条测试记录从头到尾跑通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用一次简短的培训，教会将要使用的人。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引导负责人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每位用户都亲手完成了一项真实任务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发送第 7 天进度更新。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负责人：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引导负责人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完成标准：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已发送，并写明下一步和所有阻碍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权限申请：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[名字]，您好，为了开始[任务]，我们需要为[邮箱]开通[系统]的[权限级别]权限。操作步骤：[您的指南链接]。大约需要 [5] 分钟。您能在[日期]前完成吗？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7 天进度更新：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主题：[项目]：第 1 周进度</w:t>
        <w:br/>
        <w:br/>
        <w:t>[名字]，您好：</w:t>
        <w:br/>
        <w:br/>
        <w:t>已完成：[事项]、[事项]。</w:t>
        <w:br/>
        <w:t>进行中：[事项]，[日期]前完成。</w:t>
        <w:br/>
        <w:t>需要您提供：[日期]前提供[事项]，这样我们才能保证在[日期]实现[里程碑]。</w:t>
        <w:br/>
        <w:br/>
        <w:t>下次更新：[日期]。</w:t>
        <w:br/>
        <w:t>[负责人姓名]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首次价值里程碑：定义、实现、确认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目标：第 14 天 · 验收人：客户 · 不算首次价值：开完启动会、建好账号、收到文件。这些都只是步骤。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首次价值是客户在自己业务中能看到的第一个成果，而不是您完成的某项任务。尽量在第 14 天前实现，并请客户书面确认。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弱里程碑和好里程碑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业务类型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弱里程碑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好里程碑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营销代理公司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广告活动已设置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广告活动已上线，并带来第一条可追踪、客户认可为真实的线索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会计师事务所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已收到文件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第一个月已结账，老板已读过报告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软件销售商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已创建用户账号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[人数]位用户在产品中真正完成了[关键任务]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IT 服务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已登记设备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所有笔记本电脑已备份，第一张工单已解决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好的里程碑应当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客户无需您帮忙就能看到。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在客户购买的范围之内。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有日期，通常在第 14 天前。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由客户那边一位指定的人验收。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确认消息：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[名字]，您好，[里程碑]已于[日期]实现：[证据，例如新广告活动在 10:42 带来的第一条线索]。这符合您的预期吗？回复一个“是”就可以。如果还缺什么，请告诉我，我会在[日期]前解决。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如果不符合客户预期：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谢谢您告诉我。您希望看到的是什么？我会对照启动会上约定的内容核对一遍，并在[日期]前给您一个方案。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为何重要：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Gartner 的研究显示，帮助客户实现目标的服务提高了客户留下来的可能性。把确认结果连同日期和确认人姓名记在交易备注中。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客户没有回音时：跟进 3 次，然后暂停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跟进次数：3 · 时间跨度：7 个工作日 · 切忌：自己也不再出声，发一句不带任何问题的“问一下进展”，或者向对接人的上司指责对接人。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客户不回复，通常是对接人太忙，而不是客户流失了。把它当作一个有时限的阻碍来处理：7 个工作日内通过不同渠道简短跟进 3 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无回音客户规则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2 个工作日后: 第 1 次跟进：发一封简短邮件，只问一个问题，给出两个选项。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4 个工作日后: 第 2 次跟进：打电话。没人接？留下语音留言，再发一条短信或聊天消息。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7 个工作日后: 第 3 次跟进：写信给决策人，并抄送日常联系人。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第 3 次跟进后仍无回复: 书面暂停，顺延里程碑日期，保留 30 天回访。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1 次跟进：邮件：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主题：关于[项目]的一个小问题</w:t>
        <w:br/>
        <w:br/>
        <w:t>[名字]，您好，我们已经准备好进行下一步，但需要先拿到[事项]。两个选项：在[日期]前发给我们，或者预约 15 分钟，我们通过屏幕共享一起完成：[预约链接]。哪种对您更方便？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2 次跟进：语音留言和短信：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[名字]，您好，我是[您的公司]的[负责人姓名]。现在有一件事卡住了[里程碑]：[事项]。我可以帮您在 15 分钟内搞定。请回电[电话]，或在这里选个时间：[预约链接]。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 3 次跟进：写给决策人：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主题：[项目]：需要您做一个决定</w:t>
        <w:br/>
        <w:br/>
        <w:t>[决策人]，您好，自[日期]起，我们一直在等贵团队提供[事项]。如果拿不到，[里程碑]将从[日期]推迟到[新日期]。哪种方式最合适：由[联系人]在[日期]前发给我们，由您团队的其他同事接手，还是我们暂停到[日期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暂停消息：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[名字]，您好，由于一直没有收到回复，我们这边已暂停设置工作。之前的工作都不会丢失：您准备好后回复我们，我们会在 [2] 个工作日内重新开始。我们[日期]的回访照常进行。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30 天回访：成果、待办事项和反馈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回访：第 30 天 · 时长：30 分钟 · 完成意味着：首次价值已确认，待办事项都有负责人和日期，客户知道今后由谁提供支持。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在启动会上就预约好：与决策人和日常联系人开 30 分钟。确认客户引导已经完成，或者还剩哪些工作，以及客户今后找谁。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回访议程，30 分钟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5 分钟：成果: 首次价值以及此后的进展，用数字说话。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10 分钟：待办事项: 哪些还没完成，每项都有负责人和日期。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5 分钟：反馈: 问下面这些问题，并记下回答。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5 分钟：下一步: 范围之外的需求放在这里谈，单独报价。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5 分钟：移交: 介绍后续客服以及联系方式。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问这些问题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到目前为止，什么效果最好？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哪些地方比预想的更麻烦？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未来 60 天，您希望完成什么？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如果您有跟踪这一项：从 0 到 10 分，您有多大可能把我们推荐给朋友或同事？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回访总结：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主题：[项目]：30 天回访总结</w:t>
        <w:br/>
        <w:br/>
        <w:t>[名字]，您好，感谢您今天抽出时间。</w:t>
        <w:br/>
        <w:t>成果：[首次价值]，[其他成果]。</w:t>
        <w:br/>
        <w:t>待办：[事项]，负责人[姓名]，[日期]前完成。</w:t>
        <w:br/>
        <w:t>未来 60 天：[目标]。</w:t>
        <w:br/>
        <w:t>从[日期]起，[客服姓名]将是您咨询问题的联系人：[客服渠道]，[服务时间]。在[待办事项]完成之前，我会继续跟进。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研究：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研究人员把客户健康度描述为关系质量、产品使用情况和客户获得的价值三者的结合。三方面都要问到，并把回答写进交易备注。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移交给后续客服：移交说明和介绍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移交：第 30 天 · 过渡期：直到待办事项完成 · 切忌：移交一位首次价值尚未确认的客户。先把这件事解决。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客户引导以明确的移交结束，而不是悄无声息地淡出：给客服一份移交说明，给客户一段介绍，引导负责人在待办事项完成之前继续在场。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客户和联系人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[公司]，日常联系人[姓名]，决策人[姓名]，账单联系人[姓名]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购买内容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[范围]。不包含：[项目]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首次价值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[里程碑]，由[姓名]于[日期]确认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已完成的设置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[系统、权限、集成]，登录信息的存放位置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待办事项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[事项]，负责人[姓名]，[日期]前完成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注意事项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[已知风险、敏感话题、客户喜欢的联系方式]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后续日期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续约[日期]，下次复盘[日期]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向客户介绍：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您好，从今天起，[客服姓名]将是您咨询问题和提出变更的联系人。[客服姓名]已了解全部历史情况，您不需要再重新解释。联系方式：[客服渠道]，[服务时间]。在[日期]完成[待办事项]之前，我会继续留在这个对话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移交之前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首次价值已书面确认。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每项待办事项都有负责人和日期。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客户已拿到客服联系方式和服务时间。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您回答过的设置问题已加入 FAQ 或知识库。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示例：一家营销代理公司用 30 天完成新客户引导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Bluefin Studio 是丹佛一家虚构的 6 人营销代理公司，它用这份客户引导清单为科罗拉多州奥罗拉的电工公司 Ridgeback Electric 做客户引导。Jordan 负责成交，Maya 负责客户引导，Theo 接手后续客服。第 2 天下班后，客户的办公室经理在 Bluefin 的网站聊天中问了两个设置问题。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Ridgeback Electric 的 Tara。Maya 让我给她开通我们 Google Business Profile 的经理权限。该怎么操作？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Tara，您好。打开您的 Business Profile，依次点击“更多”“商家资料设置”“人员和访问权限”，然后点击“添加”。输入 access@bluefin.example，选择“经理”，再点击“邀请”。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好了。还有一件事：能不能也帮我们投放电动车充电桩安装的广告？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增加服务会改变您的方案，所以我会把这个问题连同我们的聊天记录一起转给您的引导负责人 Maya。她会在明天 9:00 前在这里回复您。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Maya（客户引导）：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早上好 Tara，我是 Maya。权限已经可以用了，谢谢。电动车充电桩广告不在目前的方案里。我们先让第一个广告活动上线，拿到第一批线索。我会在 9 月 17 日的 30 天回访时带上电动车充电桩广告活动的报价。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有道理。那就 10 点启动会见。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销售交接记录，2026 年 8 月 18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承诺范围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在奥罗拉投放配电箱升级、照明和维修的 Google Ads，1 个带报价表单的落地页，来电追踪，月度报告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不包含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SEO、社交媒体、电动车充电桩广告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购买条款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设置费 $1,200，自 9 月 1 日起每月 $850，最短 3 个月；广告预算每月 $1,500，由 Ridgeback 直接支付给 Google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相关人员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Carla Ruiz，老板，决策人；Tara Benson，办公室经理，日常对接；Dev Patel，簿记员，负责账单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设置需求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Google Ads 管理员权限、Business Profile 经理权限、网站登录信息、5 张施工照片、服务清单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目标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周中承接更多配电箱升级订单；9 月 1 日前拿到第一条线索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启动会负责人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Maya Chen，备用 Jordan Lee；8 月 21 日前召开启动会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从签约日期起的时间线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天数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18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已签约，交接记录存入“Notes”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19 日（周三）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已发欢迎邮件，启动会已预约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21 日（周五）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召开启动会，里程碑达成一致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25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设置完成，催要照片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 日（周二）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首次价值已确认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17 日（周四）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回访，移交给 Theo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Ridgeback Electric，Google Ads，$3,750，8 月 18 日标记为“Won”（赢单）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“Notes”（备注）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交接记录、启动会总结、Carla 于 9 月 1 日的确认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为 Maya、Jordan 和 Theo 创建的 23 项任务，每项都有截止日期和关联交易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首次价值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28 日广告活动上线，8 月 31 日 10:42 获得第一条线索：一单配电箱升级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无回音客户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照片：8 月 25 日第 1 次跟进，8 月 27 日第 2 次跟进，当天收到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 30 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条可追踪线索，4 次上门勘察；9 月 18 日已发送电动车充电桩广告报价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客户引导时间线：第 0 天到第 30 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天数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工作内容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完成标准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示例中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0 天，签约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交易赢单，写好交接记录，发送发票，完成内部交接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销售人员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引导负责人已读过交接记录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18 日（周二）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发送欢迎消息，附启动会预约链接和准备清单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启动会已预约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19 日（周三）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启动会：复述确认、首次价值里程碑、负责人和日期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已发总结，30 天回访已预约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21 日（周五）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7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权限、文件、设置和培训；进度更新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引导负责人和客户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设置完成，或未完成的任务已定日期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25 日（周二）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14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实现并确认首次价值里程碑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客户已书面确认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 日（周二）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30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天回访，然后移交给后续客服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引导负责人，之后是客服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已介绍客服，待办事项已定日期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 17 日（周四）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随时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客户无回音：7 个工作日内跟进 3 次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引导负责人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收到回复，或已书面暂停计划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月 25 日和 27 日催要照片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客户引导清单模板：适用于代理公司、服务企业和软件销售商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八个步骤保持不变。变化的是范围、设置需求，以及什么算作首次价值。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代理公司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设置需求主要是访问权限：广告账户、分析工具、网站、社交媒体账号和品牌素材。把审稿轮数写进范围。首次价值是已经上线、并带来客户看得到的成果的工作。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服务企业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会计、IT、保洁或咨询：设置需求是文件、排期和现场信息。首次价值是交付的第一次服务，并由客户验收：第一个月结账完成、第一次上门完成、第一份报告已读。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软件销售商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设置需求是用户、数据导入和集成。首次价值是客户团队在产品中完成一项真实工作，而不是建好账号。附加功能和额外集成留到实现首次价值之后。</w:t>
      </w:r>
    </w:p>
    <w:p>
      <w:pPr>
        <w:spacing w:after="80"/>
      </w:pP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如何使用这份客户引导清单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第 0 天填写交接记录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销售人员在交出交易之前填好“交接记录”工作表。输入签约日期：所有截止日期都由它推算。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给每项任务指定负责人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一位引导负责人、一位备用负责人，每一行都写上姓名。需要客户完成的任务，负责人选“客户”。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按顺序发送消息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天发欢迎消息，第 3 天发总结，第 7 天发进度更新，第 14 天发确认消息，第 30 天发回访总结，都从您自己的邮箱发送。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关注标记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每周查看两次“逾期”和“跟进记录”。一到该跟进的时间，就启动无回音客户的步骤。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以移交收尾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只有在首次价值确认后才移交。然后查看延迟完成的任务，修正导致延迟的那个步骤。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 CRM 中打开“交易”，打开该交易并标记为“Won”（赢单）。把交接记录粘贴到“Notes”（备注）中。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在“任务”中，为每个步骤点击“New Task”（新建任务）：填写“Task title”（任务标题）、“Assignee”（负责人）、“Deadline”（截止日期）和“Linked deal”（关联交易）。小步骤添加为“Checklists”（检查清单），较大的部分添加为“Subtasks”（子任务）。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在“排程”中打开“事件类型”，点击“新事件类型”：创建一个 45 分钟的启动会。点击“复制链接”，把链接粘贴到欢迎邮件中。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在交易中，用“E-Signatures”（电子签名）里的模板发送协议供电子签署。在“Invoices”（发票）中创建设置费发票，然后点击“Create Payment Link”（创建付款链接）。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在“我的机器人”中，把您的设置指南添加到机器人的“知识库”，让 AI 客服随时回答设置问题。需要真人处理的聊天会进入“实时支持”：点击“认领”，回复，然后点击“解决”。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含 1 条管道的交易、基础任务和 AI 聊天都包含在免费版中：3 位用户，无需信用卡。带日历同步的预约、报价单、发票、电子签名、付款链接和转人工从 Launch 版起提供，按年付费每月 $19，支持 8 位用户。应用不会替您发送客户引导邮件。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每次客户引导结束后，花 15 分钟复盘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客户在启动会上是否重复了销售早已知道的信息？把它加进交接记录。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哪些任务延迟了，它们在等谁？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实现首次价值用了多少天，是否有书面确认？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哪些设置问题出现了两次？把它们加进知识库。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https://crmsoftware.pro/zh/templates/customer-onboarding-checklist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客户引导清单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