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客服 AI 提示词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20 个可直接复制的提示词，适用于 ChatGPT、Claude、Gemini 或 Microsoft Copilot：根据事实回复、调整语气和翻译、交接摘要、帮助文章和已保存回复、质检、电商、SaaS、客户引导和留存。每个提示词都写明要粘贴什么、发送前要检查什么。来自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 5 部分提示词的方括号中填入一次您的公司、语气和字数上限。每个案例只粘贴回复需要的事实，只写名字（不带姓），并由您自己做决定。任何内容发送前都要完成 5 项检查，并把每次测试记入 Excel 测试记录。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提示词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客服 AI 提示词：由 5 个部分组成的提示词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发送前：5 项检查 · 由谁决定：您，而不是 AI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这些客服 AI 提示词适用于任何通用 AI 助手：ChatGPT、Claude、Gemini 或 Microsoft Copilot。Google 的提示词指南列出了提示词的四个部分：人设、任务、背景和格式。我们加上第五个部分“规则”，防止 AI 编造退款和日期。由您做决定；由人检查并发送。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5 部分提示词（填写一次，反复使用）：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角色：你是[公司名称]的客服人员，这是一家[业务类型]。用[语言]写，语气[亲切、平实]，署名[您的名字]。</w:t>
        <w:br/>
        <w:t>任务：[要写什么，写给谁]。</w:t>
        <w:br/>
        <w:t>事实（只用这些）：[客户的消息（只写名字，不带姓）、相关事实、政策条文、我的决定]。</w:t>
        <w:br/>
        <w:t>规则：不添加事实中没有的任何内容。除非事实中写明，否则不写价格、日期、退款、折扣或承诺。如果缺少某个事实，写“缺失”，并告诉我还需要什么。</w:t>
        <w:br/>
        <w:t>格式：[邮件或聊天消息]，不超过 [160] 字，结尾给出一个下一步。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绝不粘贴到 AI 工具中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银行卡号、银行账户信息、密码或一次性验证码。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姓氏加邮箱、电话号码或家庭住址。只写名字（不带姓），或写“客户 A”。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健康信息、证件号码、其他客户的消息、关于某人的内部备注。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发送前检查（每个提示词都适用）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事实：每一条都能在订单、工单或政策中找到。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数字：日期、金额和时间原样照抄。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承诺：没有您未决定的退款、抵用金、折扣或日期。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语气：不指责，不讽刺，最多道歉一次。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隐私：不涉及其他客户，不含内部备注。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为什么要由人检查：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可能给出听起来很有把握的错误答案；OpenAI 建议把 ChatGPT 当作初稿，而不是最终的信息来源。而且企业要为自己发出的内容负责：加拿大一家审裁机构裁定，一家航空公司要为其聊天机器人提供的错误信息负责。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设置网站 AI 客服，请参阅 AI 智能体人设指南，以及 AI 兜底与安全话术。销售工作请参阅销售 AI 提示词模板。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根据事实和您的决定起草客户回复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最长回复：160 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粘贴事实和您的决定，而不只是客户的问题。AI 只负责组织文字。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根据事实回复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客户消息（只写名字，不带姓）、事实、您的决定。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日期和金额与订单一致。没有您未决定的内容。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你是[公司名称]的客服人员。请回复下面这条客户消息：</w:t>
        <w:br/>
        <w:t>[客户消息]</w:t>
        <w:br/>
        <w:t>事实（只用这些）：[订单或账户信息、日期、状态]</w:t>
        <w:br/>
        <w:t>我们的决定：[我们会做什么，什么时候做]</w:t>
        <w:br/>
        <w:t>第一句就回答客户的问题。只道歉一次，针对具体的问题。不要添加上面没有的日期、金额、退款、抵用金或折扣。如果缺少某个事实，写“缺失”。</w:t>
        <w:br/>
        <w:t>[邮件或聊天消息]，不超过 [160] 字，结尾给出一个下一步。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按政策拒绝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客户的请求、政策原文、您的决定、一个真实可行的替代方案。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先说拒绝。政策引用准确。没有您给不了的例外。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请回复一位要求[请求内容]的客户。我们的答复是拒绝。</w:t>
        <w:br/>
        <w:t>政策（只引用这段）：[政策原文]</w:t>
        <w:br/>
        <w:t>我们可以提供的替代方案：[替代方案，或没有]</w:t>
        <w:br/>
        <w:t>在前 2 句中给出决定，用平实的话解释那一条政策原因，然后提出一次替代方案。不要为政策道歉，不要暗示政策可能改变，也不要编造例外。不超过 [200] 字，语气[亲切、平实]。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询问一项缺失的信息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客户消息和您需要的那一项信息。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只问一个问题。绝不索要银行卡号、密码或证件号码。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请简短回复这条消息：</w:t>
        <w:br/>
        <w:t>[客户消息]</w:t>
        <w:br/>
        <w:t>我们需要先知道一项信息才能帮忙：[所需信息，例如订单号]。用一个问题询问，说明我们为什么需要它，以及接下来会怎样：[下一步和时间]。绝不索要银行卡号、密码或证件号码。不超过 [80] 字。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绝不让 AI 决定：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退款, 抵用金, 送达日期, 例外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调整语气、缩短或翻译客服回复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改动的事实：无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事实由您自己写，再让 AI 调整表达方式。您的事实一字不改。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缓和语气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客户的消息和您的草稿。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把每个日期和金额与草稿对照。没有新的承诺。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请改写我给一位不满客户的回复。</w:t>
        <w:br/>
        <w:t>对方的消息：[客户消息]</w:t>
        <w:br/>
        <w:t>我的草稿：[您的草稿]</w:t>
        <w:br/>
        <w:t>每个事实、日期和金额都必须原样保留。先用对方自己的话说出问题。承担我们这一方的责任。删掉“按照公司规定”这类推脱的说法。结尾说明接下来会怎样、什么时候。长度相同或更短。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缩短并简化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您的回复，以及必须保留的事实。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您列出的事实和链接都还在，而且正确。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把这条回复缩短到 [120] 字以内，用于[聊天或手机屏幕]：</w:t>
        <w:br/>
        <w:t>[您的回复]</w:t>
        <w:br/>
        <w:t>以下内容必须原样保留：[必须保留的事实]。用短句和日常用语，不用行话，最多道歉一次。只返回新的回复。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翻译并回译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您检查过的回复。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回译与原文一致。日期使用当地格式。政策措辞由精通该语言的人核对。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把这条回复翻译成[语言]，发给[国家或地区]的一位客户：</w:t>
        <w:br/>
        <w:t>[您的回复]</w:t>
        <w:br/>
        <w:t>姓名、订单号、金额、日期和链接必须与原文完全一致。使用[正式或非正式]的称呼。然后把你的译文逐句译回中文，方便我核对。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 CRMsoftware.pro 中：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使用 Growth 版时，“实时支持”中的“自动翻译”会为您的团队翻译聊天，网站 AI 客服也能用 95 种以上的语言回复。邮件和帮助文章请使用 3.3。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要删掉的说法：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按照公司规定, 我之前已经说过了, 请知悉, 给您带来不便，敬请谅解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总结长篇客服对话，方便交接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摘要：5 行 · 规则：写得让客户看了也没问题：只写事实和日期，不写个人看法。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在把工单转给同事或请经理做决定之前使用。先把姓名替换为“客户”和“客服”。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5 行交接摘要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完整对话，姓名已替换。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转交前检查：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“已做”中的每个承诺都确实出现在对话中，并附有日期。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请为一位没看过这段对话的同事总结这段客服对话：</w:t>
        <w:br/>
        <w:t>[对话记录]</w:t>
        <w:br/>
        <w:t>严格使用以下 5 行：</w:t>
        <w:br/>
        <w:t>需求：客户想要什么，一句话。</w:t>
        <w:br/>
        <w:t>事实：提到的产品、订单日期和金额。</w:t>
        <w:br/>
        <w:t>已做：我们尝试过或承诺过的事，附日期。</w:t>
        <w:br/>
        <w:t>待解决：还没有答复的问题。</w:t>
        <w:br/>
        <w:t>下一步：唯一的下一步、由谁负责、截止何时。</w:t>
        <w:br/>
        <w:t>只依据对话内容。不清楚的地方写“不明确”。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请经理做决定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5 行摘要、政策和您的可选方案。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金额和客户的截止时间正确。除名字（不带姓）外没有其他个人数据。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请写一条简短的内部消息，请[经理]对一个客服案例做决定。</w:t>
        <w:br/>
        <w:t>摘要：[5 行摘要]</w:t>
        <w:br/>
        <w:t>客户要求：[请求内容]</w:t>
        <w:br/>
        <w:t>政策：[政策原文]</w:t>
        <w:br/>
        <w:t>可选方案：[2 到 3 个方案及各自的成本]</w:t>
        <w:br/>
        <w:t>我的建议：[方案及理由]</w:t>
        <w:br/>
        <w:t>需要答复的时间：[日期和时间]</w:t>
        <w:br/>
        <w:t>不超过 [200] 字，方案用编号列表。最后写出需要决定的问题。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把已解决的工单变成帮助文章和已保存回复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同一问题：3 次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同一个问题出现 3 次时，把答案写一次，然后反复使用。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根据已解决的聊天写帮助文章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3 到 5 段已解决的聊天（已删除姓名），以及有效的解决方法。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发布前检查：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亲自按每个步骤操作一遍。界面名称和截图与当前产品一致。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根据下面这些已解决的聊天，写一篇关于[主题]的帮助文章：</w:t>
        <w:br/>
        <w:t>[3 到 5 段聊天]</w:t>
        <w:br/>
        <w:t>有效的解决方法：[步骤]</w:t>
        <w:br/>
        <w:t>标题：按客户输入的方式写出这个问题。然后写一句话的答案、编号步骤（每步只有一个操作）、操作成功后客户会看到什么，以及什么时候联系我们。只使用有效的解决方法。最后列出聊天中这篇文章没有回答的问题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知识库 FAQ 条目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客户原话中的问题，以及经批准的答案。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发布前检查：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与您的政策页面一致。价格和日期是最新的，否则就不写。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写一条 FAQ 条目。</w:t>
        <w:br/>
        <w:t>问题（用客户的原话）：[问题]</w:t>
        <w:br/>
        <w:t>经批准的答案：[答案]</w:t>
        <w:br/>
        <w:t>条件或例外（如有）：[条件]</w:t>
        <w:br/>
        <w:t>答案开头先说“是”“否”或具体数字。最多 [3] 句。只使用经批准的答案。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带占位符的已保存回复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一条您检查过并已发出的回复。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保存前检查：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没有留下真实的姓名、日期或金额。回复符合当前政策。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把这条回复改成一条可重复使用的已保存回复，用于[主题]：</w:t>
        <w:br/>
        <w:t>[您发出的回复]</w:t>
        <w:br/>
        <w:t>把每个因客户而异的细节（例如姓名、订单号、日期和金额）替换为方括号中的简短占位符。其他内容逐字保留。建议一个标题，以及一个以斜杠开头、全部小写、不含空格的快捷键。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放在哪里：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帮助文章和 FAQ 条目放进网站 AI 客服的“知识库”（参见 FAQ 知识库模板）；已保存回复放在 Growth 版的“设置”&gt;“已保存回复”中。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发布到：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帮助中心, 知识库, 已保存回复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对照政策检查回复，找出客户联系的原因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手动复核：前 2 名 · 负责人和行动：[团队负责人]每周一运行 6.2，并在当周解决其中一个原因。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给团队负责人：重要回复发出前多一双眼睛，每周看看客户为什么来联系。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对照政策质检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客户消息、草稿、事实和政策。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您仍要亲自阅读草稿：负责审核的 AI 也会漏看。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请扮演一位严格的质检员。在这条回复草稿发出前检查它；不要改写它。</w:t>
        <w:br/>
        <w:t>客户消息：[客户消息]</w:t>
        <w:br/>
        <w:t>草稿：[回复草稿]</w:t>
        <w:br/>
        <w:t>事实和政策：[事实和政策原文]</w:t>
        <w:br/>
        <w:t>做一张表格：草稿中的每项说法（日期、金额、承诺、产品信息）、是否有依据（是、否或事实中没有）以及修改建议。然后指出指责或讽刺的语气、缺少的下一步，以及不该出现的个人数据。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客户联系的主要原因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上周的首条消息，已删除姓名和订单号。调查评论和评价也适用。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行动前检查：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手动重新统计排名前 2 的原因。AI 的计数可能有误。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以下是上周的 [数量] 条客户消息，每行一条，已删除姓名和订单号：</w:t>
        <w:br/>
        <w:t>[消息]</w:t>
        <w:br/>
        <w:t>把它们归为最多 [8] 个原因。每个原因写出：简短名称、数量、一个客户原话示例，以及怎样避免：一篇帮助文章、一条已保存回复，或在产品、店铺或政策上做修正。每条消息只算一次。按数量排序。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把主要原因设为“设置”&gt;“对话标签”中的标签（“新标签”），用来给下周的聊天分类。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电商和 SaaS 客服 AI 提示词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送达日期：绝不猜测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店铺收到的多是订单和退货问题；软件公司收到的多是操作方法和软件错误问题。从源头复制事实，绝不让 AI 猜。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订单状态回复（电商）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下单日期、发货状态和快递公司的预计时间，当天复制。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状态与快递公司页面此刻显示的一致。除非快递公司这样说，否则不写“明天就到”。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请回复一位询问订单在哪里的客户。</w:t>
        <w:br/>
        <w:t>事实：下单日期[日期]，发货日期[日期，或尚未发货]，快递状态[状态和日期]，预计送达[日期，或无]。</w:t>
        <w:br/>
        <w:t>我们的下一步：[我们会做什么，什么时候做]。</w:t>
        <w:br/>
        <w:t>不要猜测送达日期。不超过 [140] 字，[聊天或邮件]。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退货或退款回复（电商）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客户的请求、政策，以及您在店铺或支付平台中批准的内容。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金额、方式和时间与您批准的一致。退款在该平台中办理。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请写一条关于退货的回复。</w:t>
        <w:br/>
        <w:t>请求：[请求内容]</w:t>
        <w:br/>
        <w:t>退货政策：[政策原文]</w:t>
        <w:br/>
        <w:t>决定：[是否批准、金额、退款方式、时间]</w:t>
        <w:br/>
        <w:t>客户接下来要做的事：[退货标签、包装、寄件、截止日期]</w:t>
        <w:br/>
        <w:t>先给出决定。金额和时间必须与上面完全一致。不超过 [200] 字。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7.3 给开发人员的错误报告（SaaS）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删除了姓名和邮箱的对话，以及套餐和浏览器信息。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亲自复现一遍。不使用显示客户数据的截图。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把这段客服对话整理成一份给开发人员的错误报告：</w:t>
        <w:br/>
        <w:t>[对话记录]</w:t>
        <w:br/>
        <w:t>写出：不超过 20 字的标题、复现步骤、预期结果、实际结果、套餐、设备和浏览器、有多少客户反馈过，以及我们提供的临时解决办法。对话中没有提到的内容一律写“未知”。不要猜测原因。</w:t>
      </w:r>
    </w:p>
    <w:p>
      <w:pPr>
        <w:spacing w:after="40"/>
      </w:pP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接受预约的商家：请参阅预约 AI 提示词模板。保险行业：请参阅保险 AI 提示词模板。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绝不粘贴：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银行卡号, 家庭住址, 含客户数据的截图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新客户引导和客户留存 AI 提示词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目标：每条消息 1 个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每条消息只有一个目标：给新客户第一步，给不活跃的客户一个回来的理由，给要离开的客户一条清楚的退出路径。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8.1 欢迎消息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对方选择了什么、最有帮助的第一步、在哪里获取帮助。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链接可以打开，这一步适合对方的套餐。不承诺效果。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请以[公司名称]的名义，给一位刚刚[注册或购买了什么]的新客户写一条欢迎[邮件或消息]。</w:t>
        <w:br/>
        <w:t>事实：[对方选择了什么]。最有帮助的第一步：[第一步]。获取帮助：[链接，或直接回复这封邮件]。</w:t>
        <w:br/>
        <w:t>用一句话表示感谢。只有一个目标：让对方迈出第一步。不列功能，不给折扣。不超过 [180] 字。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8.2 客户停滞时的跟进消息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对方目前做了什么、停在了哪里。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先查看账户：确认对方真的停下来了。由人发送。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请给一位[停在哪一步，或从何时起没有下单或登录]的客户写一条简短的跟进消息。</w:t>
        <w:br/>
        <w:t>对方目前做了什么：[事实]</w:t>
        <w:br/>
        <w:t>可能的障碍：[障碍]</w:t>
        <w:br/>
        <w:t>提供一样能消除障碍的东西：[指南、设置协助或 15 分钟通话]。</w:t>
        <w:br/>
        <w:t>要有帮助，不要咄咄逼人。绝不暗示对方做错了什么。不超过 [140] 字，结尾提一个问题。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8.3 回复取消请求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粘贴内容：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对方的理由、如何取消、您提供的一个替代方案。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发送前检查：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取消步骤有效。替代方案已获批准，且只提一次。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请回复一位想取消[套餐、订阅或订单]的客户。</w:t>
        <w:br/>
        <w:t>对方的理由：[理由，用对方的原话]</w:t>
        <w:br/>
        <w:t>如何取消：[步骤或链接]</w:t>
        <w:br/>
        <w:t>取消之后：[访问权限、数据、最后一次扣费]</w:t>
        <w:br/>
        <w:t>我们可以提供的一个替代方案：[暂停、更小的套餐、解决问题，或没有]</w:t>
        <w:br/>
        <w:t>先说明如何取消，再提出一次替代方案。不让对方内疚，不施加压力。不超过 [180] 字。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赢回客户和收集反馈：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调查评论、NPS 回答或评价，请使用 6.2。写赢回客户的消息时，使用 8.2，并把对方离开的原因作为障碍填入。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虚假的截止期限, 让人内疚, 第二次挽留优惠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示例：一个损坏的订单：提示词、5 项检查和发出的回复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Quillfeather Stationery 是一家虚构的网店，销售笔记本和笔，它把提示词保存在 Excel 提示词库中。2026 年 10 月 12 日（星期一），Rohan Desai 在网站聊天中询问订单 QF-20417。客服主管 Noelle Kapoor 接手后，用提示词 2.1 起草回复，完成 5 项检查后发出。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你好。我的订单 QF-20417 周六到了，钢笔漏墨，其中一本笔记本上全是墨水。我周五出门要用这些东西。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很抱歉，新笔记本到您手里不该是这个样子。我是 Quillfeather 的 AI 助手，看不到订单，也不能寄送替换品，所以我会把这件事转给我们团队的 Noelle。方便发一张照片吗？工作日 9:00 至 17:00，Noelle 会在 30 分钟内在这里回复您。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照片发过去了。周五之前能把新的寄到吗？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Noelle（客服主管）：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Rohan 您好，我是 Noelle。很抱歉钢笔漏墨弄脏了您的笔记本，也谢谢您发来照片。今天我已通过特快为您免费寄出一支新钢笔和一本新的 A5 点阵笔记本。快递公司预计 10 月 14 日（星期三）送达，赶得上您出行。您不需要寄回任何东西。今天 18:00 前，物流单号会发到您的邮箱。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太好了，谢谢。寄到订单上的地址就行。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Noelle（客服主管）：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好的，就寄到那个地址。周三上午我会查看物流，如有任何变化，会在这里给您发消息。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提示词 2.1：Noelle 的填写内容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提示词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2.1 根据事实回复，第 2 版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助手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店铺的工作账户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已粘贴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Rohan 的消息（只写名字，不带姓）、订单内容、政策条文、Noelle 的决定、快递公司给出的日期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未粘贴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姓氏、邮箱、地址、订单号、照片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决定（由 Noelle 做出）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特快寄出新钢笔和笔记本，免费，无需退回（政策：损坏须在 30 天内报告）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发送前的 5 项检查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事实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钢笔和笔记本、特快、免费：与决定一致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数字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14 日（星期三）：与快递公司的预计日期一致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承诺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删除了“我们还退还了您的运费”：并未决定。记为“未通过”，在第 3 版中修正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语气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117 字，一次道歉，不指责，一个下一步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隐私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不涉及其他客户，不含内部备注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记入应用和 CRM 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9:44 进入“等待客服”，9:58 由 Noelle “认领”，10:12 点击“解决”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备注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Rohan 的联系人记录中：QF-20417，钢笔漏墨，笔记本被弄脏；10 月 12 日已特快寄出替换品，无需退回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核对 QF-20417 的物流；“Assignee”（负责人）：Noelle；“Deadline”（截止时间）：10 月 14 日（星期三）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已保存回复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/damaged-item：检查过的回复，细节换成了方括号，已与团队共享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测试记录，提示词 2.1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版本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上次测试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第 3 版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13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 次全部通过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虚构的店铺和客户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ChatGPT、Claude、Gemini 和 Copilot 中的客户数据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助手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个人账户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工作账户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ChatGPT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“设置”&gt;“数据控制”：关闭“为所有用户改进模型”后，新的聊天不会用于训练模型。“临时聊天”也不会被使用。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默认情况下，OpenAI 不会使用 ChatGPT Business、Enterprise 或 Edu 的内容训练其模型。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Claude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隐私设置：“Model Improvement”设置决定您的聊天是否用于改进 Claude。无痕聊天不会被使用。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默认情况下，Anthropic 不会把 Claude for Work 或其 API 的输入和输出用于训练。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Gemini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关闭“保留活动记录”后，今后的聊天不会用于训练 Google 的模型，但会保留 72 小时。Google 提醒您不要输入不希望审核者看到的机密信息。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工作或学校账户可能适用不同的数据条款：请询问您的管理员。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Microsoft Copilot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处理客户消息时，请使用公司提供的工作账户，而不是个人账户。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提示词、回复以及通过 Microsoft Graph 访问的数据不会用于训练基础模型。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哪些内容绝不能放进客服提示词，以及 AI 身份告知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适用于整个团队的六条规则。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付款和登录信息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银行卡号、银行账户信息、密码和一次性验证码绝不能放进 AI 工具。任何回复都用不到它们。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改为粘贴：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[日期]已用银行卡付款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姓名加联系方式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个人数据是指与已识别或可识别的在世自然人有关的任何信息，例如姓名、家庭住址或电子邮箱地址。只写名字（不带姓），或写“客户 A”。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改为粘贴：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[名字]写道：[消息]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只给回复需要的内容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 GDPR，个人数据必须限于实现目的所必需的范围。只粘贴这条回复需要的事实，而不是整个账户的历史记录。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其他人的数据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不粘贴其他客户的消息、关于某位客户的内部备注或员工投诉：您粘贴什么，摘要就会复述什么。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聊天机器人的 AI 身份告知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根据欧盟《人工智能法》，与人直接互动的 AI 系统（例如网站 AI 客服）在设计上必须让人们知道自己正在与 AI 互动，除非这一点显而易见，并且最迟在首次互动时告知。该规定自 2026 年 8 月 2 日起适用。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由人发送的草稿与 AI 告知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50 条并未提及由人借助 AI 撰写、检查并发送的回复。它关于 AI 生成文本的规定，适用于为向公众通报公共利益事项而发布的文本，经过人工审核并由人承担编辑责任的除外。请遵守您自己的政策。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本文不构成法律建议。请核实您所在国家和行业的规定，以及公司的 AI 政策。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如何使用这些客服 AI 提示词模板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选择提示词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在第 2 至 8 个选项卡中找到对应任务，或从 2.1 开始。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公司、语气和字数上限只填一次；事实每次重新填写。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先决定，再粘贴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退款、日期和例外由您决定。AI 只负责写。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先检查，再发送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完成第 1 个选项卡中的 5 项检查。每条回复都由人发送。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记录并管理版本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中记录每次测试。对提示词的任何修改都算新版本，要测试 3 次。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在“我的机器人”中选择机器人。网站 AI 客服根据“基础知识”（基本设置）选项卡中的“说明”（给 AI 的指令）和“知识库”回答；请参照 AI 智能体人设指南来撰写。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把第 5 个选项卡中的帮助文章和 FAQ 条目添加到“知识库”，点击“保存更改”，然后在“尝试机器人”中提出这个问题。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当“实时支持”中的聊天显示“等待客服”时，点击“认领”。用提示词起草回复，完成 5 项检查，发送，然后点击“解决”。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使用 Growth 版时：“设置”&gt;“已保存回复”&gt;“新建回复”。填写“标题”、“快捷键”（例如 /damaged-item）和“回复内容”，然后开启“与团队共享”。在聊天回复框中输入快捷键即可插入。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把事实和您的决定写在联系人的“备注”中，后续工作放进“任务”&gt;“New Task”（新建任务），并设置“Assignee”（负责人）和“Deadline”（截止时间）。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全天候 AI 聊天和基础知识库包含在免费版中：3 位用户，无需信用卡。转人工到“实时支持”从 Launch 版起提供，按年付费每月 $19；已保存回复和收件箱自动翻译从 Growth 版起提供，按年付费每月 $49。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满足以下条件，提示词才算“就绪”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当前版本已有 3 次通过的测试。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每个方括号都写明了要填什么。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它的检查项已写入提示词库。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没有人粘贴银行卡号或完整联系方式。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https://crmsoftware.pro/zh/templates/customer-service-ai-prompt-templates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客服 AI 提示词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