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需求挖掘电话话术模板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30 分钟需求挖掘电话流程，带分钟节点、该说的话、五个字段的提问卡片、应对脱稿时刻的回应和完整性检查。来自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[方括号]中的每个词替换为您自己的信息，通话时保持文件打开。边聊边在笔记中填写五个字段：问题、买方角色、限制条件、成功标准和下一步行动。只有五个字段全部填好、下一步行动有日期和负责人时，通话才算完成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话术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30 分钟需求挖掘电话流程：每个环节一个目标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时长：30 分钟 · 您的说话占比：40% 以下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这套需求挖掘电话话术模板时长 30 分钟。每个环节只有一个目标，并填写笔记中的一个字段。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带分钟节点的流程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分钟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环节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唯一目标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笔记中的字段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 到 3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开场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确认流程，了解谁在通话中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通话参与人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 到 12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问题与影响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用对方的话说出问题，以及它的代价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问题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12 到 17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买方角色与决策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谁来决定，还有谁参与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买方角色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17 到 22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限制条件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预算、时间安排、硬性要求、审批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限制条件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22 到 25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成功标准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好的结果是什么样，什么时候实现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成功标准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25 到 30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收尾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复述确认，然后定一个带日期的下一步行动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下一步行动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日历邀请中的流程：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期待[日期][时间]与您通话。这 30 分钟的安排如下：</w:t>
        <w:br/>
        <w:br/>
        <w:t>1. 您想解决什么问题，它现在让您付出了什么代价</w:t>
        <w:br/>
        <w:t>2. 谁参与决策</w:t>
        <w:br/>
        <w:t>3. 预算、时间，以及哪些必须保持不变</w:t>
        <w:br/>
        <w:t>4. 好的结果是什么样</w:t>
        <w:br/>
        <w:t>5. 下一步（如果有的话）</w:t>
        <w:br/>
        <w:br/>
        <w:t>不放幻灯片。欢迎转发给任何应该参加的人。</w:t>
        <w:br/>
        <w:br/>
        <w:t>祝好，</w:t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提前一天发送流程，这样预算和决策的问题就不会让对方感到突然。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五个字段：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问题, 买方角色, 限制条件, 成功标准, 下一步行动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开场：确认流程、征得许可、了解谁在通话中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时间：0 到 3 分钟 · 字段：通话参与人 · 记在笔记里：姓名和职责。是什么促使他们现在预约。他们要求讨论的任何内容。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三分钟内拿到三个结果：潜在客户同意流程和直接提问，您知道每个人的姓名和职责，而且您还没有提到自己的产品。如果只有对方一个人，就问问之后还有谁会参与意见。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[名字]您好，感谢您抽出时间。我预留了 30 分钟，现在还方便吗？</w:t>
        <w:br/>
        <w:br/>
        <w:t>安排是这样的：我先问问[业务领域]目前在您这边是怎么运作的，以及您想改变什么；然后聊聊时间和参与的人；最后我们一起决定下一步是否有意义。如果不合适，我会直说。</w:t>
        <w:br/>
        <w:br/>
        <w:t>有些问题会比较直接，比如预算和由谁拍板。我这样问，是为了能直接告诉您合不合适，而不是泛泛地推销。可以吗？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通话参与人：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开始之前，请问今天有哪几位在线？各位分别负责什么？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如果对方想先听介绍：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没问题。先给我十分钟问几个问题，这样我展示的内容才贴合您的情况。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问题与影响：要解决什么，以及它让对方付出了什么代价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时间：3 到 12 分钟 · 字段：问题与影响 · 记在笔记里：问题：一句话，用对方的原话。影响：一个带单位的数字。之前尝试过什么。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这是通话中最长的环节。问完就保持安静。用潜在客户的话写下问题，而不是用您产品的话。如果回答含糊，就请对方举一个上个月的例子。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打开话题：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跟我说说[业务领域]目前在您这边是怎么运作的。从[流程起点]到[流程终点]，中间都发生了什么？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3.1 用对方的话说出问题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如果您不能用一句话复述这个问题，就写不出贴合需求的方案。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关于这件事，如果可以，您明天最想先解决哪一点？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全都想解决：问问这个月哪一部分代价最大，从那里开始。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3.2 用数字说明影响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有数字的问题能拿到预算，没有数字的问题会被搁置。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在一个普通的月份，这件事大概让您损失多少，按小时或按钱算都行？大致数字就可以。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不好说：给一个范围让对方反应。更接近每周两小时，还是每天两小时？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3.3 他们尝试过什么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过去的尝试告诉您，您会被拿来和什么比较。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为了解决这个问题，您已经试过哪些办法？结果怎么样？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我们试过类似你们的工具：问它哪里没做到，然后一字不差地记下来。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买方角色与决策流程：谁来决定，怎么决定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时间：12 到 17 分钟 · 字段：买方角色 · 记在笔记里：决定、推荐还是使用。决策人的姓名，或写“未知”并附上弄清楚的计划。还有谁参与。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一个 B2B 采购小组可能有 5 到 16 人。您不会见到所有人，但可以了解他们是谁，以及决定是怎么做出的。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打开话题：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在[公司]，这类决定通常是怎么做出的？我想把合适的信息发给合适的人。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您的联系人的角色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同样的话，出自使用者、经理和老板之口，意味着三种不同的交易。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您在这件事里的角色是什么：是您决定、您推荐，还是您日常使用？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我推荐，别人决定：问问那个人是谁，以及对那个人来说最重要的是什么。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还有谁参与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交易往往卡在没人告诉过您的那个人身上。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在这件事推进之前，还有谁会想发表意见，哪怕只是非正式的？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没有别人，我说了算：问问第一天谁会注意到这个变化。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如果对方不肯说出决策人：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没关系。等到方案阶段，和签字的人开一个 20 分钟的电话会合适吗？这样对方可以直接向我提问。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限制条件：预算、时间安排、硬性要求和审批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时间：17 到 22 分钟 · 字段：限制条件 · 记在笔记里：预算：一个范围，已批准还是未批准。时间安排：日期及其原因。技术：什么必须保留。审批：谁签字，谁审核。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打开话题：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在给出任何建议之前，我想先了解我应该在哪些限制内工作：预算、时间、必须保留的技术要求，以及由谁审批。我们可以一项项过一下吗？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5.1 预算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要一个范围而不是具体数字，这样您才能提出合适的方案范围。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有没有预留的预算，或者您觉得可以接受的范围？大致区间就够了。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还没有预算：给一个范围。这类项目通常落在每月[低值]到[高值]之间。这和您的预想相符吗？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5.2 时间安排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有日期，它就是一个项目；没有日期，它只是一个想法。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您希望这件事什么时候用起来？背后有没有一个具体日期，比如合同到期、旺季或上线？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不着急：问问如果到[六个月后的某个日期]什么都没变会怎样。如果答案是“没怎样”，就调低匹配度评分。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5.3 技术硬性要求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漏掉一项硬性要求，交易会在方案发出后夭折。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有没有什么必须保持不变：必须保留的系统、不能迁移的数据、必须遵守的规定？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IT 部门才清楚：问对方要姓名，并提出通过邮件发三个问题。把它加为下一步行动。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5.4 审批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签约是一个流程。了解步骤，您才能定出现实的成交日期。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一旦您认可了方案，在签字之前还需要发生什么？谁签字？有人先审一遍吗？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我自己就能签：问问财务或合伙人是否会审核超过某个金额的支出。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如果对方不肯透露预算：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没问题。我会发两个不同价位的选项，这样您可以对着真实数字来反应。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成功标准：好的结果是什么样，什么时候实现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时间：22 到 25 分钟 · 字段：成功标准 · 记在笔记里：衡量指标、目标值、日期，以及谁来评判结果。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打开话题：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想象现在是[开始后 90 天的日期]，我们已经合作了三个月。要满足哪些条件，您才会说这是一个正确的决定？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6.1 衡量指标和日期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一条可衡量的标准会成为方案的第一行，也是您汇报的第一项。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您会怎么衡量这一点？预计什么时候能看到变化？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更多是一种感觉：改用问题来衡量。现在这件事让您损失[影响]；如果三个月内减少一半，算成功吗？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6.2 谁来评判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评判结果的人往往就是真正的决策人。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如果这件事做成了，谁会第一个注意到？如果没做成呢？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我的上司：记下姓名。方案应该是写给那个人看的。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如果对方说：价格、随便看看、我不是决策人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原则：先回答，再提问 · 绝不要说：没有范围的“看情况”，或者在第 20 分钟之前说“我给您演示一下”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大多数需求挖掘电话都是被这五个时刻带偏的。简短回答，然后问一个问题，把话题带回您刚才所在的字段。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7.1 多少钱？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做法：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给出真实的范围，绝不说“看情况”，然后回到问题上。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问得好。我们大多数客户每月付[低值]到[高值]，取决于[主要定价因素]。要告诉您会落在哪个区间，我还需要十分钟问几个问题。可以在最后再回到具体数字吗？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7.2 我们只是随便看看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做法：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接受它，然后弄清楚是什么让他们开始看的，以及什么时候必须有结论。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可以理解。是什么让您开始了解的？有没有一个时间点，到那时必须从了解变成决定？这样我就知道该给您发一份简短的概览，还是一份完整的方案。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7.3 我不是决策人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做法：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把对方当作您的向导，并提议一次简短的三方通话。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谢谢您坦诚相告。您比我更了解[经理]：对方会先问什么，价格、风险还是时间？我们三个人开一个 20 分钟的电话会有帮助吗？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7.4 我们以前试过类似的东西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做法：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不要为您的产品辩护。问问哪里没成，把它记为一项需求。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这很有参考价值。它当时哪些地方没有满足您？停用之后发生了什么？我想确保我们不会重蹈覆辙。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7.5 直接发个方案给我吧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做法：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答应，但有一个条件：先问三个问题。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好的，[日期]前发给您。为了让它是一份方案而不是猜测：它首先必须解决什么？谁会和您一起审阅？您心里的预算范围大概是多少？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记录分支为：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价格, 随便看看, 决策人, 以前试过, 方案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收尾：复述五个字段，并定下带日期的下一步行动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时间：25 到 30 分钟 · 字段：下一步行动 · 完整的条件：五个字段全部填写，且下一步行动有日期和负责人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让潜在客户听一遍自己的回答，并纠正任何错误。然后定一个带日期和负责人的下一步行动。当天完成：总结邮件、交易备注、任务、通话记录表的一行。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复述确认：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把听到的内容复述一遍，有不对的地方请您纠正。问题是[用对方的话说出的问题]，大约让您损失[影响]。您[决定或推荐]，[决策人]签字，[其他人]参与。预算大约在[范围]，希望[日期]前用起来，[技术硬性要求]保持不变。90 天后的好结果是：[成功标准]。我有遗漏吗？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提出下一步：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基于这些，我建议下一步是[下一步，例如和决策人开一个 20 分钟的电话会，展示两个选项和价格]。在那之前我会发一页摘要给您。这样可以吗？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定下时间：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我这边[日期][时间]或[日期][时间]有空。哪个更合适？我会把今天的摘要和邀请一起发给您，方便您转发给[决策人]。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如果对方不肯定下日期：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没问题。在下一步有意义之前，您那边还需要发生什么？我什么时候跟您确认比较好，免得催您？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如果不合适：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根据您告诉我的情况，我觉得我们不是合适的选择，原因是[原因]。我宁愿现在说，也不想等方案发出后再说。[替代方案]可能更适合您。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完整性检查：每一行都填好才算完整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能写出以下内容即为完整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一句话，用对方的原话，加上数字化的影响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买方角色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决定、推荐还是使用；决策人的姓名，或“未知”加一个弄清楚的计划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限制条件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预算范围、时间安排及其原因、硬性要求、审批步骤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成功标准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一个衡量指标、一个目标值和一个日期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下一步行动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做什么、谁来做、什么日期，而且已经在任务列表里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好的下一步行动：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与决策人通话, 在某日前发方案, 实地拜访, 有开始日期的试用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示例：一次需求挖掘电话，五个字段，以及一个带日期的下一步行动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Larkspur IT Services 是一家虚构的 IT 托管服务商，它用这套需求挖掘电话话术模板与 Hollis &amp; Reed Architects 通话。后者是一家 24 人的建筑事务所，通过网站聊天预约了通话。Kim 在 2026 年 10 月 6 日（周二）执行了这次通话。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潜在客户：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你好，我们是一家 24 人的建筑事务所。我们的 IT 支持要好几天才回复工单，而且在赶图纸的那几周出过两次故障。能有人和我们聊聊接手的事吗？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谢谢您，Priya，也为故障的事感到抱歉。Larkspur 的 Kim 专门为这类情况安排 30 分钟的需求挖掘电话。这是 Kim 的预约页面：选任意一个空闲时段即可。还会有其他人一起参加吗？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潜在客户：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约了 10 月 6 日（周二）10:00。就我一个人，我是办公室经理。合同由我们的管理合伙人 Mark Hollis 决定。我们必须保留 Microsoft 365 和 Revit，现在的合同 12 月 31 日到期。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Kim（销售）：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6 日（周二），第 2 分钟：谢谢您提前发来的信息，Priya。今天的安排：支持现在是怎么运作的、代价是什么，谁参与决策，预算和时间，好的结果是什么样，以及下一步。我可以直接问预算和签字的事吗？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潜在客户：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当然。最主要的是响应时间：我们提交工单，两三天后才有回音。9 月份，文件服务器在一次交付前宕机，整个团队损失了大半天。算下来大概 150 小时。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Kim（销售）：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24 分钟：我复述一遍。工单处理慢，赶工周出故障，9 月大约损失 150 小时。您负责推荐，Mark 签字，您的同事 Lena Ortiz 把关技术。预算每月 $2,000 到 $2,500，10 月 23 日前做决定，以便在 12 月 31 日前发出解约通知，Microsoft 365 和 Revit 保留。成功标准：工单一小时内响应，90 天内赶工周零故障。对吗？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潜在客户：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完全正确。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Kim（销售）：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那我建议 10 月 14 日（周三）11:00 和您、Mark 开一个 20 分钟的电话会，我会展示两个带价格的选项。我会在 10 月 9 日（周五）前发一页摘要给您，方便您转发给他。这样可以吗？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潜在客户：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可以。摘要发给我，我转给 Mark。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笔记：通话后的五个字段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问题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工单 2 到 3 天才响应；赶工周出故障。影响：9 月大约损失 150 小时。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买方角色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Priya Nair，办公室经理，负责推荐。Mark Hollis，管理合伙人，负责决定。Lena Ortiz 把关技术。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限制条件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预算每月 $2,000 到 $2,500，尚未批准。10 月 23 日（周五）前做决定，在合同 12 月 31 日到期前发出通知。保留 Microsoft 365 和 Revit。Mark 签字。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成功标准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工单 1 小时内响应；前 90 天内赶工周零故障。由 Mark 和 Priya 评判。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下一步行动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Kim 在 10 月 9 日（周五）前发送一页摘要。10 月 14 日（周三）11:00 与 Priya 和 Mark 通话。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完整性检查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完整：5 个字段全部填写，下一步行动有日期和负责人。匹配度评分 8 分中得 7 分，高。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CRM 中的交易和任务，10 月 6 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内容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交易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IT 托管服务 · Hollis &amp; Reed Architects，每月 $2,400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需求挖掘完成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发送一页摘要 · Kim · 10 月 9 日（周五）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待办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与 Priya 和 Mark 的方案选项通话 · Kim · 10 月 14 日（周三）11:00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已预约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虚构的公司和潜在客户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需求挖掘电话提问：按五个字段分组的 20 个问题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问题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留意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是什么让您现在来了解这件事，而不是六个月前？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触发事件及其日期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跟我说说这件事现在是怎么运作的，从头到尾。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哪里出了问题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在一个普通的月份，这件事大概让您损失多少？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一个带单位的数字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您已经试过哪些办法？为什么没有坚持下来？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需求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买方角色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您的角色是决定、推荐，还是日常使用？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决定、推荐、使用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买方角色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在这件事推进之前，还有谁会想发表意见，哪怕只是非正式的？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财务、IT、合伙人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买方角色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您上一次做类似的决定，是怎么从想法走到签约的？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步骤，谁签的字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买方角色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签字的人最在意什么：价格、风险还是时间？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该主打什么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限制条件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有没有预留的预算，或者您觉得可以接受的范围？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一个范围，已批准或未批准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限制条件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您希望这件事什么时候用起来？这个日期背后是什么？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一个有原因的日期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限制条件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哪些必须保持不变：系统、数据、必须遵守的规定？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硬性要求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限制条件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一旦您认可了方案，在签字之前还需要发生什么？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审批步骤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成功标准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如果我们 90 天后再聊，而这件事进展顺利，有什么变化？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结果，用对方的话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成功标准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您会怎么衡量？会看哪个数字？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一个衡量指标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成功标准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怎样算够好？怎样算明显的成功？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目标值和理想值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成功标准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如果这件事做成了，谁会第一个注意到？如果没做成呢？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谁来评判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下一步行动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下一步有意义吗？还是现在不是合适的时机？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是、否或一个原因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下一步行动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下次沟通应该有谁参加，才能做出决定？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决策人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下一步行动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那次通话之前我应该发什么，才能对每个人都有用？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该发什么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下一步行动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如果您决定不推进，您希望怎么告诉我？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拒绝的许可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 步设置好需求挖掘电话话术模板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一次性填好方括号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把[业务领域]、[公司]和价格范围替换为您自己的内容。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设置笔记模板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在交易备注中写五行：问题、买方角色、限制条件、成功标准、下一步行动。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提前一天发送流程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把流程邮件粘贴到日历邀请中。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当天复述确认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以书面形式发送五个字段和下一步行动，并请潜在客户纠正任何错误。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记录并评分每次通话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每次通话一行。每周复盘匹配度评分。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打开“我的机器人”，选择您的机器人，打开“行为”选项卡。开启“收集用户数据”和“收集描述”，这样每位访客都会留下姓名、邮箱和想讨论的内容。点击“保存更改”。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使用 Launch 版时，打开“排程”，再打开“事件类型”，点击“新事件类型”：“事件名称”填“需求挖掘电话”，“时长”30 分钟，“位置”选“视频通话”或“电话呼叫”。在“日历连接”中，点击“Google日历”或“Outlook日历”旁的“连接”。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在该事件类型上点击“复制链接”，把预约链接粘贴到机器人“基础知识”选项卡的“说明”中：当访客要求通话时，发送这个链接。点击“保存更改”，再用“尝试机器人”测试。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新的聊天会进入“潜在客户”。打开这条线索，点击“Convert”（转换）：系统会创建公司、联系人和交易。在“交易”中，用“New pipeline”（新建管道）和“Add stage”（添加阶段）添加一个名为“需求挖掘完成”的阶段。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通话结束后，把五个字段粘贴到交易的“Notes”（备注）中，设置“Expected close date”（预计成交日期），并把交易移到“需求挖掘完成”阶段。在“任务”中，点击“New Task”（新建任务）为下一步行动建任务：“Task title”（任务标题）、“Assignee”（负责人）、“Deadline”（截止日期）和“Linked deal”（关联交易）。使用 Launch 版时，在“Quotes”（报价单）中用“New Quote”（新建报价单）制作方案选项。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“潜在客户”、1 条管道、交易备注和基础任务对 3 位用户免费。带日历同步的排程和报价单从 Launch 版起提供，按年付费每月 $19。CRMsoftware.pro 不会录音，也不会替您写笔记。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每周需求挖掘复盘，10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本周每次通话在通话记录表中都有一行，且状态为“完整”。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需求挖掘电话之后的每笔进行中交易都有一项带截止日期的任务。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没有日期的低匹配度：关闭为“不匹配”，或安排一次跟进确认。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https://crmsoftware.pro/zh/templates/discovery-call-script-templates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需求挖掘电话话术模板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