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问题升级邮件模板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升级联络树，以及使用它的邮件：发给负责人、您的上级、供应商和客户的邮件，无响应跟进、紧急版本和结案邮件。来自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先填写选项卡 1 中的联络树。然后把[方括号]中的每个词替换为案件的实际情况，并发送与情况相符的选项卡。每次升级都记入 Excel 升级记录表。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升级联络树：谁负责什么，多久内响应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每行字段：5 · 响应：“我来处理”、下一步、时间 · 复查：每季度一次，以及每次超时后 · 第三级：值班的工程团队用的也是同样的结构：次级值班人员接住主值班人员漏掉的告警，再往上是整个团队。在小企业里，第三级通常是创始人。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本页的每个问题升级邮件模板都从同一张表中获取信息：升级联络树，也叫升级矩阵。每个问题类别一行，每行五个字段。填写一次，然后分享给团队。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联络树中的一行（每个问题类别一行）：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问题类别：[类别]</w:t>
        <w:br/>
        <w:t>主负责人：[姓名、职位、电话]</w:t>
        <w:br/>
        <w:t>备用负责人：[姓名、职位、电话]</w:t>
        <w:br/>
        <w:t>可联系时间：[什么时候能联系到，例如周一至周五 9:00-17:00]</w:t>
        <w:br/>
        <w:t>响应时限：严重 [30 分钟] / 高 [2 小时] / 普通 [24 小时]</w:t>
        <w:br/>
        <w:t>兜底方案：[到截止时间仍无人响应时怎么办]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严重程度和响应时限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严重程度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情形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响应时限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严重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有安全风险、数据泄露，或很多客户受影响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30 分钟，任何时间，打电话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一位客户无法使用服务，或者金钱、有明确日期的承诺面临风险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小时，在负责人的可联系时间内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普通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有临时解决办法，或者需要超出您职权的决定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24 小时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如何填写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5 到 8 个类别: 故障、配送、账单、投诉、停机、数据：客户真正会要求升级的原因。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一位负责人，一位备用: 写具体的人，不写共享邮箱。备用负责人能做出同样的决定。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可联系时间和电话: 每位负责人什么时候能联系到；严重级问题必须有电话。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按严重程度设定时限: 响应是指回复“我来处理”，并给出下一步和时间，而不是把问题解决。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兜底方案: 到截止时间时怎么办。每次超时后都要复查联络树。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示例：Kettlebrook Coffee Service 的联络树。这是一家虚构的公司，为办公室出租并维护咖啡机。时限按照严重程度表设定。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设备故障或维修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Marco Bianchi，服务经理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备用负责人：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Ruth Okoye，运营总监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可联系时间：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周一至周五 7:00-17:00；严重级随时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兜底方案：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Ruth 当天送去一台借用机。严重级：打电话给 Ruth，然后是 Hannah。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配送或耗材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Ruth Okoye，运营总监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备用负责人：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Nadia Flores，仓库主管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可联系时间：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周一至周五 6:30-16:00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兜底方案：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Nadia 安排当天送达的快递。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1.3 账单或合同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Leo Park，财务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备用负责人：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Hannah Price，创始人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可联系时间：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周一至周五 9:00-17:00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兜底方案：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由 Hannah 接手。超过 $500 的退款一律需要 Hannah 批准。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1.4 投诉或法律威胁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Hannah Price，创始人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备用负责人：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Ruth Okoye，运营总监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可联系时间：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周一至周五 8:00-18:00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兜底方案：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Ruth 当天给客户打电话。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1.5 停机或多位客户受影响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Ruth Okoye，运营总监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备用负责人：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Hannah Price，创始人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可联系时间：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任何时间，打电话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兜底方案：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打电话给 Hannah。每小时给受影响的客户发一次邮件，直到修复。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1.6 数据或安全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Hannah Price，创始人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备用负责人：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Leo Park，财务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可联系时间：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任何时间，打电话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兜底方案：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打电话给 Leo。先锁定受影响的账户。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联络树里的修复时间。联络树承诺的是在时限内响应，而不是解决方案。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发给问题负责人的内部升级邮件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发给：主负责人 · 抄送：备用负责人（严重级） · 截止时间：发送时间 + 联络树时限 · 发送前先记录：时间、客户、类别、严重程度、负责人和截止时间：在 Excel 记录表中记一行。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标准处理方法无效，而且按联络树这个问题归别人负责时，发送这封邮件。只发给主负责人；遇到严重级问题或到了截止时间（选项卡 6），再抄送备用负责人。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升级，[高]：[问题简述]，[客户]，请在[时间]前响应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[负责人名字]，你好：</w:t>
        <w:br/>
        <w:br/>
        <w:t>你是[问题类别]的负责人，所以我把这个问题升级给你。严重程度：[高]。请在[截止时间]前回复下一步和时间。</w:t>
        <w:br/>
        <w:br/>
        <w:t>客户：[姓名、公司、联系方式]</w:t>
        <w:br/>
        <w:t>问题：[出了什么问题，一两句话]</w:t>
        <w:br/>
        <w:t>影响：[谁受影响，他们无法做什么，到什么时候会有什么风险]</w:t>
        <w:br/>
        <w:t>已尝试：[步骤，时间]，[步骤，时间]。结果：[结果]</w:t>
        <w:br/>
        <w:t>请求：[一个明确的请求，例如周四前派技术人员上门]</w:t>
        <w:br/>
        <w:br/>
        <w:t>我们会在[客户更新时间]前联系客户。如果到[截止时间]还没收到你的回复，我会按照联络树转给[备用负责人]。聊天记录在[记录所在位置]的联系人上。</w:t>
        <w:br/>
        <w:br/>
        <w:t>[您的姓名]，[职位]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跨团队交接（下一步归对方）：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你好。我把[客户]的[问题]交给你们团队，因为下一步（[下一步]）由你们负责。严重程度：[普通]。请在[截止时间]前响应。目前已确认：[事实]。已告知客户：[更新内容和时间]。如果到[截止时间]仍无人接手，会转给[备用负责人]。[您的姓名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联络树对应行中的类别、严重程度、负责人和备用负责人。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截止时间：发送时间加上联络树中的响应时限。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用事实写明影响，以及已尝试的步骤和时间。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一个能用“可以”“不行”或一个时间来回答的请求。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替负责人向客户承诺结果。只承诺下次更新的时间。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向上级升级问题的邮件：请求决定的范例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请求：一个决定 · 包含：2 个方案和您的选择 · 无答复：您的默认做法 · 如果上级没有回应：按兜底方案处理，并说明：“因为已过截止时间，我抄送了[备用负责人]。”绝不悄悄越过任何人。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当下一步需要一个超出您职权的决定时使用：政策例外、超出您权限的金额、可能流失的客户。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需要您在[时间]前决定：[客户]的[问题]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[上级名字]，您好：</w:t>
        <w:br/>
        <w:br/>
        <w:t>关于[客户]的[问题]，我需要您在[截止时间]前做个决定。这超出了我的职权，因为[原因，例如退款超过了我 $100 的权限]。</w:t>
        <w:br/>
        <w:br/>
        <w:t>影响：[谁受影响，有什么风险，到什么时候]</w:t>
        <w:br/>
        <w:t>已尝试：[步骤，附日期]</w:t>
        <w:br/>
        <w:t>方案 1：[方案]，成本[金额]，结果[结果]</w:t>
        <w:br/>
        <w:t>方案 2：[方案]，成本[金额]，结果[结果]</w:t>
        <w:br/>
        <w:t>我建议选方案[编号]，因为[一个理由]。</w:t>
        <w:br/>
        <w:br/>
        <w:t>如果到[截止时间]还没收到您的回复，我会[我职权范围内的默认做法]。也可以打个 5 分钟的电话：[电话]。</w:t>
        <w:br/>
        <w:br/>
        <w:t>[您的姓名]，[职位]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团队聊天简短版：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[上级名字]，需要您在[时间]前决定：[客户]的[问题]。方案 1：[方案]。方案 2：[方案]。我建议选[编号]，因为[原因]。详情见我的邮件。如果到[时间]还没有答复，我就按[默认做法]处理。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在主题和第一句中写明需要的决定。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为什么这超出了您的职权。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两个方案，各附成本和结果，以及您的选择。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截止时间，以及您职权范围内的默认做法。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在上级同意之前，就向客户承诺例外。告诉客户您已申请决定，以及什么时候会给他们更新。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发给供应商的升级邮件，附证据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发给：客户经理 · 附上：带日期的证据 · 请求：指定负责人和日期 · 写给第三方看：只写事实、日期和编号，不用形容词。如果最后要申请赔偿，这封邮件就是摘要。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当供应商的常规支持停滞时使用：工单没有负责人、零件迟迟不到、约定日期已过。写给客户经理，而不只是提交到工单队列，让日期和成本来说明紧迫性。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升级：工单[工单号]，自[日期]起未解决，请在[日期]前指定负责人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[姓名]，您好：</w:t>
        <w:br/>
        <w:br/>
        <w:t>我要升级[日期]提交的工单[工单号]，因为常规支持没有解决这个问题，而且它现在已经影响到我们的客户。</w:t>
        <w:br/>
        <w:br/>
        <w:t>问题：[出了什么问题，一句话]</w:t>
        <w:br/>
        <w:t>对我们的影响：[受影响的客户、损失的工时或订单、面临风险的金额]</w:t>
        <w:br/>
        <w:t>经过：</w:t>
        <w:br/>
        <w:t>- [日期]：通过[渠道]报告，参考号[参考号]</w:t>
        <w:br/>
        <w:t>- [日期]：跟进，答复：[对方的答复]</w:t>
        <w:br/>
        <w:t>- [日期]：跟进，无答复</w:t>
        <w:br/>
        <w:t>附上的证据：[照片、截图、订单确认、日志]</w:t>
        <w:br/>
        <w:t>我们的协议：[合同编号及其规定的响应时间，如有]</w:t>
        <w:br/>
        <w:br/>
        <w:t>请求：在[日期和时间]前指定一位负责人并给出解决日期。如果届时两者都没有，我将[下一步，例如请您的上级指派负责人]。</w:t>
        <w:br/>
        <w:br/>
        <w:t>[您的姓名]，[职位]，[公司]，[电话]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供应商仍不回复时的第二次跟进：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。我在[日期]就工单[工单号]提出了升级，要求在[截止时间]前指定负责人并给出解决日期，但两者都还没有。现在的影响是[最新影响]，因此我已经[已采取的下一步]。如果您今天能指定一位负责人，我很乐意继续与您合作。[您的姓名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需要附上的证据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工单号或订单号，以及您第一次报告的日期。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每次跟进的日期和得到的答复。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带日期的照片、截图或日志，以及规定响应时间的条款。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向客户承诺供应商尚未书面确认的日期。告诉客户您提出了什么要求，以及什么时候会给他们更新。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客户问题升级邮件：谁在处理，何时更新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发送时限：15 分钟 · 更新时间：负责人截止时间之后 · 写明：负责人和职位 · 如果负责人变了：在下一次更新中说明现在由谁处理，否则客户看到一个新名字，会以为案子没人管了。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在内部升级后 15 分钟内，通过客户使用的渠道发送：谁在处理这个问题，客户什么时候会再收到您的消息，以及客户需要做什么。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您的[问题]已升级给[负责人姓名]，[时间]前会有更新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[名字]，您好：</w:t>
        <w:br/>
        <w:br/>
        <w:t>感谢您耐心配合我们尝试[已尝试的方法]。但[问题]仍未解决，所以我已将它升级处理。</w:t>
        <w:br/>
        <w:br/>
        <w:t>负责人：[负责人姓名]，我们的[负责人职位]，负责[问题类别]。</w:t>
        <w:br/>
        <w:t>您的参考号：[参考号]</w:t>
        <w:br/>
        <w:t>下次更新：[更新日期和时间]前，即使问题还没有完全解决。</w:t>
        <w:br/>
        <w:t>您需要做的：[暂时不需要 / 一件事]</w:t>
        <w:br/>
        <w:br/>
        <w:t>您不需要再解释一遍：[负责人名字]已经掌握了完整的经过。如果您这边情况有变，直接回复这封邮件即可，邮件会直接到我这里。</w:t>
        <w:br/>
        <w:br/>
        <w:t>[您的姓名]，[职位]，[公司]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我已将这个问题升级给[负责人姓名]，我们的[负责人职位]。您的参考号是[参考号]。今天[更新时间]前我们会联系您，即使问题还没有完全解决。您不需要重复任何内容，[负责人名字]能看到这段聊天。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客户先提出升级时：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。很抱歉事情发展到需要您亲自要求升级。我已把[问题]连同完整经过交给[负责人姓名]，我们的[负责人职位]。您的参考号是[参考号]，[更新时间]前您会收到实际进展，而不是一句“正在处理”。[您的姓名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联络树对应行中的负责人姓名和职位。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更新时间：负责人的截止时间再加约 20 分钟。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客户需要做的一件事，或“暂时不需要”。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在负责人确认之前，就承诺修复时间、退款或补偿。即使没有新消息，也要按时更新。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无响应：跟进邮件和兜底步骤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发送时间：截止时间一到 · 发给：负责人和备用负责人 · 备用截止时间：原时限的一半 · 超时之后：记录“启用备用：是”及原因。大多数超时都是联络树的问题（没有电话、时间不对、负责人在现场）。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截止时间一到就发送，不要拖到第二天。升级转给备用负责人，一封邮件同时通知两个人。客户的更新时间不变。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[截止时间]前无响应：[客户]的[问题]转给[备用负责人名字]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[负责人名字]、[备用负责人名字]，你们好：</w:t>
        <w:br/>
        <w:br/>
        <w:t>[负责人名字]，我在[时间]就[客户]的[问题]发出的升级，截至[截止时间]仍未得到响应。[备用负责人名字]，你是我们联络树中[问题类别]的备用负责人，所以现在由你接手。</w:t>
        <w:br/>
        <w:br/>
        <w:t>问题：[问题]，严重程度[高]</w:t>
        <w:br/>
        <w:t>影响：[影响，如有变化请更新]</w:t>
        <w:br/>
        <w:t>已尝试：[步骤]</w:t>
        <w:br/>
        <w:t>请求：[同样的请求]</w:t>
        <w:br/>
        <w:t>客户在等[客户更新时间]前的更新。</w:t>
        <w:br/>
        <w:br/>
        <w:t>[备用负责人名字]，请在[备用截止时间]前回复“我来处理”和下一步。如果届时你们两位都没有回复，我将[第三级，例如打电话给创始人]。</w:t>
        <w:br/>
        <w:br/>
        <w:t>[您的姓名]，[职位]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第三级：备用负责人也没有回应时：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[姓名]，[客户]的[问题]一直无人响应：[负责人]错过了[时间]的截止时间，[备用负责人]也错过了[时间]。影响：[影响]。客户更新要在[时间]发出。我现在需要有一个人说“我来处理”，我会在[时间]给你打电话。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负责人变更时给客户的更新：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[名字]，您好。按照约定，向您更新[问题]的进展：现在由[备用负责人姓名]（我们的[备用负责人职位]）处理您的问题。[下一步和时间]。您的参考号仍是[参考号]。[您的姓名]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截止时间一到就跟进一次，同时发给负责人和备用负责人。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备用负责人的时限是原时限的一半：严重程度为“高”时为 1 小时。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无论案子归谁，客户更新都要按时发出。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在没有任何人回复时说“负责人正在处理”。要说明现在由谁处理。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紧急或停机升级：简短，用于聊天或电话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响应时限：30 分钟 · 渠道：先打电话 · 15 分钟无人接听：打给备用负责人 · 拿不准时：如果分不清是严重还是高，就按更高的一级处理。之后降级只需一通电话。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严重级问题不从邮件开始。打电话给负责人，同时在团队聊天中发简短消息或发短信。邮件是通话之后的书面记录。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团队聊天或短信：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紧急！严重级：[问题]，从[时间]开始。影响[受影响的对象和人数]。已尝试：[一句话]。[负责人姓名]，请马上打[电话]给我。到[时间]无人接听，我就打给[备用负责人姓名]。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[负责人名字]，你好，我是[您的姓名]，有一个严重级升级。[问题]从[时间]开始，影响[受影响的对象和人数]。我已经尝试了[一句话]。我需要你[请求]。你现在能接手吗？</w:t>
        <w:br/>
        <w:t>如果能：我会告诉客户由你处理，下次更新在[时间]。</w:t>
        <w:br/>
        <w:t>如果不能：我应该打给谁？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语音留言：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[负责人名字]，我是[您的姓名]，严重级升级：[一句话描述问题]。请在 15 分钟内回电[电话]。[时间]之后，我会打给[备用负责人姓名]。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通话后的邮件：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主题：严重：[问题]，负责人[姓名]，下次更新[时间]</w:t>
        <w:br/>
        <w:br/>
        <w:t>我们在[时间]的通话：[问题]从[时间]开始，影响[受影响的对象]。负责人：[姓名]，将[下一步]。已告知客户：[内容和时间]。下次客户更新：[时间]。</w:t>
        <w:br/>
        <w:br/>
        <w:t>[您的姓名]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停机期间的原因或修复时间。承诺下次更新的时间，即使没有任何变化也要按时发送。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结束升级：结果、教训和记录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何时关闭：3 项检查完成 · 教训：一句话 · 联络树调整：负责人和日期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只有当负责人书面确认了结果、已告知客户、记录表中这一行填写了关闭日期时，升级才算关闭。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已解决：[问题]，参考号[参考号]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发给客户的邮件：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[名字]，您好：</w:t>
        <w:br/>
        <w:br/>
        <w:t>以下是简短总结，供您存档。</w:t>
        <w:br/>
        <w:br/>
        <w:t>发生了什么：[问题，一句话]</w:t>
        <w:br/>
        <w:t>我们做了什么：[结果，附日期]</w:t>
        <w:br/>
        <w:t>由谁处理：[负责人姓名]，[负责人职位]</w:t>
        <w:br/>
        <w:t>我们做了哪些改进：[一句话，或“无需改动”]</w:t>
        <w:br/>
        <w:br/>
        <w:t>如果问题再次出现，回复时附上您的参考号[参考号]，邮件会直接到我这里。</w:t>
        <w:br/>
        <w:br/>
        <w:t>[您的姓名]，[职位]，[公司]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内部结案记录：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已关闭：[参考号]，[问题类别]，[严重程度]，[客户]</w:t>
        <w:br/>
        <w:t>结果确认人：[负责人姓名]，[日期]</w:t>
        <w:br/>
        <w:t>按时响应：[是或否]。启用备用：[是或否]</w:t>
        <w:br/>
        <w:t>已告知客户：[日期和渠道]</w:t>
        <w:br/>
        <w:t>教训：[一句话：导致升级或延误的原因]</w:t>
        <w:br/>
        <w:t>联络树调整：[调整内容、负责人和日期，或“无”]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结案检查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完成标准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完整示例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负责人确认了结果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书面确认：邮件、任务摘要或备注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Marco，10 月 7 日 10:05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已告知客户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已发送，而不只是写好草稿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结案邮件，10 月 7 日 10:15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记录行已关闭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已填写结果和关闭日期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7 日关闭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沉默不能决定结案：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客户不回复，不会让升级一直开着；负责人始终不确认，才会。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结果：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已修复, 已更换或退款, 已商定临时方案, 已拒绝并说明理由, 已转给供应商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示例：一次设备停机的升级：负责人没有回应，备用负责人接手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一台办公室咖啡机在三周内第二次出故障，离客户早餐会只剩两天。客服主管 Jess 按联络树把问题升级给负责人，并告诉客户何时会收到回复。负责人错过了 2 小时的时限，备用负责人接手，客户按时收到了更新。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你好，我们 3 楼的咖啡机又显示错误 E14，不加热了。这个月已经是第二次了。我们周四还有客户早餐会。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很抱歉，Laura。能告诉我机器背面贴纸上的机器编号吗？另外，机器有没有漏水或焦味？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KB-1142。没有漏水，也没有焦味，就是不加热。我们这里 40 个人都没咖啡喝。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谢谢。我现在把这段聊天转给我们的客服团队，您不需要重复任何内容。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Jess（客服主管）：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Laura，您好，我是客服主管 Jess。请在墙上的插座处关掉机器电源，等 10 分钟，然后启动除垢程序。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做了。还是 E14。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Jess（客服主管）：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谢谢您帮忙尝试。我已经把这个问题升级给我们的服务经理 Marco Bianchi。您的参考号是 ESC-031。今天 12:00 前我们会联系您，即使问题还没有完全解决。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发给负责人的升级邮件，10 月 6 日 09:41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问题类别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设备故障或维修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严重程度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高：10 月 8 日的客户早餐会可能受影响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主负责人和备用负责人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Marco Bianchi，服务经理；Ruth Okoye，运营总监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响应时限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小时：11:41 前响应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兜底方案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Ruth 当天送去一台借用机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影响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40 名员工没有咖啡；自 9 月 15 日以来第二次故障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已尝试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断电 10 分钟，然后运行除垢程序：仍显示 E14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请求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周四前派技术人员上门，或今天送来一台借用机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后续经过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事件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人员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09:45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已告知客户：负责人、参考号 ESC-031、12:00 前更新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Jess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11:41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截止时间已过：Marco 在安装现场，没有信号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Marco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11:43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向 Marco 和 Ruth 发送无响应跟进邮件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Jess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11:52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“我来处理”：15:00 前送到借用机，周三 08:00 换新机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Ruth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11:58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已告知客户：Ruth 已接手，15:00 前送到借用机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Jess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14:40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借用机已安装并正常工作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Nadia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 09:20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新机已安装，旧机已收回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Marco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结案检查和 CRM 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记录内容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负责人确认了结果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Marco，任务状态摘要，10 月 7 日 10:05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已告知客户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结案邮件，10 月 7 日 10:15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7 日关闭，启用备用：是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ESC-031，11:43 将“Assignee”（负责人）从 Marco 改为 Ruth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教训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安装日按不可联系时间处理：严重程度为“高”的设备故障由 Ruth 负责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如何使用这些问题升级邮件模板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填写联络树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在“升级矩阵”工作表中，为每个问题类别填写主负责人、备用负责人、可联系时间、响应时限和兜底方案。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升级并记录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填好字段后发送选项卡 2、3 或 4，并在记录表中记下这一行及其截止时间。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告知客户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15 分钟内发送选项卡 5，更新时间定在负责人的截止时间之后。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截止时间到时行动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无响应：把选项卡 6 发给负责人和备用负责人。严重级问题先打电话（选项卡 7）。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结案并复查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用选项卡 8 结案。每月复查一次超时情况，调整联络树，而不只是换人。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“我的机器人”&gt;选择机器人&gt;“连接”选项卡：“发送电子邮件通知”用于设置在聊天需要人工支持时接收邮件的地址；“已分配用户”列出可以管理该机器人的人。在“实时支持”&gt;“通知设置”中添加“电子邮件提醒”“浏览器提醒”和“移动提醒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转人工的聊天在“实时支持”中显示为“等待客服”。客服主管点击“认领”，并尝试标准处理方法。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创建升级任务：“任务”&gt;“New Task”（新建任务），“Task title”（任务标题）填“ESC-031 设备故障，高”，“Assignee”（负责人）选主负责人，“Deadline”（截止时间）填响应截止时间，“Priority”（优先级）选“High”（高）（严重级选“Urgent”，即紧急），如有交易则填“Linked deal”（关联交易）。开启“Status summary required on completion”（完成时必须填写状态摘要），这样负责人在点击“Mark done”（标记完成）之前必须先写下结果。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截止时间到时，在“任务”中查看“Overdue”（逾期）：把“Assignee”改为备用负责人，并发送选项卡 6。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给聊天加标签（“设置”&gt;“对话标签”&gt;“新标签”，例如“已升级”），并在联系人的“备注”中写下时间线、结果和教训。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使用 Growth 版时，把选项卡 5 的聊天版保存下来：“设置”&gt;“已保存回复”&gt;“新建回复”，填写“快捷键”（例如 /escalated）、“标题”、“回复内容”，开启“与团队共享”。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没有自动升级规则，也没有升级矩阵功能：联络树是您自己的文档，您要盯的是任务的截止时间。转人工：Launch 版，按年付费每月 $19，支持 8 位用户。已保存回复：Growth 版，每月 $49。免费版：3 位用户，含 AI 聊天和基础任务。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每月升级复查，20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按类别看，在截止时间内响应的比例达到您的目标。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“启用备用”的行中反复出现的原因，要通过调整联络树来解决。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每个已关闭的行都有结果、“已告知客户”为“是”，并填写了关闭日期。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https://crmsoftware.pro/zh/templates/escalation-email-templates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问题升级邮件模板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