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FAQ 知识库模板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适用于网站和 AI 客服的 30 个常见问题，附回答范本、来源、负责人和复核日期，另有 10 题上线测试。来自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把[方括号]中的每个词替换为您自己的信息，删除不需要的问题，并添加客户常问的问题。每个问题保留一张答案卡片。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常见问题清单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价格和套餐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权威来源：最新价目表 · 负责人：老板或销售负责人 · 复核周期：30 天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1.1 [服务]多少钱？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你们怎么收费？大概多少钱？能报个价吗？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[服务]起价[价格]，包含[包含内容]。最终价格取决于[影响因素]。如需准确报价，请把[详细信息]发给我们，我们会在[时间]前回复您。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1.2 有折扣吗？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最近有优惠吗？有没有便宜点的方案？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我们为[适用对象或时间]提供[折扣]。其他折扣无法在聊天中提供，但[同事]可以评估特殊情况。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1.3 首次咨询免费吗？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可以免费试用吗？付款前能先试试吗？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是的，[免费项目]免费，时长[时间]。您可以在这里预约：[链接]。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1.4 可以怎么付款？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能刷卡吗？可以开发票再付款吗？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我们接受[付款方式]。发票需在[天数]天内付清。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1.5 有额外费用吗？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全部都包含了吗？有隐藏费用吗？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我们的价格包含[包含项目]。只有[项目]会额外收费，而且我们一定会在您付款前和您确认。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绝不能：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给出价目表中没有的折扣或特殊价格。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价格要与价目表上写的完全一致，包括币种和税费，这样 AI 就不会四舍五入或自行换算。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档期和预约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权威来源：预约日历 · 负责人：办公室经理 · 复核周期：7 天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最近什么时候有空档？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这周能上门吗？明天有空吗？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您可以在这里查看所有空闲时段并直接预约：[预约链接]。如果都不合适，请告诉我们您方便的日期，我们来帮您查。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你们的营业时间是什么时候？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周末营业吗？什么时候可以打电话？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我们的营业时间为[营业日][营业时段]（[时区]）。非营业时间发来的消息，我们会在[时间]前回复。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需要提前多久预约？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可以约下周吗？需要排队吗？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大多数预约需要提前[提前时间]。如有急事，[加急方案]。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2.4 可以改期吗？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我想改一下预约时间。能把预约挪一挪吗？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可以。最晚在预约时间前[小时数]小时，您都可以在这里免费改期：[链接]。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2.5 你们的服务范围包括我这里吗？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你们去[城市]吗？最远能到哪里？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我们的服务范围是[区域]。其他地方请告诉我们您的地址，[同事]会为您确认。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绝不能：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确认预约日历中看不到的时间段。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在回答中放实时预约页面的链接，而不是直接写日期，这样答案就不会过时。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提供和不提供的服务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权威来源：服务页面 · 负责人：老板 · 复核周期：90 天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你们提供[服务]吗？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你们能做[服务]吗？能帮忙[任务]吗？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是的，我们为[客户类型]提供[服务]，包括[主要内容]。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哪些不包含在内？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你们也做[相关服务]吗？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我们不做[不提供的工作]。这类需求，我们推荐[合作伙伴或其他方案]。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3.3 你们服务[客户类型]吗？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小公司也可以吗？小活儿接不接？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我们服务的客户包括[客户类型]。低于[最低金额]的项目通常不太适合我们。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3.4 开始之前需要我提供什么？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怎么开始？你们需要哪些信息？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请把[所需信息]发给我们，我们会在[时间]内回复您[下一步]。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3.5 可以接定制需求吗？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我有特别的需求，能破个例吗？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[适用情况]可以定制。[同事]看过详细情况后会给您确认。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绝不能：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答应这里没有列出的服务、产品或定制工作。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坦诚地说一句“我们不做这个”，能让双方都省下一通白打的电话。把您最常拒绝的请求列出来。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工期和交付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权威来源：交付或项目排期表 · 负责人：运营负责人 · 复核周期：30 天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需要多长时间？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什么时候能好？要几天？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通常从[起算事件]起需要[时长]。大型或定制项目需要[时间范围]。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什么时候可以开工？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最快什么时候能开始？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我们会在[定金或确认]后[时间]开工。开工时您会收到[通知]。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4.3 可以送到[地点]吗？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能寄到国外吗？运费多少？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我们可在[时间]内送达[地区]。运费为[价格或规则]。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4.4 能快一点吗？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有加急服务吗？我很着急。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加急服务[可提供或暂不提供]，费用为[价格]。告诉我们您的需求，我们会查看本周的排期。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4.5 怎么了解进度？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能查订单状态吗？会随时通知我吗？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我们会在[关键节点]通过[渠道]向您更新进度。您也可以随时在这里询问。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绝不能：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承诺某个订单的确切日期。它只给出通常的时间范围，确切日期交给真人答复。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给出时间范围，并说明从什么时候开始计算，例如“支付定金后 5 个工作日内”。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退款、取消和质保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权威来源：服务条款和退款政策 · 负责人：老板 · 复核周期：90 天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你们的退款政策是什么？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可以退钱吗？定金能退吗？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如果[条件]，您可以在[天数]天内获得[全额或部分]退款。完整政策：[链接]。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怎么取消？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我想取消预约。取消要收费吗？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请至少在[事件]前[提前时间]通过[方式]取消。[收费规则]。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5.3 有质保吗？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如果我不满意怎么办？做完的活儿有保障吗？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我们为[质保内容]提供[期限]质保。质保不包括[除外情况]。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5.4 出了问题怎么办？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有问题该找谁？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请在[天数]天内在这里或通过[联系方式]告诉我们，我们会在[时间]内[解决方式]。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5.5 你们怎么使用我的个人信息？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你们会把我的信息给别人吗？隐私政策在哪里？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我们只将您的信息用于[用途]。我们的隐私政策：[链接]。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绝不能：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编造、放宽或淡化任何政策。它只引用政策、附上链接，并把例外情况交给真人。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这里答错会造成真金白银的损失。请逐字复制政策原文，并附上全文链接。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联系和支持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权威来源：联系我们页面 · 负责人：客服负责人 · 复核周期：90 天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可以找真人吗？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我要人工客服。能给我打个电话吗？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当然可以。我现在就把这段对话转给[同事]，并附上您已经告诉我的所有信息。预计回复时间：[时间]内。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你们的电话或邮箱是多少？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怎么联系你们？有微信吗？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请拨打[电话]（[时间]），或发邮件至[邮箱]。您也可以通过[渠道]给我们发消息。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6.3 你们在哪里？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地址是什么？可以去你们办公室吗？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我们的地址是[地址]。[停车或到达方式]。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6.4 你们多久回复？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什么时候会有人回我？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工作时间内，我们会在[时间]内回复聊天消息；其他时间，我们会在下一个工作日[时间]前回复。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6.5 可以修改订单或个人信息吗？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客户还会这样问：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我要改一下预约或地址。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可以。请在这里发送修改内容，并附上您的[订单号或姓名]，[同事]会为您确认。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绝不能：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在聊天中索要银行卡号、密码或一次性验证码。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每个回答只给一个链接：直接指向具体页面或表单，而不是首页。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每张答案卡片的字段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问题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其他问法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回答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链接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来源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负责人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上次复核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复核周期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下次复核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状态</w:t>
      </w:r>
    </w:p>
    <w:p>
      <w:pPr>
        <w:spacing w:after="12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上线测试：10 个问题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在机器人预览中运行这些问题：6 个来自您的知识库，2 个换一种说法，1 个询问您故意没写进去的信息，1 个要求 AI 做它不能做的决定。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#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类型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测试问题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预期结果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1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知识库中的问题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[您的主要服务]多少钱？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卡片中的价格、包含内容和链接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2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知识库中的问题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最近什么时候有空档？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卡片中的预约链接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3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知识库中的问题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你们做[您提供的某项服务]吗？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是的，并说明包含内容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4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知识库中的问题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[您的主要服务]需要多长时间？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通常的时间范围，以及从何时开始计算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5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知识库中的问题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你们的退款政策是什么？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政策原文和链接，不做任何例外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6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知识库中的问题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可以找真人吗？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转接聊天，并告知承诺的回复时间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7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不同说法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周末上班不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与营业时间卡片相同的答案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8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不同说法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[用另一种语言提出的最常见问题]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相同的答案，使用客户的语言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9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缺失信息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你们也做[您不提供、也没有列出的服务]吗？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说明不知道，并提出转给真人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10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权限边界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今天预约能打折吗？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不做承诺，提出把请求转给真人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</w:r>
          </w:p>
        </w:tc>
      </w:tr>
    </w:tbl>
    <w:p/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题全部通过后再上线。每次修改价格、政策或知识库后，都要重新测试。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完整示例：一个来自知识库的答案，一句坦诚的“我不知道”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一家虚构的装修公司填写了这份模板。AI 根据答案卡片回答了价格问题，并把一个没有对应卡片的问题转给了真人。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浴室翻新要多少钱？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浴室翻新起价 $6,500，包括拆除、铺砖和更换新洁具。最终价格取决于房间大小和材料。您可以在这里预约免费上门查看：northstar.example/visit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你们也安装太阳能板吗？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我没有关于太阳能板的信息，所以不会乱猜。需要我把您的问题转给我们团队的 Kim 吗？她会在 10 分钟内回复。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好的，麻烦了。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Kim（团队）：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 Kim。我们自己不安装太阳能板，但和本地一家安装公司有合作，可以把他们的联系方式发给您。这样对您有帮助吗？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AI 使用的答案卡片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问题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浴室翻新要多少钱？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其他问法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浴室价格、新浴室费用、浴室报价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回答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起价 $6,500，含拆除、铺砖和新洁具；最终价格取决于面积和材料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链接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northstar.example/visit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来源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年价目表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Dan（销售）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上次复核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9 月 28 日，每 30 天一次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正常，下次复核 10 月 28 日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上线测试，10 题中的 3 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问题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预期结果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新浴室多少钱啊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卡片中的价格和链接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通过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你们安装太阳能板吗？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说明不知道，并提出转给真人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通过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今天预约能打八折吗？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不做承诺，提出转给真人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通过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 步建立您的 FAQ 知识库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收集真实问题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从聊天记录、邮件和电话中整理。先从每周都会听到的问题开始，并保留客户的原话。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每个问题写一张答案卡片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先用一两句话给出答案，再补充条件和一个链接。替换每个[方括号]。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添加来源和负责人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把每个答案与价目表、政策或页面关联，并指定负责保持其准确的人。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设定复核日期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价格和档期每周或每月复核一次，稳定的答案每 3 个月复核一次，有任何变动后也要复核。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上线前测试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提出 10 个上线测试问题，包括您故意没写进去的那条信息。修正每个未通过项，然后重新测试。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打开“我的机器人”，选择您的机器人，停留在“基础知识”选项卡。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把答案卡片粘贴到“知识库”字段中，每张卡片一段，包含问题、回答和链接。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如需添加网站页面，请使用“从网站导入”：输入“网站网址”，点击“抓取网站”，然后点击“应用到知识库”。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在“说明”中添加：“只根据知识库回答。如果知识库中没有答案，请如实说明，并提出把聊天转给团队。”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点击“保存更改”，然后使用“尝试机器人”提出 10 个上线测试问题。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免费版包含基础知识库和网站导入。把未能回答的聊天转给真人（转人工）从 Launch 版起提供。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每月知识库复核，20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价格、折扣和费用仍与价目表一致。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预约链接、营业时间和联系方式仍然有效。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AI 无法回答的问题已添加为新卡片。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超过复核日期的卡片已核对，并更新了日期。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10 个上线测试问题仍全部通过。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免费模板。可复制、编辑并用于您的业务。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https://crmsoftware.pro/zh/templates/faq-knowledge-base-starter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FAQ 知识库模板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