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40"/>
      </w:pPr>
      <w:r>
        <w:rPr>
          <w:rFonts w:ascii="Microsoft YaHei" w:hAnsi="Microsoft YaHei" w:cs="Microsoft YaHei" w:eastAsia="Microsoft YaHei"/>
          <w:b/>
          <w:color w:val="6B3CF0"/>
          <w:sz w:val="18"/>
        </w:rPr>
        <w:t>CRMsoftware.pro</w:t>
      </w:r>
    </w:p>
    <w:p>
      <w:pPr>
        <w:spacing w:after="80"/>
      </w:pPr>
      <w:r>
        <w:rPr>
          <w:rFonts w:ascii="Microsoft YaHei" w:hAnsi="Microsoft YaHei" w:cs="Microsoft YaHei" w:eastAsia="Microsoft YaHei"/>
          <w:b/>
          <w:color w:val="15131F"/>
          <w:sz w:val="44"/>
        </w:rPr>
        <w:t>功能需求回复邮件模板</w:t>
      </w:r>
    </w:p>
    <w:p>
      <w:pPr>
        <w:spacing w:after="80"/>
      </w:pPr>
      <w:r>
        <w:rPr>
          <w:rFonts w:ascii="Microsoft YaHei" w:hAnsi="Microsoft YaHei" w:cs="Microsoft YaHei" w:eastAsia="Microsoft YaHei"/>
          <w:b w:val="0"/>
          <w:color w:val="5D5A70"/>
          <w:sz w:val="22"/>
        </w:rPr>
        <w:t>八个选项卡：收集需求的首次回复、补充细节、变通方法、评估中或已计划、得体的拒绝、已上线、4 条在线聊天回复，以及附评分规则的需求评估。来自 CRMsoftware.pro。</w:t>
      </w:r>
    </w:p>
    <w:p>
      <w:pPr>
        <w:spacing w:after="280"/>
      </w:pPr>
      <w:r>
        <w:rPr>
          <w:rFonts w:ascii="Microsoft YaHei" w:hAnsi="Microsoft YaHei" w:cs="Microsoft YaHei" w:eastAsia="Microsoft YaHei"/>
          <w:b w:val="0"/>
          <w:color w:val="5D5A70"/>
          <w:sz w:val="21"/>
        </w:rPr>
        <w:t>把[方括号]中的每个词替换为该需求的实际情况：客户目标、频率、业务影响、变通方法和承诺边界。在 1 个工作日内发送首次回复，并把客户加到 Excel 记录表的“需求提出者”工作表。决定有变化时，给每位提过需求的客户发送对应的邮件。</w:t>
      </w:r>
    </w:p>
    <w:p>
      <w:pPr>
        <w:spacing w:after="160"/>
      </w:pPr>
      <w:r>
        <w:rPr>
          <w:rFonts w:ascii="Microsoft YaHei" w:hAnsi="Microsoft YaHei" w:cs="Microsoft YaHei" w:eastAsia="Microsoft YaHei"/>
          <w:b/>
          <w:color w:val="15131F"/>
          <w:sz w:val="32"/>
        </w:rPr>
        <w:t>模板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15131F"/>
          <w:sz w:val="28"/>
        </w:rPr>
        <w:t>1. 首次回复：致谢、复述客户目标、提四个问题</w:t>
      </w:r>
    </w:p>
    <w:p>
      <w:pPr>
        <w:spacing w:after="80"/>
      </w:pPr>
      <w:r>
        <w:rPr>
          <w:rFonts w:ascii="Microsoft YaHei" w:hAnsi="Microsoft YaHei" w:cs="Microsoft YaHei" w:eastAsia="Microsoft YaHei"/>
          <w:b w:val="0"/>
          <w:color w:val="5D5A70"/>
          <w:sz w:val="20"/>
        </w:rPr>
        <w:t>发送时限：1 个工作日 · 负责人：收到需求的人 · 记录：“需求提出者”表，当天 · 发送前先记录：在“需求提出者”工作表上填一行：客户、日期、客户原话、账户价值。是新需求？先把它加到“需求记录”工作表。</w:t>
      </w:r>
    </w:p>
    <w:p>
      <w:pPr>
        <w:spacing w:after="80"/>
      </w:pPr>
      <w:r>
        <w:rPr>
          <w:rFonts w:ascii="Microsoft YaHei" w:hAnsi="Microsoft YaHei" w:cs="Microsoft YaHei" w:eastAsia="Microsoft YaHei"/>
          <w:b w:val="0"/>
          <w:color w:val="15131F"/>
          <w:sz w:val="21"/>
        </w:rPr>
        <w:t>在 1 个工作日内发送，此时还没有人知道这个需求是否会开发。这份功能需求回复邮件模板把需求复述为客户目标，询问评估所需的信息，只承诺两件事：需求已记录，有了决定会告知客户。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主题：</w:t>
      </w:r>
      <w:r>
        <w:rPr>
          <w:rFonts w:ascii="Microsoft YaHei" w:hAnsi="Microsoft YaHei" w:cs="Microsoft YaHei" w:eastAsia="Microsoft YaHei"/>
          <w:b w:val="0"/>
          <w:color w:val="15131F"/>
          <w:sz w:val="21"/>
        </w:rPr>
        <w:t>关于您的需求：[对方所说的功能]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邮件：</w:t>
      </w:r>
      <w:r>
        <w:rPr>
          <w:rFonts w:ascii="Microsoft YaHei" w:hAnsi="Microsoft YaHei" w:cs="Microsoft YaHei" w:eastAsia="Microsoft YaHei"/>
          <w:b w:val="0"/>
          <w:color w:val="15131F"/>
          <w:sz w:val="21"/>
        </w:rPr>
        <w:t>[名字]您好，</w:t>
        <w:br/>
        <w:br/>
        <w:t>感谢您把需求写得这么清楚。我确认一下理解是否正确：您希望[对方所说的功能]，以便[客户目标]。</w:t>
        <w:br/>
        <w:br/>
        <w:t>我已把它记录为功能需求“[需求标题]”。为了帮助团队评估，能否请您回答四个小问题？每个一句话就够了。</w:t>
        <w:br/>
        <w:t>1. 这种情况多久出现一次：每天、每周还是每月？</w:t>
        <w:br/>
        <w:t>2. 它现在给您带来什么损失：时间、丢掉的订单，还是别的？</w:t>
        <w:br/>
        <w:t>3. 您目前是怎么处理的？</w:t>
        <w:br/>
        <w:t>4. 它会影响您团队里的其他人吗？</w:t>
        <w:br/>
        <w:br/>
        <w:t>我能承诺的是：每个需求都有专人阅读，有了决定我会写信告诉您。我无法承诺它是否会开发、何时开发，所以不会随便猜一个日期。</w:t>
        <w:br/>
        <w:br/>
        <w:t>[您的姓名]，[职位]</w:t>
        <w:br/>
        <w:t>[公司]</w:t>
      </w:r>
    </w:p>
    <w:p>
      <w:pPr>
        <w:spacing w:after="4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发送前填写</w:t>
      </w:r>
    </w:p>
    <w:p>
      <w:pPr>
        <w:spacing w:after="40"/>
        <w:ind w:left="283"/>
      </w:pPr>
      <w:r>
        <w:rPr>
          <w:rFonts w:ascii="Microsoft YaHei" w:hAnsi="Microsoft YaHei" w:cs="Microsoft YaHei" w:eastAsia="Microsoft YaHei"/>
          <w:b w:val="0"/>
          <w:color w:val="15131F"/>
          <w:sz w:val="21"/>
        </w:rPr>
        <w:t>• 客户目标：客户想要的结果，而不是他们说出的功能。</w:t>
      </w:r>
    </w:p>
    <w:p>
      <w:pPr>
        <w:spacing w:after="40"/>
        <w:ind w:left="283"/>
      </w:pPr>
      <w:r>
        <w:rPr>
          <w:rFonts w:ascii="Microsoft YaHei" w:hAnsi="Microsoft YaHei" w:cs="Microsoft YaHei" w:eastAsia="Microsoft YaHei"/>
          <w:b w:val="0"/>
          <w:color w:val="15131F"/>
          <w:sz w:val="21"/>
        </w:rPr>
        <w:t>• 频率：客户的回答，加上有多少位客户提过。需求已存在？把客户加进去。</w:t>
      </w:r>
    </w:p>
    <w:p>
      <w:pPr>
        <w:spacing w:after="40"/>
        <w:ind w:left="283"/>
      </w:pPr>
      <w:r>
        <w:rPr>
          <w:rFonts w:ascii="Microsoft YaHei" w:hAnsi="Microsoft YaHei" w:cs="Microsoft YaHei" w:eastAsia="Microsoft YaHei"/>
          <w:b w:val="0"/>
          <w:color w:val="15131F"/>
          <w:sz w:val="21"/>
        </w:rPr>
        <w:t>• 业务影响：收入、流失风险或损失的时间，附一个数字。</w:t>
      </w:r>
    </w:p>
    <w:p>
      <w:pPr>
        <w:spacing w:after="40"/>
        <w:ind w:left="283"/>
      </w:pPr>
      <w:r>
        <w:rPr>
          <w:rFonts w:ascii="Microsoft YaHei" w:hAnsi="Microsoft YaHei" w:cs="Microsoft YaHei" w:eastAsia="Microsoft YaHei"/>
          <w:b w:val="0"/>
          <w:color w:val="15131F"/>
          <w:sz w:val="21"/>
        </w:rPr>
        <w:t>• 变通方法：如果有经过测试的方法，改发选项卡 3。</w:t>
      </w:r>
    </w:p>
    <w:p>
      <w:pPr>
        <w:spacing w:after="40"/>
        <w:ind w:left="283"/>
      </w:pPr>
      <w:r>
        <w:rPr>
          <w:rFonts w:ascii="Microsoft YaHei" w:hAnsi="Microsoft YaHei" w:cs="Microsoft YaHei" w:eastAsia="Microsoft YaHei"/>
          <w:b w:val="0"/>
          <w:color w:val="15131F"/>
          <w:sz w:val="21"/>
        </w:rPr>
        <w:t>• 承诺边界：不谈时间。只能重复已经公开的日期。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绝不承诺：</w:t>
      </w:r>
      <w:r>
        <w:rPr>
          <w:rFonts w:ascii="Microsoft YaHei" w:hAnsi="Microsoft YaHei" w:cs="Microsoft YaHei" w:eastAsia="Microsoft YaHei"/>
          <w:b w:val="0"/>
          <w:color w:val="5D5A70"/>
          <w:sz w:val="21"/>
        </w:rPr>
        <w:t>“即将推出”“已列入路线图”，或者暗示转给“开发人员”就等于有了结论。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如果需求已在记录中：</w:t>
      </w:r>
      <w:r>
        <w:rPr>
          <w:rFonts w:ascii="Microsoft YaHei" w:hAnsi="Microsoft YaHei" w:cs="Microsoft YaHei" w:eastAsia="Microsoft YaHei"/>
          <w:b w:val="0"/>
          <w:color w:val="15131F"/>
          <w:sz w:val="21"/>
        </w:rPr>
        <w:t>[名字]您好，谢谢您。已有[数量]位客户提过[需求标题]，我已把您加入名单。它目前的状态是[评估中 / 已计划]。我无法提供日期；有了决定或功能上线时，我会发邮件告诉您。[您的姓名]，[公司]</w:t>
      </w:r>
    </w:p>
    <w:p>
      <w:pPr>
        <w:spacing w:after="160"/>
      </w:pP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15131F"/>
          <w:sz w:val="28"/>
        </w:rPr>
        <w:t>2. 补充细节：问客户目标，而不是解决方案</w:t>
      </w:r>
    </w:p>
    <w:p>
      <w:pPr>
        <w:spacing w:after="80"/>
      </w:pPr>
      <w:r>
        <w:rPr>
          <w:rFonts w:ascii="Microsoft YaHei" w:hAnsi="Microsoft YaHei" w:cs="Microsoft YaHei" w:eastAsia="Microsoft YaHei"/>
          <w:b w:val="0"/>
          <w:color w:val="5D5A70"/>
          <w:sz w:val="20"/>
        </w:rPr>
        <w:t>提问：最多 2 个问题 · 提醒：仅一次，5 个工作日后 · 负责人：与首次回复是同一人 · 好的细节是这样的：“每周五我要把 40 条预约复制到表格里发给会计，大约要花一个小时。”两句话里就有客户目标、频率和影响。</w:t>
      </w:r>
    </w:p>
    <w:p>
      <w:pPr>
        <w:spacing w:after="80"/>
      </w:pPr>
      <w:r>
        <w:rPr>
          <w:rFonts w:ascii="Microsoft YaHei" w:hAnsi="Microsoft YaHei" w:cs="Microsoft YaHei" w:eastAsia="Microsoft YaHei"/>
          <w:b w:val="0"/>
          <w:color w:val="15131F"/>
          <w:sz w:val="21"/>
        </w:rPr>
        <w:t>当需求只说了解决方案（“加一个按钮”）却没说问题，或者两位客户用同样的话表达不同的需要时，用这封邮件。没有客户目标和频率，需求就无法评分。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主题：</w:t>
      </w:r>
      <w:r>
        <w:rPr>
          <w:rFonts w:ascii="Microsoft YaHei" w:hAnsi="Microsoft YaHei" w:cs="Microsoft YaHei" w:eastAsia="Microsoft YaHei"/>
          <w:b w:val="0"/>
          <w:color w:val="15131F"/>
          <w:sz w:val="21"/>
        </w:rPr>
        <w:t>关于您提出的[对方所说的功能]，想请教两个问题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邮件：</w:t>
      </w:r>
      <w:r>
        <w:rPr>
          <w:rFonts w:ascii="Microsoft YaHei" w:hAnsi="Microsoft YaHei" w:cs="Microsoft YaHei" w:eastAsia="Microsoft YaHei"/>
          <w:b w:val="0"/>
          <w:color w:val="15131F"/>
          <w:sz w:val="21"/>
        </w:rPr>
        <w:t>[名字]您好，</w:t>
        <w:br/>
        <w:br/>
        <w:t>感谢您提出[对方所说的功能]这个需求。在团队评估之前，我想先了解您真正要完成的事情，因为解决办法可能不止一种。</w:t>
        <w:br/>
        <w:br/>
        <w:t>能否告诉我：</w:t>
        <w:br/>
        <w:t>1. 上一次需要它时，您想做什么，结果发生了什么？附一张截图会很有帮助。</w:t>
        <w:br/>
        <w:t>2. 这种情况多久出现一次，大概会耗费多少时间或金钱？</w:t>
        <w:br/>
        <w:br/>
        <w:t>如果直接演示给我看更方便，可以选一个 15 分钟的时段：[预约链接]。我会把您的回答补充到需求中，并在[日期]前告诉您进展。</w:t>
        <w:br/>
        <w:br/>
        <w:t>[您的姓名]，[职位]</w:t>
        <w:br/>
        <w:t>[公司]</w:t>
      </w:r>
    </w:p>
    <w:p>
      <w:pPr>
        <w:spacing w:after="4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发送前填写</w:t>
      </w:r>
    </w:p>
    <w:p>
      <w:pPr>
        <w:spacing w:after="40"/>
        <w:ind w:left="283"/>
      </w:pPr>
      <w:r>
        <w:rPr>
          <w:rFonts w:ascii="Microsoft YaHei" w:hAnsi="Microsoft YaHei" w:cs="Microsoft YaHei" w:eastAsia="Microsoft YaHei"/>
          <w:b w:val="0"/>
          <w:color w:val="15131F"/>
          <w:sz w:val="21"/>
        </w:rPr>
        <w:t>• 客户目标：写下您最合理的推测，标注“待确认”。</w:t>
      </w:r>
    </w:p>
    <w:p>
      <w:pPr>
        <w:spacing w:after="40"/>
        <w:ind w:left="283"/>
      </w:pPr>
      <w:r>
        <w:rPr>
          <w:rFonts w:ascii="Microsoft YaHei" w:hAnsi="Microsoft YaHei" w:cs="Microsoft YaHei" w:eastAsia="Microsoft YaHei"/>
          <w:b w:val="0"/>
          <w:color w:val="15131F"/>
          <w:sz w:val="21"/>
        </w:rPr>
        <w:t>• 频率和业务影响：客户回答之前都未知。先不要评分。</w:t>
      </w:r>
    </w:p>
    <w:p>
      <w:pPr>
        <w:spacing w:after="40"/>
        <w:ind w:left="283"/>
      </w:pPr>
      <w:r>
        <w:rPr>
          <w:rFonts w:ascii="Microsoft YaHei" w:hAnsi="Microsoft YaHei" w:cs="Microsoft YaHei" w:eastAsia="Microsoft YaHei"/>
          <w:b w:val="0"/>
          <w:color w:val="15131F"/>
          <w:sz w:val="21"/>
        </w:rPr>
        <w:t>• 变通方法：先记下来，等弄清客户目标后再发。</w:t>
      </w:r>
    </w:p>
    <w:p>
      <w:pPr>
        <w:spacing w:after="40"/>
        <w:ind w:left="283"/>
      </w:pPr>
      <w:r>
        <w:rPr>
          <w:rFonts w:ascii="Microsoft YaHei" w:hAnsi="Microsoft YaHei" w:cs="Microsoft YaHei" w:eastAsia="Microsoft YaHei"/>
          <w:b w:val="0"/>
          <w:color w:val="15131F"/>
          <w:sz w:val="21"/>
        </w:rPr>
        <w:t>• 承诺边界：不谈时间。唯一的日期是您的回复日期。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绝不承诺：</w:t>
      </w:r>
      <w:r>
        <w:rPr>
          <w:rFonts w:ascii="Microsoft YaHei" w:hAnsi="Microsoft YaHei" w:cs="Microsoft YaHei" w:eastAsia="Microsoft YaHei"/>
          <w:b w:val="0"/>
          <w:color w:val="5D5A70"/>
          <w:sz w:val="21"/>
        </w:rPr>
        <w:t>描述得更清楚就会被开发。[5 个工作日]后只提醒一次；如果仍没有回复，就按现有信息保留这个需求。</w:t>
      </w:r>
    </w:p>
    <w:p>
      <w:pPr>
        <w:spacing w:after="160"/>
      </w:pP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15131F"/>
          <w:sz w:val="28"/>
        </w:rPr>
        <w:t>3. 已有变通方法：先实现客户目标，照样记录需求</w:t>
      </w:r>
    </w:p>
    <w:p>
      <w:pPr>
        <w:spacing w:after="80"/>
      </w:pPr>
      <w:r>
        <w:rPr>
          <w:rFonts w:ascii="Microsoft YaHei" w:hAnsi="Microsoft YaHei" w:cs="Microsoft YaHei" w:eastAsia="Microsoft YaHei"/>
          <w:b w:val="0"/>
          <w:color w:val="5D5A70"/>
          <w:sz w:val="20"/>
        </w:rPr>
        <w:t>先测试：每一步 · 记录中：变通方法：有或部分 · 写进知识库的已知限制卡片：[产品]能[功能]吗？目前不能。要[客户目标]：[步骤]。指南：[链接]。</w:t>
      </w:r>
    </w:p>
    <w:p>
      <w:pPr>
        <w:spacing w:after="80"/>
      </w:pPr>
      <w:r>
        <w:rPr>
          <w:rFonts w:ascii="Microsoft YaHei" w:hAnsi="Microsoft YaHei" w:cs="Microsoft YaHei" w:eastAsia="Microsoft YaHei"/>
          <w:b w:val="0"/>
          <w:color w:val="15131F"/>
          <w:sz w:val="21"/>
        </w:rPr>
        <w:t>当客户目标现在就能通过现有设置、报表或几步手动操作完成时，发这封邮件。先测试这些步骤，并且照样记录需求：变通方法能降低紧迫性，但不会让需求消失。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主题：</w:t>
      </w:r>
      <w:r>
        <w:rPr>
          <w:rFonts w:ascii="Microsoft YaHei" w:hAnsi="Microsoft YaHei" w:cs="Microsoft YaHei" w:eastAsia="Microsoft YaHei"/>
          <w:b w:val="0"/>
          <w:color w:val="15131F"/>
          <w:sz w:val="21"/>
        </w:rPr>
        <w:t>您现在就可以[客户目标]：方法如下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邮件：</w:t>
      </w:r>
      <w:r>
        <w:rPr>
          <w:rFonts w:ascii="Microsoft YaHei" w:hAnsi="Microsoft YaHei" w:cs="Microsoft YaHei" w:eastAsia="Microsoft YaHei"/>
          <w:b w:val="0"/>
          <w:color w:val="15131F"/>
          <w:sz w:val="21"/>
        </w:rPr>
        <w:t>[名字]您好，</w:t>
        <w:br/>
        <w:br/>
        <w:t>感谢您询问[对方所说的功能]。目前还没有[功能]，但用现有功能也能达到同样的效果：</w:t>
        <w:br/>
        <w:br/>
        <w:t>1. [第一步，写明准确的菜单名称]</w:t>
        <w:br/>
        <w:t>2. [第二步]</w:t>
        <w:br/>
        <w:t>3. [第三步]</w:t>
        <w:br/>
        <w:br/>
        <w:t>大约需要[分钟数]分钟。带截图的指南：[链接]。</w:t>
        <w:br/>
        <w:br/>
        <w:t>我知道这[不是全自动的]，所以也已把您的需求记录为“[需求标题]”。如果这些步骤不适合您的情况，请回复告诉我哪里不顺，我会和您一起看看。</w:t>
        <w:br/>
        <w:br/>
        <w:t>[您的姓名]，[职位]</w:t>
        <w:br/>
        <w:t>[公司]</w:t>
      </w:r>
    </w:p>
    <w:p>
      <w:pPr>
        <w:spacing w:after="4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发送前填写</w:t>
      </w:r>
    </w:p>
    <w:p>
      <w:pPr>
        <w:spacing w:after="40"/>
        <w:ind w:left="283"/>
      </w:pPr>
      <w:r>
        <w:rPr>
          <w:rFonts w:ascii="Microsoft YaHei" w:hAnsi="Microsoft YaHei" w:cs="Microsoft YaHei" w:eastAsia="Microsoft YaHei"/>
          <w:b w:val="0"/>
          <w:color w:val="15131F"/>
          <w:sz w:val="21"/>
        </w:rPr>
        <w:t>• 客户目标：确认这些步骤确实能实现那个结果。</w:t>
      </w:r>
    </w:p>
    <w:p>
      <w:pPr>
        <w:spacing w:after="40"/>
        <w:ind w:left="283"/>
      </w:pPr>
      <w:r>
        <w:rPr>
          <w:rFonts w:ascii="Microsoft YaHei" w:hAnsi="Microsoft YaHei" w:cs="Microsoft YaHei" w:eastAsia="Microsoft YaHei"/>
          <w:b w:val="0"/>
          <w:color w:val="15131F"/>
          <w:sz w:val="21"/>
        </w:rPr>
        <w:t>• 频率：每个工作日 10 分钟，一周就接近一个小时。</w:t>
      </w:r>
    </w:p>
    <w:p>
      <w:pPr>
        <w:spacing w:after="40"/>
        <w:ind w:left="283"/>
      </w:pPr>
      <w:r>
        <w:rPr>
          <w:rFonts w:ascii="Microsoft YaHei" w:hAnsi="Microsoft YaHei" w:cs="Microsoft YaHei" w:eastAsia="Microsoft YaHei"/>
          <w:b w:val="0"/>
          <w:color w:val="15131F"/>
          <w:sz w:val="21"/>
        </w:rPr>
        <w:t>• 业务影响：仍然耗费的时间决定选“有”还是“部分”。</w:t>
      </w:r>
    </w:p>
    <w:p>
      <w:pPr>
        <w:spacing w:after="40"/>
        <w:ind w:left="283"/>
      </w:pPr>
      <w:r>
        <w:rPr>
          <w:rFonts w:ascii="Microsoft YaHei" w:hAnsi="Microsoft YaHei" w:cs="Microsoft YaHei" w:eastAsia="Microsoft YaHei"/>
          <w:b w:val="0"/>
          <w:color w:val="15131F"/>
          <w:sz w:val="21"/>
        </w:rPr>
        <w:t>• 变通方法：您今天测试过的步骤，加上指南链接。</w:t>
      </w:r>
    </w:p>
    <w:p>
      <w:pPr>
        <w:spacing w:after="40"/>
        <w:ind w:left="283"/>
      </w:pPr>
      <w:r>
        <w:rPr>
          <w:rFonts w:ascii="Microsoft YaHei" w:hAnsi="Microsoft YaHei" w:cs="Microsoft YaHei" w:eastAsia="Microsoft YaHei"/>
          <w:b w:val="0"/>
          <w:color w:val="15131F"/>
          <w:sz w:val="21"/>
        </w:rPr>
        <w:t>• 承诺边界：不谈时间，也不暗示这些步骤只是临时的。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绝不承诺：</w:t>
      </w:r>
      <w:r>
        <w:rPr>
          <w:rFonts w:ascii="Microsoft YaHei" w:hAnsi="Microsoft YaHei" w:cs="Microsoft YaHei" w:eastAsia="Microsoft YaHei"/>
          <w:b w:val="0"/>
          <w:color w:val="5D5A70"/>
          <w:sz w:val="21"/>
        </w:rPr>
        <w:t>真正的功能随后就会推出。绝不要发送没有在当前版本中测试过的步骤。</w:t>
      </w:r>
    </w:p>
    <w:p>
      <w:pPr>
        <w:spacing w:after="160"/>
      </w:pP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15131F"/>
          <w:sz w:val="28"/>
        </w:rPr>
        <w:t>4. 评估中或已计划：如实告知状态，不给日期</w:t>
      </w:r>
    </w:p>
    <w:p>
      <w:pPr>
        <w:spacing w:after="80"/>
      </w:pPr>
      <w:r>
        <w:rPr>
          <w:rFonts w:ascii="Microsoft YaHei" w:hAnsi="Microsoft YaHei" w:cs="Microsoft YaHei" w:eastAsia="Microsoft YaHei"/>
          <w:b w:val="0"/>
          <w:color w:val="5D5A70"/>
          <w:sz w:val="20"/>
        </w:rPr>
        <w:t>日期：仅限已公开的 · 负责人：客服；收入有风险时由创始人负责 · 下一封邮件：决定有变化时</w:t>
      </w:r>
    </w:p>
    <w:p>
      <w:pPr>
        <w:spacing w:after="80"/>
      </w:pPr>
      <w:r>
        <w:rPr>
          <w:rFonts w:ascii="Microsoft YaHei" w:hAnsi="Microsoft YaHei" w:cs="Microsoft YaHei" w:eastAsia="Microsoft YaHei"/>
          <w:b w:val="0"/>
          <w:color w:val="15131F"/>
          <w:sz w:val="21"/>
        </w:rPr>
        <w:t>评估中：团队尚未决定。已计划：团队已决定开发，但尚未公布日期。两者都不需要日期。Salesforce 的主服务协议规定，客户的购买不以交付任何未来功能或特性为条件；客服也应遵守同样的规则。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主题：</w:t>
      </w:r>
      <w:r>
        <w:rPr>
          <w:rFonts w:ascii="Microsoft YaHei" w:hAnsi="Microsoft YaHei" w:cs="Microsoft YaHei" w:eastAsia="Microsoft YaHei"/>
          <w:b w:val="0"/>
          <w:color w:val="15131F"/>
          <w:sz w:val="21"/>
        </w:rPr>
        <w:t>您提出的[需求标题]目前进展如何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邮件：评估中：</w:t>
      </w:r>
      <w:r>
        <w:rPr>
          <w:rFonts w:ascii="Microsoft YaHei" w:hAnsi="Microsoft YaHei" w:cs="Microsoft YaHei" w:eastAsia="Microsoft YaHei"/>
          <w:b w:val="0"/>
          <w:color w:val="15131F"/>
          <w:sz w:val="21"/>
        </w:rPr>
        <w:t>[名字]您好，</w:t>
        <w:br/>
        <w:br/>
        <w:t>简单更新一下[需求标题]的进展，免得您一直猜。</w:t>
        <w:br/>
        <w:br/>
        <w:t>目前状态：评估中。已有[数量]位客户提过这个需求，团队会在[评审日]一起查看所有未决的需求。您关于[客户目标]的例子已附在这个需求中。</w:t>
        <w:br/>
        <w:br/>
        <w:t>时间：目前还没有日期，与其乱猜，我宁愿如实告诉您。团队做出决定后，无论答案是做还是不做，我都会写信告诉您。</w:t>
        <w:br/>
        <w:br/>
        <w:t>在此之前：[变通方法，或：很抱歉，目前没有变通方法]。</w:t>
        <w:br/>
        <w:br/>
        <w:t>[您的姓名]，[职位]</w:t>
        <w:br/>
        <w:t>[公司]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邮件：已计划：</w:t>
      </w:r>
      <w:r>
        <w:rPr>
          <w:rFonts w:ascii="Microsoft YaHei" w:hAnsi="Microsoft YaHei" w:cs="Microsoft YaHei" w:eastAsia="Microsoft YaHei"/>
          <w:b w:val="0"/>
          <w:color w:val="15131F"/>
          <w:sz w:val="21"/>
        </w:rPr>
        <w:t>[名字]您好，</w:t>
        <w:br/>
        <w:br/>
        <w:t>关于[需求标题]有个好消息：团队已决定开发它。您是提出这个需求的[数量]位客户之一，您关于[客户目标]的例子也是这次决定的依据之一。</w:t>
        <w:br/>
        <w:br/>
        <w:t>时间：我们还没有可以公布的日期，因为开发过程中计划可能会调整。功能上线当天，我会发邮件通知您。</w:t>
        <w:br/>
        <w:br/>
        <w:t>在此之前：[变通方法]。</w:t>
        <w:br/>
        <w:br/>
        <w:t>[您的姓名]，[职位]</w:t>
        <w:br/>
        <w:t>[公司]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如果对方仍想要一个大概日期：</w:t>
      </w:r>
      <w:r>
        <w:rPr>
          <w:rFonts w:ascii="Microsoft YaHei" w:hAnsi="Microsoft YaHei" w:cs="Microsoft YaHei" w:eastAsia="Microsoft YaHei"/>
          <w:b w:val="0"/>
          <w:color w:val="15131F"/>
          <w:sz w:val="21"/>
        </w:rPr>
        <w:t>我理解您需要做计划。我没有日期，猜一个也可能出错。上线当天我会告诉您；如果您的决定取决于这个功能，[负责人姓名]会直接和您沟通。</w:t>
      </w:r>
    </w:p>
    <w:p>
      <w:pPr>
        <w:spacing w:after="4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发送前填写</w:t>
      </w:r>
    </w:p>
    <w:p>
      <w:pPr>
        <w:spacing w:after="40"/>
        <w:ind w:left="283"/>
      </w:pPr>
      <w:r>
        <w:rPr>
          <w:rFonts w:ascii="Microsoft YaHei" w:hAnsi="Microsoft YaHei" w:cs="Microsoft YaHei" w:eastAsia="Microsoft YaHei"/>
          <w:b w:val="0"/>
          <w:color w:val="15131F"/>
          <w:sz w:val="21"/>
        </w:rPr>
        <w:t>• 客户目标和业务影响：用客户自己的话。</w:t>
      </w:r>
    </w:p>
    <w:p>
      <w:pPr>
        <w:spacing w:after="40"/>
        <w:ind w:left="283"/>
      </w:pPr>
      <w:r>
        <w:rPr>
          <w:rFonts w:ascii="Microsoft YaHei" w:hAnsi="Microsoft YaHei" w:cs="Microsoft YaHei" w:eastAsia="Microsoft YaHei"/>
          <w:b w:val="0"/>
          <w:color w:val="15131F"/>
          <w:sz w:val="21"/>
        </w:rPr>
        <w:t>• 频率：真实的提出者人数，否则就不写。</w:t>
      </w:r>
    </w:p>
    <w:p>
      <w:pPr>
        <w:spacing w:after="40"/>
        <w:ind w:left="283"/>
      </w:pPr>
      <w:r>
        <w:rPr>
          <w:rFonts w:ascii="Microsoft YaHei" w:hAnsi="Microsoft YaHei" w:cs="Microsoft YaHei" w:eastAsia="Microsoft YaHei"/>
          <w:b w:val="0"/>
          <w:color w:val="15131F"/>
          <w:sz w:val="21"/>
        </w:rPr>
        <w:t>• 变通方法：用选项卡 3 中的方法，或说明没有。</w:t>
      </w:r>
    </w:p>
    <w:p>
      <w:pPr>
        <w:spacing w:after="40"/>
        <w:ind w:left="283"/>
      </w:pPr>
      <w:r>
        <w:rPr>
          <w:rFonts w:ascii="Microsoft YaHei" w:hAnsi="Microsoft YaHei" w:cs="Microsoft YaHei" w:eastAsia="Microsoft YaHei"/>
          <w:b w:val="0"/>
          <w:color w:val="15131F"/>
          <w:sz w:val="21"/>
        </w:rPr>
        <w:t>• 承诺边界：不给日期、月份，也不说“很快”。公开日期只能连同链接一起给。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绝不承诺：</w:t>
      </w:r>
      <w:r>
        <w:rPr>
          <w:rFonts w:ascii="Microsoft YaHei" w:hAnsi="Microsoft YaHei" w:cs="Microsoft YaHei" w:eastAsia="Microsoft YaHei"/>
          <w:b w:val="0"/>
          <w:color w:val="5D5A70"/>
          <w:sz w:val="21"/>
        </w:rPr>
        <w:t>“已列入路线图”，除非您的路线图是公开的且其中有这一项。如果一笔购买或续约取决于这个功能，由创始人或客户负责人回复。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避免使用的说法：</w:t>
      </w:r>
      <w:r>
        <w:rPr>
          <w:rFonts w:ascii="Microsoft YaHei" w:hAnsi="Microsoft YaHei" w:cs="Microsoft YaHei" w:eastAsia="Microsoft YaHei"/>
          <w:b w:val="0"/>
          <w:color w:val="5D5A70"/>
          <w:sz w:val="21"/>
        </w:rPr>
        <w:t>很快就有, 下个版本, 这个季度, 过几周, 已列入路线图</w:t>
      </w:r>
    </w:p>
    <w:p>
      <w:pPr>
        <w:spacing w:after="160"/>
      </w:pP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15131F"/>
          <w:sz w:val="28"/>
        </w:rPr>
        <w:t>5. 不纳入计划：得体地拒绝，说明原因并给出替代方案</w:t>
      </w:r>
    </w:p>
    <w:p>
      <w:pPr>
        <w:spacing w:after="80"/>
      </w:pPr>
      <w:r>
        <w:rPr>
          <w:rFonts w:ascii="Microsoft YaHei" w:hAnsi="Microsoft YaHei" w:cs="Microsoft YaHei" w:eastAsia="Microsoft YaHei"/>
          <w:b w:val="0"/>
          <w:color w:val="5D5A70"/>
          <w:sz w:val="20"/>
        </w:rPr>
        <w:t>说“不”：在 2 句话内 · 批准人：收入有风险时由创始人批准 · 替代方案：始终给一个</w:t>
      </w:r>
    </w:p>
    <w:p>
      <w:pPr>
        <w:spacing w:after="80"/>
      </w:pPr>
      <w:r>
        <w:rPr>
          <w:rFonts w:ascii="Microsoft YaHei" w:hAnsi="Microsoft YaHei" w:cs="Microsoft YaHei" w:eastAsia="Microsoft YaHei"/>
          <w:b w:val="0"/>
          <w:color w:val="15131F"/>
          <w:sz w:val="21"/>
        </w:rPr>
        <w:t>团队决定不开发后发送这封邮件。在前两句话里就说“不”，用一句话说明真实原因，并给出最好的替代方案。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主题：</w:t>
      </w:r>
      <w:r>
        <w:rPr>
          <w:rFonts w:ascii="Microsoft YaHei" w:hAnsi="Microsoft YaHei" w:cs="Microsoft YaHei" w:eastAsia="Microsoft YaHei"/>
          <w:b w:val="0"/>
          <w:color w:val="15131F"/>
          <w:sz w:val="21"/>
        </w:rPr>
        <w:t>关于[需求标题]的明确答复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邮件：</w:t>
      </w:r>
      <w:r>
        <w:rPr>
          <w:rFonts w:ascii="Microsoft YaHei" w:hAnsi="Microsoft YaHei" w:cs="Microsoft YaHei" w:eastAsia="Microsoft YaHei"/>
          <w:b w:val="0"/>
          <w:color w:val="15131F"/>
          <w:sz w:val="21"/>
        </w:rPr>
        <w:t>[名字]您好，</w:t>
        <w:br/>
        <w:br/>
        <w:t>感谢您提出[对方所说的功能]，也感谢您说明它能如何帮您[客户目标]。我想给您一个明确的答复：我们不会开发这个功能。</w:t>
        <w:br/>
        <w:br/>
        <w:t>原因：[一句坦诚的话，例如它只能帮到少数客户，却会让其他所有人用起来更复杂]。</w:t>
        <w:br/>
        <w:br/>
        <w:t>您可以改用：[变通方法、某项设置，或能把这件事做好的其他工具]。我很乐意和您一起设置：[预约链接]。</w:t>
        <w:br/>
        <w:br/>
        <w:t>我知道这不是您希望听到的答案。请按没有这个功能来做规划。</w:t>
        <w:br/>
        <w:br/>
        <w:t>[您的姓名]，[职位]</w:t>
        <w:br/>
        <w:t>[公司]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如果对方说会因此离开：</w:t>
      </w:r>
      <w:r>
        <w:rPr>
          <w:rFonts w:ascii="Microsoft YaHei" w:hAnsi="Microsoft YaHei" w:cs="Microsoft YaHei" w:eastAsia="Microsoft YaHei"/>
          <w:b w:val="0"/>
          <w:color w:val="15131F"/>
          <w:sz w:val="21"/>
        </w:rPr>
        <w:t>我理解。在您做决定之前，能否让[负责人姓名]在[日期]的[时间]和您聊聊[客户目标]？如果您仍决定更换，我会帮您导出数据。</w:t>
      </w:r>
    </w:p>
    <w:p>
      <w:pPr>
        <w:spacing w:after="4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发送前填写</w:t>
      </w:r>
    </w:p>
    <w:p>
      <w:pPr>
        <w:spacing w:after="40"/>
        <w:ind w:left="283"/>
      </w:pPr>
      <w:r>
        <w:rPr>
          <w:rFonts w:ascii="Microsoft YaHei" w:hAnsi="Microsoft YaHei" w:cs="Microsoft YaHei" w:eastAsia="Microsoft YaHei"/>
          <w:b w:val="0"/>
          <w:color w:val="15131F"/>
          <w:sz w:val="21"/>
        </w:rPr>
        <w:t>• 客户目标：再说一遍，让客户明白拒绝的是这个功能，而不是他们的问题。</w:t>
      </w:r>
    </w:p>
    <w:p>
      <w:pPr>
        <w:spacing w:after="40"/>
        <w:ind w:left="283"/>
      </w:pPr>
      <w:r>
        <w:rPr>
          <w:rFonts w:ascii="Microsoft YaHei" w:hAnsi="Microsoft YaHei" w:cs="Microsoft YaHei" w:eastAsia="Microsoft YaHei"/>
          <w:b w:val="0"/>
          <w:color w:val="15131F"/>
          <w:sz w:val="21"/>
        </w:rPr>
        <w:t>• 频率和业务影响：提出者多或收入有风险时，这封邮件需要负责人批准。</w:t>
      </w:r>
    </w:p>
    <w:p>
      <w:pPr>
        <w:spacing w:after="40"/>
        <w:ind w:left="283"/>
      </w:pPr>
      <w:r>
        <w:rPr>
          <w:rFonts w:ascii="Microsoft YaHei" w:hAnsi="Microsoft YaHei" w:cs="Microsoft YaHei" w:eastAsia="Microsoft YaHei"/>
          <w:b w:val="0"/>
          <w:color w:val="15131F"/>
          <w:sz w:val="21"/>
        </w:rPr>
        <w:t>• 变通方法：经过测试的最佳替代方案。可以推荐其他工具。</w:t>
      </w:r>
    </w:p>
    <w:p>
      <w:pPr>
        <w:spacing w:after="40"/>
        <w:ind w:left="283"/>
      </w:pPr>
      <w:r>
        <w:rPr>
          <w:rFonts w:ascii="Microsoft YaHei" w:hAnsi="Microsoft YaHei" w:cs="Microsoft YaHei" w:eastAsia="Microsoft YaHei"/>
          <w:b w:val="0"/>
          <w:color w:val="15131F"/>
          <w:sz w:val="21"/>
        </w:rPr>
        <w:t>• 承诺边界：不纳入计划，就意味着请按没有它来规划。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绝不承诺：</w:t>
      </w:r>
      <w:r>
        <w:rPr>
          <w:rFonts w:ascii="Microsoft YaHei" w:hAnsi="Microsoft YaHei" w:cs="Microsoft YaHei" w:eastAsia="Microsoft YaHei"/>
          <w:b w:val="0"/>
          <w:color w:val="5D5A70"/>
          <w:sz w:val="21"/>
        </w:rPr>
        <w:t>答案是“不”时，却说“以后也许会做”或“我们会记着的”。不要怪罪“开发人员”：这是公司的决定。</w:t>
      </w:r>
    </w:p>
    <w:p>
      <w:pPr>
        <w:spacing w:after="160"/>
      </w:pP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15131F"/>
          <w:sz w:val="28"/>
        </w:rPr>
        <w:t>6. 已上线：与每位提过需求的客户完成闭环</w:t>
      </w:r>
    </w:p>
    <w:p>
      <w:pPr>
        <w:spacing w:after="80"/>
      </w:pPr>
      <w:r>
        <w:rPr>
          <w:rFonts w:ascii="Microsoft YaHei" w:hAnsi="Microsoft YaHei" w:cs="Microsoft YaHei" w:eastAsia="Microsoft YaHei"/>
          <w:b w:val="0"/>
          <w:color w:val="5D5A70"/>
          <w:sz w:val="20"/>
        </w:rPr>
        <w:t>发送对象：每位提出者 · 时间：上线当天 · 负责人：需求负责人</w:t>
      </w:r>
    </w:p>
    <w:p>
      <w:pPr>
        <w:spacing w:after="80"/>
      </w:pPr>
      <w:r>
        <w:rPr>
          <w:rFonts w:ascii="Microsoft YaHei" w:hAnsi="Microsoft YaHei" w:cs="Microsoft YaHei" w:eastAsia="Microsoft YaHei"/>
          <w:b w:val="0"/>
          <w:color w:val="15131F"/>
          <w:sz w:val="21"/>
        </w:rPr>
        <w:t>上线当天，把这封邮件发给“需求提出者”工作表上该需求的每一位客户，而不只是最近那位。只有每位提出者都收到通知，这个需求才算关闭。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主题：</w:t>
      </w:r>
      <w:r>
        <w:rPr>
          <w:rFonts w:ascii="Microsoft YaHei" w:hAnsi="Microsoft YaHei" w:cs="Microsoft YaHei" w:eastAsia="Microsoft YaHei"/>
          <w:b w:val="0"/>
          <w:color w:val="15131F"/>
          <w:sz w:val="21"/>
        </w:rPr>
        <w:t>[功能名称]已上线：您在[提出日期]提过这个需求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邮件：</w:t>
      </w:r>
      <w:r>
        <w:rPr>
          <w:rFonts w:ascii="Microsoft YaHei" w:hAnsi="Microsoft YaHei" w:cs="Microsoft YaHei" w:eastAsia="Microsoft YaHei"/>
          <w:b w:val="0"/>
          <w:color w:val="15131F"/>
          <w:sz w:val="21"/>
        </w:rPr>
        <w:t>[名字]您好，</w:t>
        <w:br/>
        <w:br/>
        <w:t>您在[提出日期]希望能有办法[客户目标]。今天它上线了：[功能名称]。</w:t>
        <w:br/>
        <w:br/>
        <w:t>使用方法：</w:t>
        <w:br/>
        <w:t>1. [第一步，写明准确的菜单名称]</w:t>
        <w:br/>
        <w:t>2. [第二步]</w:t>
        <w:br/>
        <w:t>3. [第三步]</w:t>
        <w:br/>
        <w:t>指南：[链接]</w:t>
        <w:br/>
        <w:br/>
        <w:t>感谢您提供的[对方给出的例子]。共有[数量]位客户提过这个需求，像您这样的例子帮助团队做出了决定。现在您可以不用再[旧的变通方法]了。</w:t>
        <w:br/>
        <w:br/>
        <w:t>如果有什么地方不符合您的需要，请直接回复这封邮件。每封回复我都会看。</w:t>
        <w:br/>
        <w:br/>
        <w:t>[您的姓名]，[职位]</w:t>
        <w:br/>
        <w:t>[公司]</w:t>
      </w:r>
    </w:p>
    <w:p>
      <w:pPr>
        <w:spacing w:after="4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发送前填写</w:t>
      </w:r>
    </w:p>
    <w:p>
      <w:pPr>
        <w:spacing w:after="40"/>
        <w:ind w:left="283"/>
      </w:pPr>
      <w:r>
        <w:rPr>
          <w:rFonts w:ascii="Microsoft YaHei" w:hAnsi="Microsoft YaHei" w:cs="Microsoft YaHei" w:eastAsia="Microsoft YaHei"/>
          <w:b w:val="0"/>
          <w:color w:val="15131F"/>
          <w:sz w:val="21"/>
        </w:rPr>
        <w:t>• 客户目标：用客户的原话，取自“需求提出者”工作表。</w:t>
      </w:r>
    </w:p>
    <w:p>
      <w:pPr>
        <w:spacing w:after="40"/>
        <w:ind w:left="283"/>
      </w:pPr>
      <w:r>
        <w:rPr>
          <w:rFonts w:ascii="Microsoft YaHei" w:hAnsi="Microsoft YaHei" w:cs="Microsoft YaHei" w:eastAsia="Microsoft YaHei"/>
          <w:b w:val="0"/>
          <w:color w:val="15131F"/>
          <w:sz w:val="21"/>
        </w:rPr>
        <w:t>• 频率：提过这个需求的客户的真实人数。</w:t>
      </w:r>
    </w:p>
    <w:p>
      <w:pPr>
        <w:spacing w:after="40"/>
        <w:ind w:left="283"/>
      </w:pPr>
      <w:r>
        <w:rPr>
          <w:rFonts w:ascii="Microsoft YaHei" w:hAnsi="Microsoft YaHei" w:cs="Microsoft YaHei" w:eastAsia="Microsoft YaHei"/>
          <w:b w:val="0"/>
          <w:color w:val="15131F"/>
          <w:sz w:val="21"/>
        </w:rPr>
        <w:t>• 业务影响：客户自己的例子，用来表达感谢。</w:t>
      </w:r>
    </w:p>
    <w:p>
      <w:pPr>
        <w:spacing w:after="40"/>
        <w:ind w:left="283"/>
      </w:pPr>
      <w:r>
        <w:rPr>
          <w:rFonts w:ascii="Microsoft YaHei" w:hAnsi="Microsoft YaHei" w:cs="Microsoft YaHei" w:eastAsia="Microsoft YaHei"/>
          <w:b w:val="0"/>
          <w:color w:val="15131F"/>
          <w:sz w:val="21"/>
        </w:rPr>
        <w:t>• 变通方法：客户现在可以停用的旧方法。</w:t>
      </w:r>
    </w:p>
    <w:p>
      <w:pPr>
        <w:spacing w:after="40"/>
        <w:ind w:left="283"/>
      </w:pPr>
      <w:r>
        <w:rPr>
          <w:rFonts w:ascii="Microsoft YaHei" w:hAnsi="Microsoft YaHei" w:cs="Microsoft YaHei" w:eastAsia="Microsoft YaHei"/>
          <w:b w:val="0"/>
          <w:color w:val="15131F"/>
          <w:sz w:val="21"/>
        </w:rPr>
        <w:t>• 承诺边界：只说今天已上线的内容。</w:t>
      </w:r>
    </w:p>
    <w:p>
      <w:pPr>
        <w:spacing w:after="4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四步完成闭环</w:t>
      </w:r>
    </w:p>
    <w:p>
      <w:pPr>
        <w:spacing w:after="40"/>
      </w:pPr>
      <w:r>
        <w:rPr>
          <w:rFonts w:ascii="Microsoft YaHei" w:hAnsi="Microsoft YaHei" w:cs="Microsoft YaHei" w:eastAsia="Microsoft YaHei"/>
          <w:b w:val="0"/>
          <w:color w:val="15131F"/>
          <w:sz w:val="21"/>
        </w:rPr>
        <w:t>1. 按需求标题筛选“需求提出者”: 每行发一封邮件，包括几个月前提出的客户。</w:t>
      </w:r>
    </w:p>
    <w:p>
      <w:pPr>
        <w:spacing w:after="40"/>
      </w:pPr>
      <w:r>
        <w:rPr>
          <w:rFonts w:ascii="Microsoft YaHei" w:hAnsi="Microsoft YaHei" w:cs="Microsoft YaHei" w:eastAsia="Microsoft YaHei"/>
          <w:b w:val="0"/>
          <w:color w:val="15131F"/>
          <w:sz w:val="21"/>
        </w:rPr>
        <w:t>2. 发送并记录: 把“最后发送的答复”设为“已上线”，并填写日期。</w:t>
      </w:r>
    </w:p>
    <w:p>
      <w:pPr>
        <w:spacing w:after="40"/>
      </w:pPr>
      <w:r>
        <w:rPr>
          <w:rFonts w:ascii="Microsoft YaHei" w:hAnsi="Microsoft YaHei" w:cs="Microsoft YaHei" w:eastAsia="Microsoft YaHei"/>
          <w:b w:val="0"/>
          <w:color w:val="15131F"/>
          <w:sz w:val="21"/>
        </w:rPr>
        <w:t>3. 更新知识库: 用新的操作步骤替换已知限制。</w:t>
      </w:r>
    </w:p>
    <w:p>
      <w:pPr>
        <w:spacing w:after="40"/>
      </w:pPr>
      <w:r>
        <w:rPr>
          <w:rFonts w:ascii="Microsoft YaHei" w:hAnsi="Microsoft YaHei" w:cs="Microsoft YaHei" w:eastAsia="Microsoft YaHei"/>
          <w:b w:val="0"/>
          <w:color w:val="15131F"/>
          <w:sz w:val="21"/>
        </w:rPr>
        <w:t>4. 检查状态: 没有人在等待时，“需求记录”会显示“已关闭”。把任务标记为完成。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完成检查：</w:t>
      </w:r>
      <w:r>
        <w:rPr>
          <w:rFonts w:ascii="Microsoft YaHei" w:hAnsi="Microsoft YaHei" w:cs="Microsoft YaHei" w:eastAsia="Microsoft YaHei"/>
          <w:b w:val="0"/>
          <w:color w:val="5D5A70"/>
          <w:sz w:val="21"/>
        </w:rPr>
        <w:t>只要决定为空、还有提出者在等待，或知识库仍在描述旧的限制，就不算关闭。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绝不承诺：</w:t>
      </w:r>
      <w:r>
        <w:rPr>
          <w:rFonts w:ascii="Microsoft YaHei" w:hAnsi="Microsoft YaHei" w:cs="Microsoft YaHei" w:eastAsia="Microsoft YaHei"/>
          <w:b w:val="0"/>
          <w:color w:val="5D5A70"/>
          <w:sz w:val="21"/>
        </w:rPr>
        <w:t>在此基础上还会有更多功能，除非已经决定。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关闭条件：</w:t>
      </w:r>
      <w:r>
        <w:rPr>
          <w:rFonts w:ascii="Microsoft YaHei" w:hAnsi="Microsoft YaHei" w:cs="Microsoft YaHei" w:eastAsia="Microsoft YaHei"/>
          <w:b w:val="0"/>
          <w:color w:val="5D5A70"/>
          <w:sz w:val="21"/>
        </w:rPr>
        <w:t>已记录决定, 每位提出者都已答复, 知识库已更新</w:t>
      </w:r>
    </w:p>
    <w:p>
      <w:pPr>
        <w:spacing w:after="160"/>
      </w:pP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15131F"/>
          <w:sz w:val="28"/>
        </w:rPr>
        <w:t>7. 功能需求的在线聊天回复</w:t>
      </w:r>
    </w:p>
    <w:p>
      <w:pPr>
        <w:spacing w:after="80"/>
      </w:pPr>
      <w:r>
        <w:rPr>
          <w:rFonts w:ascii="Microsoft YaHei" w:hAnsi="Microsoft YaHei" w:cs="Microsoft YaHei" w:eastAsia="Microsoft YaHei"/>
          <w:b w:val="0"/>
          <w:color w:val="5D5A70"/>
          <w:sz w:val="20"/>
        </w:rPr>
        <w:t>回复时限：2 分钟 · 收集：聊天中只问 1 个问题 · 超过 10 分钟：改用邮件</w:t>
      </w:r>
    </w:p>
    <w:p>
      <w:pPr>
        <w:spacing w:after="80"/>
      </w:pPr>
      <w:r>
        <w:rPr>
          <w:rFonts w:ascii="Microsoft YaHei" w:hAnsi="Microsoft YaHei" w:cs="Microsoft YaHei" w:eastAsia="Microsoft YaHei"/>
          <w:b w:val="0"/>
          <w:color w:val="15131F"/>
          <w:sz w:val="21"/>
        </w:rPr>
        <w:t>大多数需求以“能不能做这个？”的形式出现在聊天中。说明现在能不能做，问一个收集信息的问题，然后记录下来。把这四条保存为快捷回复。</w:t>
      </w:r>
    </w:p>
    <w:p>
      <w:pPr>
        <w:spacing w:after="40"/>
      </w:pPr>
      <w:r>
        <w:rPr>
          <w:rFonts w:ascii="Microsoft YaHei" w:hAnsi="Microsoft YaHei" w:cs="Microsoft YaHei" w:eastAsia="Microsoft YaHei"/>
          <w:b/>
          <w:color w:val="15131F"/>
          <w:sz w:val="22"/>
        </w:rPr>
        <w:t>7.1 /feature-ack：目前不支持，已记录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使用时机：</w:t>
      </w:r>
      <w:r>
        <w:rPr>
          <w:rFonts w:ascii="Microsoft YaHei" w:hAnsi="Microsoft YaHei" w:cs="Microsoft YaHei" w:eastAsia="Microsoft YaHei"/>
          <w:b w:val="0"/>
          <w:color w:val="5D5A70"/>
          <w:sz w:val="21"/>
        </w:rPr>
        <w:t>没有该功能，也没有变通方法。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绝不承诺：</w:t>
      </w:r>
      <w:r>
        <w:rPr>
          <w:rFonts w:ascii="Microsoft YaHei" w:hAnsi="Microsoft YaHei" w:cs="Microsoft YaHei" w:eastAsia="Microsoft YaHei"/>
          <w:b w:val="0"/>
          <w:color w:val="5D5A70"/>
          <w:sz w:val="21"/>
        </w:rPr>
        <w:t>这个功能快要来了。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回复：</w:t>
      </w:r>
      <w:r>
        <w:rPr>
          <w:rFonts w:ascii="Microsoft YaHei" w:hAnsi="Microsoft YaHei" w:cs="Microsoft YaHei" w:eastAsia="Microsoft YaHei"/>
          <w:b w:val="0"/>
          <w:color w:val="15131F"/>
          <w:sz w:val="21"/>
        </w:rPr>
        <w:t>抱歉，目前还不行：[产品]暂时还不能[对方所说的功能]。我已把它记录为需求。您想完成的是什么，这种情况多久出现一次？</w:t>
      </w:r>
    </w:p>
    <w:p>
      <w:pPr>
        <w:spacing w:after="40"/>
      </w:pPr>
    </w:p>
    <w:p>
      <w:pPr>
        <w:spacing w:after="40"/>
      </w:pPr>
      <w:r>
        <w:rPr>
          <w:rFonts w:ascii="Microsoft YaHei" w:hAnsi="Microsoft YaHei" w:cs="Microsoft YaHei" w:eastAsia="Microsoft YaHei"/>
          <w:b/>
          <w:color w:val="15131F"/>
          <w:sz w:val="22"/>
        </w:rPr>
        <w:t>7.2 /feature-workaround：现在就能做到的方法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使用时机：</w:t>
      </w:r>
      <w:r>
        <w:rPr>
          <w:rFonts w:ascii="Microsoft YaHei" w:hAnsi="Microsoft YaHei" w:cs="Microsoft YaHei" w:eastAsia="Microsoft YaHei"/>
          <w:b w:val="0"/>
          <w:color w:val="5D5A70"/>
          <w:sz w:val="21"/>
        </w:rPr>
        <w:t>已有经过测试的变通方法。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绝不承诺：</w:t>
      </w:r>
      <w:r>
        <w:rPr>
          <w:rFonts w:ascii="Microsoft YaHei" w:hAnsi="Microsoft YaHei" w:cs="Microsoft YaHei" w:eastAsia="Microsoft YaHei"/>
          <w:b w:val="0"/>
          <w:color w:val="5D5A70"/>
          <w:sz w:val="21"/>
        </w:rPr>
        <w:t>这只是临时办法。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回复：</w:t>
      </w:r>
      <w:r>
        <w:rPr>
          <w:rFonts w:ascii="Microsoft YaHei" w:hAnsi="Microsoft YaHei" w:cs="Microsoft YaHei" w:eastAsia="Microsoft YaHei"/>
          <w:b w:val="0"/>
          <w:color w:val="15131F"/>
          <w:sz w:val="21"/>
        </w:rPr>
        <w:t>目前还没有[功能]，但您可以这样[客户目标]：先[第一步]，再[第二步]。指南：[链接]。我也已记录了您的需求。</w:t>
      </w:r>
    </w:p>
    <w:p>
      <w:pPr>
        <w:spacing w:after="40"/>
      </w:pPr>
    </w:p>
    <w:p>
      <w:pPr>
        <w:spacing w:after="40"/>
      </w:pPr>
      <w:r>
        <w:rPr>
          <w:rFonts w:ascii="Microsoft YaHei" w:hAnsi="Microsoft YaHei" w:cs="Microsoft YaHei" w:eastAsia="Microsoft YaHei"/>
          <w:b/>
          <w:color w:val="15131F"/>
          <w:sz w:val="22"/>
        </w:rPr>
        <w:t>7.3 /feature-status：目前进展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使用时机：</w:t>
      </w:r>
      <w:r>
        <w:rPr>
          <w:rFonts w:ascii="Microsoft YaHei" w:hAnsi="Microsoft YaHei" w:cs="Microsoft YaHei" w:eastAsia="Microsoft YaHei"/>
          <w:b w:val="0"/>
          <w:color w:val="5D5A70"/>
          <w:sz w:val="21"/>
        </w:rPr>
        <w:t>需求已在记录中。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绝不承诺：</w:t>
      </w:r>
      <w:r>
        <w:rPr>
          <w:rFonts w:ascii="Microsoft YaHei" w:hAnsi="Microsoft YaHei" w:cs="Microsoft YaHei" w:eastAsia="Microsoft YaHei"/>
          <w:b w:val="0"/>
          <w:color w:val="5D5A70"/>
          <w:sz w:val="21"/>
        </w:rPr>
        <w:t>尚未公开的日期。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回复：</w:t>
      </w:r>
      <w:r>
        <w:rPr>
          <w:rFonts w:ascii="Microsoft YaHei" w:hAnsi="Microsoft YaHei" w:cs="Microsoft YaHei" w:eastAsia="Microsoft YaHei"/>
          <w:b w:val="0"/>
          <w:color w:val="15131F"/>
          <w:sz w:val="21"/>
        </w:rPr>
        <w:t>您是提出[需求标题]的[数量]位客户之一。它目前的状态是[评估中 / 已计划]。我没有日期，也不会乱猜。有了决定，您会收到邮件。</w:t>
      </w:r>
    </w:p>
    <w:p>
      <w:pPr>
        <w:spacing w:after="40"/>
      </w:pPr>
    </w:p>
    <w:p>
      <w:pPr>
        <w:spacing w:after="40"/>
      </w:pPr>
      <w:r>
        <w:rPr>
          <w:rFonts w:ascii="Microsoft YaHei" w:hAnsi="Microsoft YaHei" w:cs="Microsoft YaHei" w:eastAsia="Microsoft YaHei"/>
          <w:b/>
          <w:color w:val="15131F"/>
          <w:sz w:val="22"/>
        </w:rPr>
        <w:t>7.4 /feature-handover：涉及收入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使用时机：</w:t>
      </w:r>
      <w:r>
        <w:rPr>
          <w:rFonts w:ascii="Microsoft YaHei" w:hAnsi="Microsoft YaHei" w:cs="Microsoft YaHei" w:eastAsia="Microsoft YaHei"/>
          <w:b w:val="0"/>
          <w:color w:val="5D5A70"/>
          <w:sz w:val="21"/>
        </w:rPr>
        <w:t>没有这个功能，对方就会取消、不续约或不购买。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绝不承诺：</w:t>
      </w:r>
      <w:r>
        <w:rPr>
          <w:rFonts w:ascii="Microsoft YaHei" w:hAnsi="Microsoft YaHei" w:cs="Microsoft YaHei" w:eastAsia="Microsoft YaHei"/>
          <w:b w:val="0"/>
          <w:color w:val="5D5A70"/>
          <w:sz w:val="21"/>
        </w:rPr>
        <w:t>为了留住客户而答应下来。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回复：</w:t>
      </w:r>
      <w:r>
        <w:rPr>
          <w:rFonts w:ascii="Microsoft YaHei" w:hAnsi="Microsoft YaHei" w:cs="Microsoft YaHei" w:eastAsia="Microsoft YaHei"/>
          <w:b w:val="0"/>
          <w:color w:val="15131F"/>
          <w:sz w:val="21"/>
        </w:rPr>
        <w:t>感谢您直接告诉我。这件事需要[负责人姓名]来决定，所以我已把这段聊天连同您的说明一并转了过去。您会在[日期和时间]前收到回复。</w:t>
      </w:r>
    </w:p>
    <w:p>
      <w:pPr>
        <w:spacing w:after="40"/>
      </w:pP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提示：</w:t>
      </w:r>
      <w:r>
        <w:rPr>
          <w:rFonts w:ascii="Microsoft YaHei" w:hAnsi="Microsoft YaHei" w:cs="Microsoft YaHei" w:eastAsia="Microsoft YaHei"/>
          <w:b w:val="0"/>
          <w:color w:val="5D5A70"/>
          <w:sz w:val="21"/>
        </w:rPr>
        <w:t>关闭聊天前，给它加上“功能需求”标签，并把客户加到“需求提出者”工作表。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快捷键：</w:t>
      </w:r>
      <w:r>
        <w:rPr>
          <w:rFonts w:ascii="Microsoft YaHei" w:hAnsi="Microsoft YaHei" w:cs="Microsoft YaHei" w:eastAsia="Microsoft YaHei"/>
          <w:b w:val="0"/>
          <w:color w:val="5D5A70"/>
          <w:sz w:val="21"/>
        </w:rPr>
        <w:t>/feature-ack, /feature-workaround, /feature-status, /feature-handover</w:t>
      </w:r>
    </w:p>
    <w:p>
      <w:pPr>
        <w:spacing w:after="160"/>
      </w:pP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15131F"/>
          <w:sz w:val="28"/>
        </w:rPr>
        <w:t>8. 功能需求评估模板：评分并做出决定</w:t>
      </w:r>
    </w:p>
    <w:p>
      <w:pPr>
        <w:spacing w:after="80"/>
      </w:pPr>
      <w:r>
        <w:rPr>
          <w:rFonts w:ascii="Microsoft YaHei" w:hAnsi="Microsoft YaHei" w:cs="Microsoft YaHei" w:eastAsia="Microsoft YaHei"/>
          <w:b w:val="0"/>
          <w:color w:val="5D5A70"/>
          <w:sz w:val="20"/>
        </w:rPr>
        <w:t>得分：满分 15 分 · 评审：每月一次，30 分钟 · 决定人：创始人或产品负责人 · 负责人和下一步行动：每个需求一位负责人和一个有日期的下一步行动，例如“Ines：10 月 6 日前给 7 家工作室发上线通知邮件”。把它创建为任务。</w:t>
      </w:r>
    </w:p>
    <w:p>
      <w:pPr>
        <w:spacing w:after="80"/>
      </w:pPr>
      <w:r>
        <w:rPr>
          <w:rFonts w:ascii="Microsoft YaHei" w:hAnsi="Microsoft YaHei" w:cs="Microsoft YaHei" w:eastAsia="Microsoft YaHei"/>
          <w:b w:val="0"/>
          <w:color w:val="15131F"/>
          <w:sz w:val="21"/>
        </w:rPr>
        <w:t>内部的另一半：每个需求一份评估。客服根据回复填写，负责开发的人补充工作量估计，团队每月做决定。得分是 RICE 方法（覆盖面、影响、信心、工作量）的积分版：它为需求排序，由人来做决定。</w:t>
      </w:r>
    </w:p>
    <w:p>
      <w:pPr>
        <w:spacing w:after="4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评估：每个需求一份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324"/>
        <w:gridCol w:w="3324"/>
        <w:gridCol w:w="3324"/>
      </w:tblGrid>
      <w:tr>
        <w:tc>
          <w:tcPr>
            <w:tcW w:type="dxa" w:w="3324"/>
            <w:shd w:val="clear" w:color="auto" w:fill="EFE9FF"/>
          </w:tcPr>
          <w:p>
            <w:r/>
            <w:r>
              <w:rPr>
                <w:rFonts w:ascii="Microsoft YaHei" w:hAnsi="Microsoft YaHei" w:cs="Microsoft YaHei" w:eastAsia="Microsoft YaHei"/>
                <w:b/>
                <w:color w:val="15131F"/>
                <w:sz w:val="19"/>
              </w:rPr>
              <w:t>字段</w:t>
            </w:r>
          </w:p>
        </w:tc>
        <w:tc>
          <w:tcPr>
            <w:tcW w:type="dxa" w:w="3324"/>
            <w:shd w:val="clear" w:color="auto" w:fill="EFE9FF"/>
          </w:tcPr>
          <w:p>
            <w:r/>
            <w:r>
              <w:rPr>
                <w:rFonts w:ascii="Microsoft YaHei" w:hAnsi="Microsoft YaHei" w:cs="Microsoft YaHei" w:eastAsia="Microsoft YaHei"/>
                <w:b/>
                <w:color w:val="15131F"/>
                <w:sz w:val="19"/>
              </w:rPr>
              <w:t>填写内容</w:t>
            </w:r>
          </w:p>
        </w:tc>
        <w:tc>
          <w:tcPr>
            <w:tcW w:type="dxa" w:w="3324"/>
            <w:shd w:val="clear" w:color="auto" w:fill="EFE9FF"/>
          </w:tcPr>
          <w:p>
            <w:r/>
            <w:r>
              <w:rPr>
                <w:rFonts w:ascii="Microsoft YaHei" w:hAnsi="Microsoft YaHei" w:cs="Microsoft YaHei" w:eastAsia="Microsoft YaHei"/>
                <w:b/>
                <w:color w:val="15131F"/>
                <w:sz w:val="19"/>
              </w:rPr>
              <w:t>示例</w:t>
            </w:r>
          </w:p>
        </w:tc>
      </w:tr>
      <w:tr>
        <w:tc>
          <w:tcPr>
            <w:tcW w:type="dxa" w:w="3324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需求标题</w:t>
            </w:r>
          </w:p>
        </w:tc>
        <w:tc>
          <w:tcPr>
            <w:tcW w:type="dxa" w:w="3324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客户一看就懂的简短名称</w:t>
            </w:r>
          </w:p>
        </w:tc>
        <w:tc>
          <w:tcPr>
            <w:tcW w:type="dxa" w:w="3324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候补自动补位</w:t>
            </w:r>
          </w:p>
        </w:tc>
      </w:tr>
      <w:tr>
        <w:tc>
          <w:tcPr>
            <w:tcW w:type="dxa" w:w="3324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客户目标</w:t>
            </w:r>
          </w:p>
        </w:tc>
        <w:tc>
          <w:tcPr>
            <w:tcW w:type="dxa" w:w="3324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想要的结果，而不是功能</w:t>
            </w:r>
          </w:p>
        </w:tc>
        <w:tc>
          <w:tcPr>
            <w:tcW w:type="dxa" w:w="3324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不用逐个短信通知候补名单，就能补上取消的名额</w:t>
            </w:r>
          </w:p>
        </w:tc>
      </w:tr>
      <w:tr>
        <w:tc>
          <w:tcPr>
            <w:tcW w:type="dxa" w:w="3324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频率</w:t>
            </w:r>
          </w:p>
        </w:tc>
        <w:tc>
          <w:tcPr>
            <w:tcW w:type="dxa" w:w="3324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多久一次，多少人提过</w:t>
            </w:r>
          </w:p>
        </w:tc>
        <w:tc>
          <w:tcPr>
            <w:tcW w:type="dxa" w:w="3324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每天；7 家工作室</w:t>
            </w:r>
          </w:p>
        </w:tc>
      </w:tr>
      <w:tr>
        <w:tc>
          <w:tcPr>
            <w:tcW w:type="dxa" w:w="3324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业务影响</w:t>
            </w:r>
          </w:p>
        </w:tc>
        <w:tc>
          <w:tcPr>
            <w:tcW w:type="dxa" w:w="3324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高、中或低</w:t>
            </w:r>
          </w:p>
        </w:tc>
        <w:tc>
          <w:tcPr>
            <w:tcW w:type="dxa" w:w="3324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高：可能有 2 家工作室流失</w:t>
            </w:r>
          </w:p>
        </w:tc>
      </w:tr>
      <w:tr>
        <w:tc>
          <w:tcPr>
            <w:tcW w:type="dxa" w:w="3324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风险收入</w:t>
            </w:r>
          </w:p>
        </w:tc>
        <w:tc>
          <w:tcPr>
            <w:tcW w:type="dxa" w:w="3324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可能流失的客户的年度价值</w:t>
            </w:r>
          </w:p>
        </w:tc>
        <w:tc>
          <w:tcPr>
            <w:tcW w:type="dxa" w:w="3324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$2,856</w:t>
            </w:r>
          </w:p>
        </w:tc>
      </w:tr>
      <w:tr>
        <w:tc>
          <w:tcPr>
            <w:tcW w:type="dxa" w:w="3324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变通方法</w:t>
            </w:r>
          </w:p>
        </w:tc>
        <w:tc>
          <w:tcPr>
            <w:tcW w:type="dxa" w:w="3324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有、部分或无</w:t>
            </w:r>
          </w:p>
        </w:tc>
        <w:tc>
          <w:tcPr>
            <w:tcW w:type="dxa" w:w="3324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部分</w:t>
            </w:r>
          </w:p>
        </w:tc>
      </w:tr>
      <w:tr>
        <w:tc>
          <w:tcPr>
            <w:tcW w:type="dxa" w:w="3324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工作量估计</w:t>
            </w:r>
          </w:p>
        </w:tc>
        <w:tc>
          <w:tcPr>
            <w:tcW w:type="dxa" w:w="3324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S：几天。M：几周。L：几个月</w:t>
            </w:r>
          </w:p>
        </w:tc>
        <w:tc>
          <w:tcPr>
            <w:tcW w:type="dxa" w:w="3324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M</w:t>
            </w:r>
          </w:p>
        </w:tc>
      </w:tr>
      <w:tr>
        <w:tc>
          <w:tcPr>
            <w:tcW w:type="dxa" w:w="3324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承诺边界</w:t>
            </w:r>
          </w:p>
        </w:tc>
        <w:tc>
          <w:tcPr>
            <w:tcW w:type="dxa" w:w="3324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客服在时间上可以说什么</w:t>
            </w:r>
          </w:p>
        </w:tc>
        <w:tc>
          <w:tcPr>
            <w:tcW w:type="dxa" w:w="3324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上线前不给日期</w:t>
            </w:r>
          </w:p>
        </w:tc>
      </w:tr>
      <w:tr>
        <w:tc>
          <w:tcPr>
            <w:tcW w:type="dxa" w:w="3324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决定、负责人、下一步行动</w:t>
            </w:r>
          </w:p>
        </w:tc>
        <w:tc>
          <w:tcPr>
            <w:tcW w:type="dxa" w:w="3324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状态、谁接手、截止何时</w:t>
            </w:r>
          </w:p>
        </w:tc>
        <w:tc>
          <w:tcPr>
            <w:tcW w:type="dxa" w:w="3324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已上线；Ines；邮件通知 7 家工作室</w:t>
            </w:r>
          </w:p>
        </w:tc>
      </w:tr>
    </w:tbl>
    <w:p/>
    <w:p>
      <w:pPr>
        <w:spacing w:after="4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积分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86"/>
        <w:gridCol w:w="4986"/>
      </w:tblGrid>
      <w:tr>
        <w:tc>
          <w:tcPr>
            <w:tcW w:type="dxa" w:w="4986"/>
            <w:shd w:val="clear" w:color="auto" w:fill="EFE9FF"/>
          </w:tcPr>
          <w:p>
            <w:r/>
            <w:r>
              <w:rPr>
                <w:rFonts w:ascii="Microsoft YaHei" w:hAnsi="Microsoft YaHei" w:cs="Microsoft YaHei" w:eastAsia="Microsoft YaHei"/>
                <w:b/>
                <w:color w:val="15131F"/>
                <w:sz w:val="19"/>
              </w:rPr>
              <w:t>因素</w:t>
            </w:r>
          </w:p>
        </w:tc>
        <w:tc>
          <w:tcPr>
            <w:tcW w:type="dxa" w:w="4986"/>
            <w:shd w:val="clear" w:color="auto" w:fill="EFE9FF"/>
          </w:tcPr>
          <w:p>
            <w:r/>
            <w:r>
              <w:rPr>
                <w:rFonts w:ascii="Microsoft YaHei" w:hAnsi="Microsoft YaHei" w:cs="Microsoft YaHei" w:eastAsia="Microsoft YaHei"/>
                <w:b/>
                <w:color w:val="15131F"/>
                <w:sz w:val="19"/>
              </w:rPr>
              <w:t>积分</w:t>
            </w:r>
          </w:p>
        </w:tc>
      </w:tr>
      <w:tr>
        <w:tc>
          <w:tcPr>
            <w:tcW w:type="dxa" w:w="4986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提出者</w:t>
            </w:r>
          </w:p>
        </w:tc>
        <w:tc>
          <w:tcPr>
            <w:tcW w:type="dxa" w:w="4986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每位提过的客户 1 分，最多 5 分</w:t>
            </w:r>
          </w:p>
        </w:tc>
      </w:tr>
      <w:tr>
        <w:tc>
          <w:tcPr>
            <w:tcW w:type="dxa" w:w="4986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频率</w:t>
            </w:r>
          </w:p>
        </w:tc>
        <w:tc>
          <w:tcPr>
            <w:tcW w:type="dxa" w:w="4986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每天 3 分，每周 2 分，每月 1 分，很少 0 分</w:t>
            </w:r>
          </w:p>
        </w:tc>
      </w:tr>
      <w:tr>
        <w:tc>
          <w:tcPr>
            <w:tcW w:type="dxa" w:w="4986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业务影响</w:t>
            </w:r>
          </w:p>
        </w:tc>
        <w:tc>
          <w:tcPr>
            <w:tcW w:type="dxa" w:w="4986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高 3 分，中 2 分，低 1 分</w:t>
            </w:r>
          </w:p>
        </w:tc>
      </w:tr>
      <w:tr>
        <w:tc>
          <w:tcPr>
            <w:tcW w:type="dxa" w:w="4986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风险收入</w:t>
            </w:r>
          </w:p>
        </w:tc>
        <w:tc>
          <w:tcPr>
            <w:tcW w:type="dxa" w:w="4986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每年 [$2,000] 或以上 2 分，有则 1 分，无则 0 分</w:t>
            </w:r>
          </w:p>
        </w:tc>
      </w:tr>
      <w:tr>
        <w:tc>
          <w:tcPr>
            <w:tcW w:type="dxa" w:w="4986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变通方法</w:t>
            </w:r>
          </w:p>
        </w:tc>
        <w:tc>
          <w:tcPr>
            <w:tcW w:type="dxa" w:w="4986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无 2 分，部分 1 分，有 0 分</w:t>
            </w:r>
          </w:p>
        </w:tc>
      </w:tr>
      <w:tr>
        <w:tc>
          <w:tcPr>
            <w:tcW w:type="dxa" w:w="4986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工作量估计</w:t>
            </w:r>
          </w:p>
        </w:tc>
        <w:tc>
          <w:tcPr>
            <w:tcW w:type="dxa" w:w="4986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S 0 分，M 减 2 分，L 减 4 分</w:t>
            </w:r>
          </w:p>
        </w:tc>
      </w:tr>
      <w:tr>
        <w:tc>
          <w:tcPr>
            <w:tcW w:type="dxa" w:w="4986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得分</w:t>
            </w:r>
          </w:p>
        </w:tc>
        <w:tc>
          <w:tcPr>
            <w:tcW w:type="dxa" w:w="4986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以上总和，满分 15 分</w:t>
            </w:r>
          </w:p>
        </w:tc>
      </w:tr>
    </w:tbl>
    <w:p/>
    <w:p>
      <w:pPr>
        <w:spacing w:after="4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决策规则</w:t>
      </w:r>
    </w:p>
    <w:p>
      <w:pPr>
        <w:spacing w:after="40"/>
        <w:ind w:left="283"/>
      </w:pPr>
      <w:r>
        <w:rPr>
          <w:rFonts w:ascii="Microsoft YaHei" w:hAnsi="Microsoft YaHei" w:cs="Microsoft YaHei" w:eastAsia="Microsoft YaHei"/>
          <w:b w:val="0"/>
          <w:color w:val="15131F"/>
          <w:sz w:val="21"/>
        </w:rPr>
        <w:t>• 10 分或以上：计划候选。在下次评审时决定。</w:t>
      </w:r>
    </w:p>
    <w:p>
      <w:pPr>
        <w:spacing w:after="40"/>
        <w:ind w:left="283"/>
      </w:pPr>
      <w:r>
        <w:rPr>
          <w:rFonts w:ascii="Microsoft YaHei" w:hAnsi="Microsoft YaHei" w:cs="Microsoft YaHei" w:eastAsia="Microsoft YaHei"/>
          <w:b w:val="0"/>
          <w:color w:val="15131F"/>
          <w:sz w:val="21"/>
        </w:rPr>
        <w:t>• 6 到 9 分：保持评估中，继续收集提出者。</w:t>
      </w:r>
    </w:p>
    <w:p>
      <w:pPr>
        <w:spacing w:after="40"/>
        <w:ind w:left="283"/>
      </w:pPr>
      <w:r>
        <w:rPr>
          <w:rFonts w:ascii="Microsoft YaHei" w:hAnsi="Microsoft YaHei" w:cs="Microsoft YaHei" w:eastAsia="Microsoft YaHei"/>
          <w:b w:val="0"/>
          <w:color w:val="15131F"/>
          <w:sz w:val="21"/>
        </w:rPr>
        <w:t>• 5 分或以下：通常不纳入计划。发送得体的拒绝。</w:t>
      </w:r>
    </w:p>
    <w:p>
      <w:pPr>
        <w:spacing w:after="40"/>
        <w:ind w:left="283"/>
      </w:pPr>
      <w:r>
        <w:rPr>
          <w:rFonts w:ascii="Microsoft YaHei" w:hAnsi="Microsoft YaHei" w:cs="Microsoft YaHei" w:eastAsia="Microsoft YaHei"/>
          <w:b w:val="0"/>
          <w:color w:val="15131F"/>
          <w:sz w:val="21"/>
        </w:rPr>
        <w:t>• 有风险收入的需求，要在 1 个工作日内交给创始人。</w:t>
      </w:r>
    </w:p>
    <w:p>
      <w:pPr>
        <w:spacing w:after="40"/>
        <w:ind w:left="283"/>
      </w:pPr>
      <w:r>
        <w:rPr>
          <w:rFonts w:ascii="Microsoft YaHei" w:hAnsi="Microsoft YaHei" w:cs="Microsoft YaHei" w:eastAsia="Microsoft YaHei"/>
          <w:b w:val="0"/>
          <w:color w:val="15131F"/>
          <w:sz w:val="21"/>
        </w:rPr>
        <w:t>• 频率或影响未知：写“未知”并去问，绝不猜测。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完成检查：</w:t>
      </w:r>
      <w:r>
        <w:rPr>
          <w:rFonts w:ascii="Microsoft YaHei" w:hAnsi="Microsoft YaHei" w:cs="Microsoft YaHei" w:eastAsia="Microsoft YaHei"/>
          <w:b w:val="0"/>
          <w:color w:val="5D5A70"/>
          <w:sz w:val="21"/>
        </w:rPr>
        <w:t>只有记录了决定、每位提出者都收到了对应的答复，才算关闭。</w:t>
      </w:r>
    </w:p>
    <w:p>
      <w:pPr>
        <w:spacing w:after="160"/>
      </w:pPr>
    </w:p>
    <w:p>
      <w:pPr>
        <w:spacing w:after="80"/>
      </w:pPr>
      <w:r>
        <w:rPr>
          <w:rFonts w:ascii="Microsoft YaHei" w:hAnsi="Microsoft YaHei" w:cs="Microsoft YaHei" w:eastAsia="Microsoft YaHei"/>
          <w:b/>
          <w:color w:val="15131F"/>
          <w:sz w:val="28"/>
        </w:rPr>
        <w:t>示例：一个需求、7 位客户，从首次回复到关闭</w:t>
      </w:r>
    </w:p>
    <w:p>
      <w:pPr>
        <w:spacing w:after="120"/>
      </w:pPr>
      <w:r>
        <w:rPr>
          <w:rFonts w:ascii="Microsoft YaHei" w:hAnsi="Microsoft YaHei" w:cs="Microsoft YaHei" w:eastAsia="Microsoft YaHei"/>
          <w:b w:val="0"/>
          <w:color w:val="5D5A70"/>
          <w:sz w:val="21"/>
        </w:rPr>
        <w:t>Bramblebook 是一款虚构的课程预约应用，面向小型健身工作室。2026 年 6 月至 9 月间，它记录了来自 7 家工作室的同一个需求。第七家在 9 月 22 日通过聊天提出。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客户：</w:t>
      </w:r>
      <w:r>
        <w:rPr>
          <w:rFonts w:ascii="Microsoft YaHei" w:hAnsi="Microsoft YaHei" w:cs="Microsoft YaHei" w:eastAsia="Microsoft YaHei"/>
          <w:b w:val="0"/>
          <w:color w:val="15131F"/>
          <w:sz w:val="21"/>
        </w:rPr>
        <w:t>你好，Bramblebook 能自动补上候补名额吗？每次有人取消我晚上 6 点的核心床课，前台都要一个个给候补名单上的人发短信。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AI 客服：</w:t>
      </w:r>
      <w:r>
        <w:rPr>
          <w:rFonts w:ascii="Microsoft YaHei" w:hAnsi="Microsoft YaHei" w:cs="Microsoft YaHei" w:eastAsia="Microsoft YaHei"/>
          <w:b w:val="0"/>
          <w:color w:val="15131F"/>
          <w:sz w:val="21"/>
        </w:rPr>
        <w:t>目前还不行，Maya。Bramblebook 有候补名单，但不会自动把下一位候补移到取消的名额里。现在可以这样做：打开课程，点击“候补名单”，再点击“邮件通知下一位”。这种情况多久出现一次，要占用员工多少时间？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客户：</w:t>
      </w:r>
      <w:r>
        <w:rPr>
          <w:rFonts w:ascii="Microsoft YaHei" w:hAnsi="Microsoft YaHei" w:cs="Microsoft YaHei" w:eastAsia="Microsoft YaHei"/>
          <w:b w:val="0"/>
          <w:color w:val="15131F"/>
          <w:sz w:val="21"/>
        </w:rPr>
        <w:t>几乎每天晚上都有，每周要花 3 到 4 个小时。说实话，这是我们在 1 月续约前考虑换别的应用的主要原因。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AI 客服：</w:t>
      </w:r>
      <w:r>
        <w:rPr>
          <w:rFonts w:ascii="Microsoft YaHei" w:hAnsi="Microsoft YaHei" w:cs="Microsoft YaHei" w:eastAsia="Microsoft YaHei"/>
          <w:b w:val="0"/>
          <w:color w:val="15131F"/>
          <w:sz w:val="21"/>
        </w:rPr>
        <w:t>谢谢您。我已把它连同您的回答记录下来，并把这段聊天转给了我们客服团队的 Ines。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Ines（客服）：</w:t>
      </w:r>
      <w:r>
        <w:rPr>
          <w:rFonts w:ascii="Microsoft YaHei" w:hAnsi="Microsoft YaHei" w:cs="Microsoft YaHei" w:eastAsia="Microsoft YaHei"/>
          <w:b w:val="0"/>
          <w:color w:val="15131F"/>
          <w:sz w:val="21"/>
        </w:rPr>
        <w:t>Maya 您好，我是 Ines。另外还有 6 家工作室提过候补自动补位，团队在 8 月 25 日决定开发它。我没法给您日期，因为我们只在功能准备好时才公布。您已经在名单上了，上线当天就会收到邮件。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客户：</w:t>
      </w:r>
      <w:r>
        <w:rPr>
          <w:rFonts w:ascii="Microsoft YaHei" w:hAnsi="Microsoft YaHei" w:cs="Microsoft YaHei" w:eastAsia="Microsoft YaHei"/>
          <w:b w:val="0"/>
          <w:color w:val="15131F"/>
          <w:sz w:val="21"/>
        </w:rPr>
        <w:t>好的，谢谢你跟我说实话。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Ines（客服）：</w:t>
      </w:r>
      <w:r>
        <w:rPr>
          <w:rFonts w:ascii="Microsoft YaHei" w:hAnsi="Microsoft YaHei" w:cs="Microsoft YaHei" w:eastAsia="Microsoft YaHei"/>
          <w:b w:val="0"/>
          <w:color w:val="15131F"/>
          <w:sz w:val="21"/>
        </w:rPr>
        <w:t>应该的。我也会把您 1 月续约的事告诉我们的创始人 Theo。</w:t>
      </w:r>
    </w:p>
    <w:p>
      <w:pPr>
        <w:spacing w:after="80"/>
      </w:pPr>
    </w:p>
    <w:p>
      <w:pPr>
        <w:spacing w:after="80"/>
      </w:pPr>
      <w:r>
        <w:rPr>
          <w:rFonts w:ascii="Microsoft YaHei" w:hAnsi="Microsoft YaHei" w:cs="Microsoft YaHei" w:eastAsia="Microsoft YaHei"/>
          <w:b/>
          <w:color w:val="15131F"/>
          <w:sz w:val="24"/>
        </w:rPr>
        <w:t>收集到的五个字段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86"/>
        <w:gridCol w:w="4986"/>
      </w:tblGrid>
      <w:tr>
        <w:tc>
          <w:tcPr>
            <w:tcW w:type="dxa" w:w="4986"/>
          </w:tcPr>
          <w:p>
            <w:r/>
            <w:r>
              <w:rPr>
                <w:rFonts w:ascii="Microsoft YaHei" w:hAnsi="Microsoft YaHei" w:cs="Microsoft YaHei" w:eastAsia="Microsoft YaHei"/>
                <w:b/>
                <w:color w:val="15131F"/>
                <w:sz w:val="19"/>
              </w:rPr>
              <w:t>客户目标</w:t>
            </w:r>
          </w:p>
        </w:tc>
        <w:tc>
          <w:tcPr>
            <w:tcW w:type="dxa" w:w="4986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不用员工逐个短信通知候补名单，就能补上取消的名额</w:t>
            </w:r>
          </w:p>
        </w:tc>
      </w:tr>
      <w:tr>
        <w:tc>
          <w:tcPr>
            <w:tcW w:type="dxa" w:w="4986"/>
          </w:tcPr>
          <w:p>
            <w:r/>
            <w:r>
              <w:rPr>
                <w:rFonts w:ascii="Microsoft YaHei" w:hAnsi="Microsoft YaHei" w:cs="Microsoft YaHei" w:eastAsia="Microsoft YaHei"/>
                <w:b/>
                <w:color w:val="15131F"/>
                <w:sz w:val="19"/>
              </w:rPr>
              <w:t>频率</w:t>
            </w:r>
          </w:p>
        </w:tc>
        <w:tc>
          <w:tcPr>
            <w:tcW w:type="dxa" w:w="4986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每天；7 家工作室，6 月 3 日至 9 月 22 日</w:t>
            </w:r>
          </w:p>
        </w:tc>
      </w:tr>
      <w:tr>
        <w:tc>
          <w:tcPr>
            <w:tcW w:type="dxa" w:w="4986"/>
          </w:tcPr>
          <w:p>
            <w:r/>
            <w:r>
              <w:rPr>
                <w:rFonts w:ascii="Microsoft YaHei" w:hAnsi="Microsoft YaHei" w:cs="Microsoft YaHei" w:eastAsia="Microsoft YaHei"/>
                <w:b/>
                <w:color w:val="15131F"/>
                <w:sz w:val="19"/>
              </w:rPr>
              <w:t>业务影响</w:t>
            </w:r>
          </w:p>
        </w:tc>
        <w:tc>
          <w:tcPr>
            <w:tcW w:type="dxa" w:w="4986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员工每周 3 到 4 小时；可能有 2 家工作室流失，每年 $2,856</w:t>
            </w:r>
          </w:p>
        </w:tc>
      </w:tr>
      <w:tr>
        <w:tc>
          <w:tcPr>
            <w:tcW w:type="dxa" w:w="4986"/>
          </w:tcPr>
          <w:p>
            <w:r/>
            <w:r>
              <w:rPr>
                <w:rFonts w:ascii="Microsoft YaHei" w:hAnsi="Microsoft YaHei" w:cs="Microsoft YaHei" w:eastAsia="Microsoft YaHei"/>
                <w:b/>
                <w:color w:val="15131F"/>
                <w:sz w:val="19"/>
              </w:rPr>
              <w:t>变通方法</w:t>
            </w:r>
          </w:p>
        </w:tc>
        <w:tc>
          <w:tcPr>
            <w:tcW w:type="dxa" w:w="4986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部分：“邮件通知下一位”，每个名额约 2 分钟</w:t>
            </w:r>
          </w:p>
        </w:tc>
      </w:tr>
      <w:tr>
        <w:tc>
          <w:tcPr>
            <w:tcW w:type="dxa" w:w="4986"/>
          </w:tcPr>
          <w:p>
            <w:r/>
            <w:r>
              <w:rPr>
                <w:rFonts w:ascii="Microsoft YaHei" w:hAnsi="Microsoft YaHei" w:cs="Microsoft YaHei" w:eastAsia="Microsoft YaHei"/>
                <w:b/>
                <w:color w:val="15131F"/>
                <w:sz w:val="19"/>
              </w:rPr>
              <w:t>承诺边界</w:t>
            </w:r>
          </w:p>
        </w:tc>
        <w:tc>
          <w:tcPr>
            <w:tcW w:type="dxa" w:w="4986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已计划，上线前不给日期</w:t>
            </w:r>
          </w:p>
        </w:tc>
      </w:tr>
      <w:tr>
        <w:tc>
          <w:tcPr>
            <w:tcW w:type="dxa" w:w="4986"/>
          </w:tcPr>
          <w:p>
            <w:r/>
            <w:r>
              <w:rPr>
                <w:rFonts w:ascii="Microsoft YaHei" w:hAnsi="Microsoft YaHei" w:cs="Microsoft YaHei" w:eastAsia="Microsoft YaHei"/>
                <w:b/>
                <w:color w:val="15131F"/>
                <w:sz w:val="19"/>
              </w:rPr>
              <w:t>负责人和下一步行动</w:t>
            </w:r>
          </w:p>
        </w:tc>
        <w:tc>
          <w:tcPr>
            <w:tcW w:type="dxa" w:w="4986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Ines Molina：给每位提出者发上线通知邮件</w:t>
            </w:r>
          </w:p>
        </w:tc>
      </w:tr>
    </w:tbl>
    <w:p/>
    <w:p>
      <w:pPr>
        <w:spacing w:after="80"/>
      </w:pPr>
      <w:r>
        <w:rPr>
          <w:rFonts w:ascii="Microsoft YaHei" w:hAnsi="Microsoft YaHei" w:cs="Microsoft YaHei" w:eastAsia="Microsoft YaHei"/>
          <w:b/>
          <w:color w:val="15131F"/>
          <w:sz w:val="24"/>
        </w:rPr>
        <w:t>评估与决定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86"/>
        <w:gridCol w:w="4986"/>
      </w:tblGrid>
      <w:tr>
        <w:tc>
          <w:tcPr>
            <w:tcW w:type="dxa" w:w="4986"/>
          </w:tcPr>
          <w:p>
            <w:r/>
            <w:r>
              <w:rPr>
                <w:rFonts w:ascii="Microsoft YaHei" w:hAnsi="Microsoft YaHei" w:cs="Microsoft YaHei" w:eastAsia="Microsoft YaHei"/>
                <w:b/>
                <w:color w:val="15131F"/>
                <w:sz w:val="19"/>
              </w:rPr>
              <w:t>得分</w:t>
            </w:r>
          </w:p>
        </w:tc>
        <w:tc>
          <w:tcPr>
            <w:tcW w:type="dxa" w:w="4986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12 分（满分 15 分）：提出者 5，每天 3，高 3，收入 2，部分 1，工作量 M 减 2</w:t>
            </w:r>
          </w:p>
        </w:tc>
      </w:tr>
      <w:tr>
        <w:tc>
          <w:tcPr>
            <w:tcW w:type="dxa" w:w="4986"/>
          </w:tcPr>
          <w:p>
            <w:r/>
            <w:r>
              <w:rPr>
                <w:rFonts w:ascii="Microsoft YaHei" w:hAnsi="Microsoft YaHei" w:cs="Microsoft YaHei" w:eastAsia="Microsoft YaHei"/>
                <w:b/>
                <w:color w:val="15131F"/>
                <w:sz w:val="19"/>
              </w:rPr>
              <w:t>决定</w:t>
            </w:r>
          </w:p>
        </w:tc>
        <w:tc>
          <w:tcPr>
            <w:tcW w:type="dxa" w:w="4986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8 月 25 日列入计划，10 月 5 日上线</w:t>
            </w:r>
          </w:p>
        </w:tc>
      </w:tr>
      <w:tr>
        <w:tc>
          <w:tcPr>
            <w:tcW w:type="dxa" w:w="4986"/>
          </w:tcPr>
          <w:p>
            <w:r/>
            <w:r>
              <w:rPr>
                <w:rFonts w:ascii="Microsoft YaHei" w:hAnsi="Microsoft YaHei" w:cs="Microsoft YaHei" w:eastAsia="Microsoft YaHei"/>
                <w:b/>
                <w:color w:val="15131F"/>
                <w:sz w:val="19"/>
              </w:rPr>
              <w:t>上线通知邮件</w:t>
            </w:r>
          </w:p>
        </w:tc>
        <w:tc>
          <w:tcPr>
            <w:tcW w:type="dxa" w:w="4986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7 家工作室全部发送，10 月 5 日和 6 日</w:t>
            </w:r>
          </w:p>
        </w:tc>
      </w:tr>
    </w:tbl>
    <w:p/>
    <w:p>
      <w:pPr>
        <w:spacing w:after="80"/>
      </w:pPr>
      <w:r>
        <w:rPr>
          <w:rFonts w:ascii="Microsoft YaHei" w:hAnsi="Microsoft YaHei" w:cs="Microsoft YaHei" w:eastAsia="Microsoft YaHei"/>
          <w:b/>
          <w:color w:val="15131F"/>
          <w:sz w:val="24"/>
        </w:rPr>
        <w:t>完成检查与 CRM 记录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324"/>
        <w:gridCol w:w="3324"/>
        <w:gridCol w:w="3324"/>
      </w:tblGrid>
      <w:tr>
        <w:tc>
          <w:tcPr>
            <w:tcW w:type="dxa" w:w="3324"/>
            <w:shd w:val="clear" w:color="auto" w:fill="EFE9FF"/>
          </w:tcPr>
          <w:p>
            <w:r/>
            <w:r>
              <w:rPr>
                <w:rFonts w:ascii="Microsoft YaHei" w:hAnsi="Microsoft YaHei" w:cs="Microsoft YaHei" w:eastAsia="Microsoft YaHei"/>
                <w:b/>
                <w:color w:val="15131F"/>
                <w:sz w:val="19"/>
              </w:rPr>
              <w:t>项目</w:t>
            </w:r>
          </w:p>
        </w:tc>
        <w:tc>
          <w:tcPr>
            <w:tcW w:type="dxa" w:w="3324"/>
            <w:shd w:val="clear" w:color="auto" w:fill="EFE9FF"/>
          </w:tcPr>
          <w:p>
            <w:r/>
            <w:r>
              <w:rPr>
                <w:rFonts w:ascii="Microsoft YaHei" w:hAnsi="Microsoft YaHei" w:cs="Microsoft YaHei" w:eastAsia="Microsoft YaHei"/>
                <w:b/>
                <w:color w:val="15131F"/>
                <w:sz w:val="19"/>
              </w:rPr>
              <w:t>已记录</w:t>
            </w:r>
          </w:p>
        </w:tc>
        <w:tc>
          <w:tcPr>
            <w:tcW w:type="dxa" w:w="3324"/>
            <w:shd w:val="clear" w:color="auto" w:fill="EFE9FF"/>
          </w:tcPr>
          <w:p>
            <w:r/>
            <w:r>
              <w:rPr>
                <w:rFonts w:ascii="Microsoft YaHei" w:hAnsi="Microsoft YaHei" w:cs="Microsoft YaHei" w:eastAsia="Microsoft YaHei"/>
                <w:b/>
                <w:color w:val="15131F"/>
                <w:sz w:val="19"/>
              </w:rPr>
              <w:t>状态</w:t>
            </w:r>
          </w:p>
        </w:tc>
      </w:tr>
      <w:tr>
        <w:tc>
          <w:tcPr>
            <w:tcW w:type="dxa" w:w="3324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决定</w:t>
            </w:r>
          </w:p>
        </w:tc>
        <w:tc>
          <w:tcPr>
            <w:tcW w:type="dxa" w:w="3324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已上线，2026 年 10 月 5 日</w:t>
            </w:r>
          </w:p>
        </w:tc>
        <w:tc>
          <w:tcPr>
            <w:tcW w:type="dxa" w:w="3324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完成</w:t>
            </w:r>
          </w:p>
        </w:tc>
      </w:tr>
      <w:tr>
        <w:tc>
          <w:tcPr>
            <w:tcW w:type="dxa" w:w="3324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已答复的提出者</w:t>
            </w:r>
          </w:p>
        </w:tc>
        <w:tc>
          <w:tcPr>
            <w:tcW w:type="dxa" w:w="3324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7 位全部答复，最后一位在 10 月 6 日</w:t>
            </w:r>
          </w:p>
        </w:tc>
        <w:tc>
          <w:tcPr>
            <w:tcW w:type="dxa" w:w="3324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完成</w:t>
            </w:r>
          </w:p>
        </w:tc>
      </w:tr>
      <w:tr>
        <w:tc>
          <w:tcPr>
            <w:tcW w:type="dxa" w:w="3324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知识库</w:t>
            </w:r>
          </w:p>
        </w:tc>
        <w:tc>
          <w:tcPr>
            <w:tcW w:type="dxa" w:w="3324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已加入新步骤，已删除旧限制</w:t>
            </w:r>
          </w:p>
        </w:tc>
        <w:tc>
          <w:tcPr>
            <w:tcW w:type="dxa" w:w="3324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完成</w:t>
            </w:r>
          </w:p>
        </w:tc>
      </w:tr>
      <w:tr>
        <w:tc>
          <w:tcPr>
            <w:tcW w:type="dxa" w:w="3324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任务</w:t>
            </w:r>
          </w:p>
        </w:tc>
        <w:tc>
          <w:tcPr>
            <w:tcW w:type="dxa" w:w="3324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上线通知邮件，Ines，截止 10 月 6 日</w:t>
            </w:r>
          </w:p>
        </w:tc>
        <w:tc>
          <w:tcPr>
            <w:tcW w:type="dxa" w:w="3324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完成</w:t>
            </w:r>
          </w:p>
        </w:tc>
      </w:tr>
      <w:tr>
        <w:tc>
          <w:tcPr>
            <w:tcW w:type="dxa" w:w="3324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标签、字段和备注</w:t>
            </w:r>
          </w:p>
        </w:tc>
        <w:tc>
          <w:tcPr>
            <w:tcW w:type="dxa" w:w="3324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标签“功能需求”；7 位联系人的字段值为“候补自动补位”</w:t>
            </w:r>
          </w:p>
        </w:tc>
        <w:tc>
          <w:tcPr>
            <w:tcW w:type="dxa" w:w="3324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完成</w:t>
            </w:r>
          </w:p>
        </w:tc>
      </w:tr>
      <w:tr>
        <w:tc>
          <w:tcPr>
            <w:tcW w:type="dxa" w:w="3324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记录表中的状态</w:t>
            </w:r>
          </w:p>
        </w:tc>
        <w:tc>
          <w:tcPr>
            <w:tcW w:type="dxa" w:w="3324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已关闭</w:t>
            </w:r>
          </w:p>
        </w:tc>
        <w:tc>
          <w:tcPr>
            <w:tcW w:type="dxa" w:w="3324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完成</w:t>
            </w:r>
          </w:p>
        </w:tc>
      </w:tr>
    </w:tbl>
    <w:p/>
    <w:p>
      <w:pPr>
        <w:spacing w:after="240"/>
      </w:pPr>
      <w:r>
        <w:rPr>
          <w:rFonts w:ascii="Microsoft YaHei" w:hAnsi="Microsoft YaHei" w:cs="Microsoft YaHei" w:eastAsia="Microsoft YaHei"/>
          <w:b w:val="0"/>
          <w:color w:val="5D5A70"/>
          <w:sz w:val="18"/>
        </w:rPr>
        <w:t>虚构的公司和客户</w:t>
      </w:r>
    </w:p>
    <w:p>
      <w:pPr>
        <w:spacing w:after="80"/>
      </w:pPr>
      <w:r>
        <w:rPr>
          <w:rFonts w:ascii="Microsoft YaHei" w:hAnsi="Microsoft YaHei" w:cs="Microsoft YaHei" w:eastAsia="Microsoft YaHei"/>
          <w:b/>
          <w:color w:val="15131F"/>
          <w:sz w:val="28"/>
        </w:rPr>
        <w:t>功能需求答复模板：每种决定允许说什么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493"/>
        <w:gridCol w:w="2493"/>
        <w:gridCol w:w="2493"/>
        <w:gridCol w:w="2493"/>
      </w:tblGrid>
      <w:tr>
        <w:tc>
          <w:tcPr>
            <w:tcW w:type="dxa" w:w="2493"/>
            <w:shd w:val="clear" w:color="auto" w:fill="EFE9FF"/>
          </w:tcPr>
          <w:p>
            <w:r/>
            <w:r>
              <w:rPr>
                <w:rFonts w:ascii="Microsoft YaHei" w:hAnsi="Microsoft YaHei" w:cs="Microsoft YaHei" w:eastAsia="Microsoft YaHei"/>
                <w:b/>
                <w:color w:val="15131F"/>
                <w:sz w:val="19"/>
              </w:rPr>
              <w:t>决定</w:t>
            </w:r>
          </w:p>
        </w:tc>
        <w:tc>
          <w:tcPr>
            <w:tcW w:type="dxa" w:w="2493"/>
            <w:shd w:val="clear" w:color="auto" w:fill="EFE9FF"/>
          </w:tcPr>
          <w:p>
            <w:r/>
            <w:r>
              <w:rPr>
                <w:rFonts w:ascii="Microsoft YaHei" w:hAnsi="Microsoft YaHei" w:cs="Microsoft YaHei" w:eastAsia="Microsoft YaHei"/>
                <w:b/>
                <w:color w:val="15131F"/>
                <w:sz w:val="19"/>
              </w:rPr>
              <w:t>客服可以说</w:t>
            </w:r>
          </w:p>
        </w:tc>
        <w:tc>
          <w:tcPr>
            <w:tcW w:type="dxa" w:w="2493"/>
            <w:shd w:val="clear" w:color="auto" w:fill="EFE9FF"/>
          </w:tcPr>
          <w:p>
            <w:r/>
            <w:r>
              <w:rPr>
                <w:rFonts w:ascii="Microsoft YaHei" w:hAnsi="Microsoft YaHei" w:cs="Microsoft YaHei" w:eastAsia="Microsoft YaHei"/>
                <w:b/>
                <w:color w:val="15131F"/>
                <w:sz w:val="19"/>
              </w:rPr>
              <w:t>绝不能说</w:t>
            </w:r>
          </w:p>
        </w:tc>
        <w:tc>
          <w:tcPr>
            <w:tcW w:type="dxa" w:w="2493"/>
            <w:shd w:val="clear" w:color="auto" w:fill="EFE9FF"/>
          </w:tcPr>
          <w:p>
            <w:r/>
            <w:r>
              <w:rPr>
                <w:rFonts w:ascii="Microsoft YaHei" w:hAnsi="Microsoft YaHei" w:cs="Microsoft YaHei" w:eastAsia="Microsoft YaHei"/>
                <w:b/>
                <w:color w:val="15131F"/>
                <w:sz w:val="19"/>
              </w:rPr>
              <w:t>回复</w:t>
            </w:r>
          </w:p>
        </w:tc>
      </w:tr>
      <w:tr>
        <w:tc>
          <w:tcPr>
            <w:tcW w:type="dxa" w:w="2493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评估中</w:t>
            </w:r>
          </w:p>
        </w:tc>
        <w:tc>
          <w:tcPr>
            <w:tcW w:type="dxa" w:w="2493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已记录、有多少人提过、团队何时评审需求</w:t>
            </w:r>
          </w:p>
        </w:tc>
        <w:tc>
          <w:tcPr>
            <w:tcW w:type="dxa" w:w="2493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它快要来了或很可能会做</w:t>
            </w:r>
          </w:p>
        </w:tc>
        <w:tc>
          <w:tcPr>
            <w:tcW w:type="dxa" w:w="2493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选项卡 4</w:t>
            </w:r>
          </w:p>
        </w:tc>
      </w:tr>
      <w:tr>
        <w:tc>
          <w:tcPr>
            <w:tcW w:type="dxa" w:w="2493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已计划</w:t>
            </w:r>
          </w:p>
        </w:tc>
        <w:tc>
          <w:tcPr>
            <w:tcW w:type="dxa" w:w="2493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团队会开发它；尚无公开日期</w:t>
            </w:r>
          </w:p>
        </w:tc>
        <w:tc>
          <w:tcPr>
            <w:tcW w:type="dxa" w:w="2493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日期、月份、季度或“很快”</w:t>
            </w:r>
          </w:p>
        </w:tc>
        <w:tc>
          <w:tcPr>
            <w:tcW w:type="dxa" w:w="2493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选项卡 4</w:t>
            </w:r>
          </w:p>
        </w:tc>
      </w:tr>
      <w:tr>
        <w:tc>
          <w:tcPr>
            <w:tcW w:type="dxa" w:w="2493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已计划，日期已公开</w:t>
            </w:r>
          </w:p>
        </w:tc>
        <w:tc>
          <w:tcPr>
            <w:tcW w:type="dxa" w:w="2493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公开的日期，并附链接</w:t>
            </w:r>
          </w:p>
        </w:tc>
        <w:tc>
          <w:tcPr>
            <w:tcW w:type="dxa" w:w="2493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任何其他日期</w:t>
            </w:r>
          </w:p>
        </w:tc>
        <w:tc>
          <w:tcPr>
            <w:tcW w:type="dxa" w:w="2493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选项卡 4</w:t>
            </w:r>
          </w:p>
        </w:tc>
      </w:tr>
      <w:tr>
        <w:tc>
          <w:tcPr>
            <w:tcW w:type="dxa" w:w="2493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不纳入计划</w:t>
            </w:r>
          </w:p>
        </w:tc>
        <w:tc>
          <w:tcPr>
            <w:tcW w:type="dxa" w:w="2493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不做、原因、最佳替代方案</w:t>
            </w:r>
          </w:p>
        </w:tc>
        <w:tc>
          <w:tcPr>
            <w:tcW w:type="dxa" w:w="2493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“以后也许会做”</w:t>
            </w:r>
          </w:p>
        </w:tc>
        <w:tc>
          <w:tcPr>
            <w:tcW w:type="dxa" w:w="2493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选项卡 5</w:t>
            </w:r>
          </w:p>
        </w:tc>
      </w:tr>
      <w:tr>
        <w:tc>
          <w:tcPr>
            <w:tcW w:type="dxa" w:w="2493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已上线</w:t>
            </w:r>
          </w:p>
        </w:tc>
        <w:tc>
          <w:tcPr>
            <w:tcW w:type="dxa" w:w="2493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已上线、如何使用、表示感谢</w:t>
            </w:r>
          </w:p>
        </w:tc>
        <w:tc>
          <w:tcPr>
            <w:tcW w:type="dxa" w:w="2493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还会有更多功能，除非已决定</w:t>
            </w:r>
          </w:p>
        </w:tc>
        <w:tc>
          <w:tcPr>
            <w:tcW w:type="dxa" w:w="2493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选项卡 6</w:t>
            </w:r>
          </w:p>
        </w:tc>
      </w:tr>
    </w:tbl>
    <w:p/>
    <w:p>
      <w:pPr>
        <w:spacing w:after="120"/>
      </w:pPr>
      <w:r>
        <w:rPr>
          <w:rFonts w:ascii="Microsoft YaHei" w:hAnsi="Microsoft YaHei" w:cs="Microsoft YaHei" w:eastAsia="Microsoft YaHei"/>
          <w:b/>
          <w:color w:val="15131F"/>
          <w:sz w:val="28"/>
        </w:rPr>
        <w:t>如何使用功能需求回复邮件模板</w:t>
      </w:r>
    </w:p>
    <w:p>
      <w:pPr>
        <w:spacing w:after="40"/>
      </w:pPr>
      <w:r>
        <w:rPr>
          <w:rFonts w:ascii="Microsoft YaHei" w:hAnsi="Microsoft YaHei" w:cs="Microsoft YaHei" w:eastAsia="Microsoft YaHei"/>
          <w:b/>
          <w:color w:val="15131F"/>
          <w:sz w:val="22"/>
        </w:rPr>
        <w:t>1. 一次性定好规则</w:t>
      </w:r>
    </w:p>
    <w:p>
      <w:pPr>
        <w:spacing w:after="120"/>
      </w:pPr>
      <w:r>
        <w:rPr>
          <w:rFonts w:ascii="Microsoft YaHei" w:hAnsi="Microsoft YaHei" w:cs="Microsoft YaHei" w:eastAsia="Microsoft YaHei"/>
          <w:b w:val="0"/>
          <w:color w:val="15131F"/>
          <w:sz w:val="21"/>
        </w:rPr>
        <w:t>承诺边界（除非已公开，否则不给日期）、谁做决定、评审日和积分。</w:t>
      </w:r>
    </w:p>
    <w:p>
      <w:pPr>
        <w:spacing w:after="40"/>
      </w:pPr>
      <w:r>
        <w:rPr>
          <w:rFonts w:ascii="Microsoft YaHei" w:hAnsi="Microsoft YaHei" w:cs="Microsoft YaHei" w:eastAsia="Microsoft YaHei"/>
          <w:b/>
          <w:color w:val="15131F"/>
          <w:sz w:val="22"/>
        </w:rPr>
        <w:t>2. 1 个工作日内回复</w:t>
      </w:r>
    </w:p>
    <w:p>
      <w:pPr>
        <w:spacing w:after="120"/>
      </w:pPr>
      <w:r>
        <w:rPr>
          <w:rFonts w:ascii="Microsoft YaHei" w:hAnsi="Microsoft YaHei" w:cs="Microsoft YaHei" w:eastAsia="Microsoft YaHei"/>
          <w:b w:val="0"/>
          <w:color w:val="15131F"/>
          <w:sz w:val="21"/>
        </w:rPr>
        <w:t>发送选项卡 1 或一条聊天回复，并把客户加到“需求提出者”工作表。</w:t>
      </w:r>
    </w:p>
    <w:p>
      <w:pPr>
        <w:spacing w:after="40"/>
      </w:pPr>
      <w:r>
        <w:rPr>
          <w:rFonts w:ascii="Microsoft YaHei" w:hAnsi="Microsoft YaHei" w:cs="Microsoft YaHei" w:eastAsia="Microsoft YaHei"/>
          <w:b/>
          <w:color w:val="15131F"/>
          <w:sz w:val="22"/>
        </w:rPr>
        <w:t>3. 每月评分并决定</w:t>
      </w:r>
    </w:p>
    <w:p>
      <w:pPr>
        <w:spacing w:after="120"/>
      </w:pPr>
      <w:r>
        <w:rPr>
          <w:rFonts w:ascii="Microsoft YaHei" w:hAnsi="Microsoft YaHei" w:cs="Microsoft YaHei" w:eastAsia="Microsoft YaHei"/>
          <w:b w:val="0"/>
          <w:color w:val="15131F"/>
          <w:sz w:val="21"/>
        </w:rPr>
        <w:t>按得分排序。为排名靠前的需求记录“已计划”或“不纳入计划”。</w:t>
      </w:r>
    </w:p>
    <w:p>
      <w:pPr>
        <w:spacing w:after="40"/>
      </w:pPr>
      <w:r>
        <w:rPr>
          <w:rFonts w:ascii="Microsoft YaHei" w:hAnsi="Microsoft YaHei" w:cs="Microsoft YaHei" w:eastAsia="Microsoft YaHei"/>
          <w:b/>
          <w:color w:val="15131F"/>
          <w:sz w:val="22"/>
        </w:rPr>
        <w:t>4. 把决定告知每个人</w:t>
      </w:r>
    </w:p>
    <w:p>
      <w:pPr>
        <w:spacing w:after="120"/>
      </w:pPr>
      <w:r>
        <w:rPr>
          <w:rFonts w:ascii="Microsoft YaHei" w:hAnsi="Microsoft YaHei" w:cs="Microsoft YaHei" w:eastAsia="Microsoft YaHei"/>
          <w:b w:val="0"/>
          <w:color w:val="15131F"/>
          <w:sz w:val="21"/>
        </w:rPr>
        <w:t>按需求标题筛选“需求提出者”，给每位客户发送选项卡 4、5 或 6。</w:t>
      </w:r>
    </w:p>
    <w:p>
      <w:pPr>
        <w:spacing w:after="40"/>
      </w:pPr>
      <w:r>
        <w:rPr>
          <w:rFonts w:ascii="Microsoft YaHei" w:hAnsi="Microsoft YaHei" w:cs="Microsoft YaHei" w:eastAsia="Microsoft YaHei"/>
          <w:b/>
          <w:color w:val="15131F"/>
          <w:sz w:val="22"/>
        </w:rPr>
        <w:t>5. 关闭并整理</w:t>
      </w:r>
    </w:p>
    <w:p>
      <w:pPr>
        <w:spacing w:after="120"/>
      </w:pPr>
      <w:r>
        <w:rPr>
          <w:rFonts w:ascii="Microsoft YaHei" w:hAnsi="Microsoft YaHei" w:cs="Microsoft YaHei" w:eastAsia="Microsoft YaHei"/>
          <w:b w:val="0"/>
          <w:color w:val="15131F"/>
          <w:sz w:val="21"/>
        </w:rPr>
        <w:t>没有人在等待时即可关闭。更新知识库。</w:t>
      </w:r>
    </w:p>
    <w:p>
      <w:pPr>
        <w:spacing w:after="80"/>
      </w:pPr>
      <w:r>
        <w:rPr>
          <w:rFonts w:ascii="Microsoft YaHei" w:hAnsi="Microsoft YaHei" w:cs="Microsoft YaHei" w:eastAsia="Microsoft YaHei"/>
          <w:b/>
          <w:color w:val="15131F"/>
          <w:sz w:val="24"/>
        </w:rPr>
        <w:t>在 CRMsoftware.pro 中设置</w:t>
      </w:r>
    </w:p>
    <w:p>
      <w:pPr>
        <w:spacing w:after="60"/>
      </w:pPr>
      <w:r>
        <w:rPr>
          <w:rFonts w:ascii="Microsoft YaHei" w:hAnsi="Microsoft YaHei" w:cs="Microsoft YaHei" w:eastAsia="Microsoft YaHei"/>
          <w:b w:val="0"/>
          <w:color w:val="15131F"/>
          <w:sz w:val="21"/>
        </w:rPr>
        <w:t>1. 创建标签：“设置”&gt;“对话标签”&gt;“新标签”，“标签”填“功能需求”。每个提到需求的聊天都打上这个标签。</w:t>
      </w:r>
    </w:p>
    <w:p>
      <w:pPr>
        <w:spacing w:after="60"/>
      </w:pPr>
      <w:r>
        <w:rPr>
          <w:rFonts w:ascii="Microsoft YaHei" w:hAnsi="Microsoft YaHei" w:cs="Microsoft YaHei" w:eastAsia="Microsoft YaHei"/>
          <w:b w:val="0"/>
          <w:color w:val="15131F"/>
          <w:sz w:val="21"/>
        </w:rPr>
        <w:t>2. 添加自定义字段：在左侧菜单中打开“Custom Fields”（自定义字段）&gt;“Add field”（添加字段）。“Entity type”（实体类型）选“联系人”（或“交易”），“Field label”（字段名称）填“功能需求”，“Field type”（字段类型）选“Select”（下拉选择）；用“Add option”（添加选项）加入您的需求标题，然后点击“Create field”（创建字段）。</w:t>
      </w:r>
    </w:p>
    <w:p>
      <w:pPr>
        <w:spacing w:after="60"/>
      </w:pPr>
      <w:r>
        <w:rPr>
          <w:rFonts w:ascii="Microsoft YaHei" w:hAnsi="Microsoft YaHei" w:cs="Microsoft YaHei" w:eastAsia="Microsoft YaHei"/>
          <w:b w:val="0"/>
          <w:color w:val="15131F"/>
          <w:sz w:val="21"/>
        </w:rPr>
        <w:t>3. 把五个字段写在联系人的“备注”或交易的“Notes”（备注）中。</w:t>
      </w:r>
    </w:p>
    <w:p>
      <w:pPr>
        <w:spacing w:after="60"/>
      </w:pPr>
      <w:r>
        <w:rPr>
          <w:rFonts w:ascii="Microsoft YaHei" w:hAnsi="Microsoft YaHei" w:cs="Microsoft YaHei" w:eastAsia="Microsoft YaHei"/>
          <w:b w:val="0"/>
          <w:color w:val="15131F"/>
          <w:sz w:val="21"/>
        </w:rPr>
        <w:t>4. 发送闭环邮件：“任务”&gt;“New Task”（新建任务），“Task title”（任务标题）填“上线通知邮件：候补自动补位”，“Assignee”（负责人）选需求负责人，“Deadline”（截止日期）填上线日；如有交易取决于这个功能，再填写“Linked deal”（关联交易）。</w:t>
      </w:r>
    </w:p>
    <w:p>
      <w:pPr>
        <w:spacing w:after="60"/>
      </w:pPr>
      <w:r>
        <w:rPr>
          <w:rFonts w:ascii="Microsoft YaHei" w:hAnsi="Microsoft YaHei" w:cs="Microsoft YaHei" w:eastAsia="Microsoft YaHei"/>
          <w:b w:val="0"/>
          <w:color w:val="15131F"/>
          <w:sz w:val="21"/>
        </w:rPr>
        <w:t>5. 把已知限制和变通方法放进 AI 客服的知识库：“我的机器人”&gt; 您的机器人 &gt;“基础知识”选项卡 &gt;“知识库”。功能上线后替换那张卡片。</w:t>
      </w:r>
    </w:p>
    <w:p>
      <w:pPr>
        <w:spacing w:after="60"/>
      </w:pPr>
      <w:r>
        <w:rPr>
          <w:rFonts w:ascii="Microsoft YaHei" w:hAnsi="Microsoft YaHei" w:cs="Microsoft YaHei" w:eastAsia="Microsoft YaHei"/>
          <w:b w:val="0"/>
          <w:color w:val="15131F"/>
          <w:sz w:val="21"/>
        </w:rPr>
        <w:t>6. 使用 Growth 版时，把选项卡 1 和聊天回复保存为已保存回复：“设置”&gt;“已保存回复”&gt;“新建回复”，填写“快捷键”（例如 /feature-ack）、“标题”、“回复内容”，开启“与团队共享”。</w:t>
      </w:r>
    </w:p>
    <w:p>
      <w:pPr>
        <w:spacing w:after="200"/>
      </w:pPr>
      <w:r>
        <w:rPr>
          <w:rFonts w:ascii="Microsoft YaHei" w:hAnsi="Microsoft YaHei" w:cs="Microsoft YaHei" w:eastAsia="Microsoft YaHei"/>
          <w:b w:val="0"/>
          <w:color w:val="5D5A70"/>
          <w:sz w:val="21"/>
        </w:rPr>
        <w:t>CRMsoftware.pro 没有公开路线图、投票板或需求门户：请把记录保存在这个 Excel 文件里。免费版：3 位用户，含 AI 聊天、基础知识库和基础任务。转人工和统一收件箱：Launch 版，按年付费每月 $19，支持 8 位用户。已保存回复：Growth 版，按年付费每月 $49，支持 20 位用户。</w:t>
      </w:r>
    </w:p>
    <w:p>
      <w:pPr>
        <w:spacing w:after="80"/>
      </w:pPr>
      <w:r>
        <w:rPr>
          <w:rFonts w:ascii="Microsoft YaHei" w:hAnsi="Microsoft YaHei" w:cs="Microsoft YaHei" w:eastAsia="Microsoft YaHei"/>
          <w:b/>
          <w:color w:val="15131F"/>
          <w:sz w:val="24"/>
        </w:rPr>
        <w:t>每月需求评审，30 分钟</w:t>
      </w:r>
    </w:p>
    <w:p>
      <w:pPr>
        <w:spacing w:after="60"/>
        <w:ind w:left="283"/>
      </w:pPr>
      <w:r>
        <w:rPr>
          <w:rFonts w:ascii="Microsoft YaHei" w:hAnsi="Microsoft YaHei" w:cs="Microsoft YaHei" w:eastAsia="Microsoft YaHei"/>
          <w:b w:val="0"/>
          <w:color w:val="15131F"/>
          <w:sz w:val="21"/>
        </w:rPr>
        <w:t>• 每个新需求都有客户目标、频率和业务影响。</w:t>
      </w:r>
    </w:p>
    <w:p>
      <w:pPr>
        <w:spacing w:after="60"/>
        <w:ind w:left="283"/>
      </w:pPr>
      <w:r>
        <w:rPr>
          <w:rFonts w:ascii="Microsoft YaHei" w:hAnsi="Microsoft YaHei" w:cs="Microsoft YaHei" w:eastAsia="Microsoft YaHei"/>
          <w:b w:val="0"/>
          <w:color w:val="15131F"/>
          <w:sz w:val="21"/>
        </w:rPr>
        <w:t>• 得分前 5 名都有带日期的决定。</w:t>
      </w:r>
    </w:p>
    <w:p>
      <w:pPr>
        <w:spacing w:after="60"/>
        <w:ind w:left="283"/>
      </w:pPr>
      <w:r>
        <w:rPr>
          <w:rFonts w:ascii="Microsoft YaHei" w:hAnsi="Microsoft YaHei" w:cs="Microsoft YaHei" w:eastAsia="Microsoft YaHei"/>
          <w:b w:val="0"/>
          <w:color w:val="15131F"/>
          <w:sz w:val="21"/>
        </w:rPr>
        <w:t>• 到周末时，没有任何需求显示“待回复”。</w:t>
      </w:r>
    </w:p>
    <w:p>
      <w:pPr>
        <w:spacing w:after="160"/>
      </w:pPr>
    </w:p>
    <w:p>
      <w:pPr>
        <w:spacing w:after="120"/>
      </w:pPr>
      <w:r>
        <w:rPr>
          <w:rFonts w:ascii="Microsoft YaHei" w:hAnsi="Microsoft YaHei" w:cs="Microsoft YaHei" w:eastAsia="Microsoft YaHei"/>
          <w:b w:val="0"/>
          <w:color w:val="5D5A70"/>
          <w:sz w:val="18"/>
        </w:rPr>
        <w:t>CRMsoftware.pro 免费模板。示例数据为虚构。</w:t>
      </w:r>
    </w:p>
    <w:p>
      <w:pPr>
        <w:spacing w:after="120"/>
      </w:pPr>
      <w:r>
        <w:rPr>
          <w:rFonts w:ascii="Microsoft YaHei" w:hAnsi="Microsoft YaHei" w:cs="Microsoft YaHei" w:eastAsia="Microsoft YaHei"/>
          <w:b w:val="0"/>
          <w:color w:val="6B3CF0"/>
          <w:sz w:val="18"/>
        </w:rPr>
        <w:t>https://crmsoftware.pro/zh/templates/feature-request-email-templates</w:t>
      </w:r>
    </w:p>
    <w:sectPr w:rsidR="00FC693F" w:rsidRPr="0006063C" w:rsidSect="00034616">
      <w:pgSz w:w="12240" w:h="15840"/>
      <w:pgMar w:top="1020" w:right="1134" w:bottom="102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Microsoft YaHei" w:hAnsi="Microsoft YaHe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功能需求回复邮件模板</dc:title>
  <dc:subject/>
  <dc:creator>CRMsoftware.pro</dc:creator>
  <cp:keywords/>
  <dc:description/>
  <cp:lastModifiedBy>CRMsoftware.pro</cp:lastModifiedBy>
  <cp:revision>1</cp:revision>
  <dcterms:created xsi:type="dcterms:W3CDTF">2013-12-23T23:15:00Z</dcterms:created>
  <dcterms:modified xsi:type="dcterms:W3CDTF">2013-12-23T23:15:00Z</dcterms:modified>
  <cp:category/>
</cp:coreProperties>
</file>