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跟进邮件模板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客户或潜在客户没有回音时 8 种情况下的跟进邮件：咨询、报价、会议或通话、未接来电、缺少资料、已解决的客服工单、客户爽约，以及收尾邮件。来自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选择与发生情况对应的模板，替换[方括号]中的每个词。从第 0 天（第一条没有得到回复的消息）开始按工作日计算，一次只发一次跟进，每次只提一个明确的请求，收到第一个答复就停止。把每条记录填入 Excel 跟进记录表。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客户未回复跟进邮件：回答咨询后没有回音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 小时 · 跟进：第 2 和第 5 个工作日 · 收尾邮件：第 10 个工作日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有人咨询您的服务，您回答了，然后就没有下文了，这时用这组邮件。第一次回答要在工作时间 1 小时内发出。在一项涉及 125 万条销售线索的研究中，在一小时内尝试联系线索的公司，完成线索资格审核的可能性是一小时后才尝试联系的公司的近 7 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回复：您关于[服务]的问题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2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[星期几]我漏说了一点：[一条新的有用信息，例如最早的开工日期，或和您情况相似的客户大多怎么选]。</w:t>
        <w:br/>
        <w:br/>
        <w:t>需要我[一个下一步，例如帮您约周四免费上门查看]吗？回复“是”或“否”就可以。</w:t>
        <w:br/>
        <w:br/>
        <w:t>[您的名字]，[公司]</w:t>
        <w:br/>
        <w:t>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[名字]，您的咨询还需要保留吗？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次跟进，第 5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我不想让邮件塞满您的收件箱，所以只问一个简短的问题：您还需要[服务]吗？</w:t>
        <w:br/>
        <w:br/>
        <w:t>回复“是”，我会在[日期]前[下一步]。</w:t>
        <w:br/>
        <w:t>回复“否”，我就关闭您的咨询。两种回答对我们都有帮助。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为什么等 2 个工作日：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一项大型邮件研究显示，超过 90% 的回复在收到邮件后一天内发出。两个工作日都没有动静，再发一封带新内容的提醒很合理。只写一句“只是跟进一下”就不行。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任何回复, 明确拒绝, 已约上门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报价后：换个角度跟进，再问保留还是关闭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第 1 次跟进：第 3 天 · 第 2 次跟进：第 7 个工作日 · 收尾邮件：第 12 个工作日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您针对客户要求的工作发出了报价，3 个工作日过去仍未收到回复。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如果是需要开会决策的大型方案，请使用 5 封邮件的销售跟进邮件序列。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您的[工作]报价：大多数客户都会问的问题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3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对于和您类似的报价，大多数客户都会问一个问题：[常见问题，例如旧风管要不要换]。就您家的情况来说，答案是[简短回答]。</w:t>
        <w:br/>
        <w:br/>
        <w:t>您的报价[价格]有效期至[日期]。报价里有没有您想调整的地方？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您的报价是保留还是关闭？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次跟进，第 7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[工作]的报价还需要为您保留吗？回复一个词就行：</w:t>
        <w:br/>
        <w:br/>
        <w:t>保留：我会在[日期]给您打电话，商定开工日期。</w:t>
        <w:br/>
        <w:t>以后：告诉我月份，我到时再联系您。</w:t>
        <w:br/>
        <w:t>关闭：没问题，感谢您找我们报价。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只为换来一个回复就降价。如果真是价格问题，当拒绝变得容易时，客户自然会说出来。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将答复记录为：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已推进, 暂不需要, 已拒绝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会后跟进邮件：会议总结加一个请求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会议总结：当天 · 跟进：第 2 和第 5 个工作日 · 收尾邮件：第 10 个工作日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当天发送，趁双方都还记得细节。与方案总结不同，这时还没有价格：写下您听到了什么、接下来做什么，以及您需要对方提供的那一样东西。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感谢您今天抽时间：[项目]的下一步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邮件，第 0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感谢您今天抽出时间。我了解到的情况：</w:t>
        <w:br/>
        <w:t>- [对方的主要问题，用对方的原话]</w:t>
        <w:br/>
        <w:t>- [对方最看重什么，例如系统安静或预算]</w:t>
        <w:br/>
        <w:t>- [时间要求，例如第一波寒潮之前]</w:t>
        <w:br/>
        <w:br/>
        <w:t>下一步：我会在[日期]前[您要做的事]。为此，我需要您提供一样东西：[那一项，例如电箱的照片]。</w:t>
        <w:br/>
        <w:br/>
        <w:t>我有理解错的地方吗？直接回复纠正我就行。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2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就[星期几]的[会议或通话]简单跟进一下。能把[那一项]发给我吗？有了它，我就能在[日期]前[下一步]。</w:t>
        <w:br/>
        <w:br/>
        <w:t>如果您的计划有变，回复一句话就行。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写明下一步、负责人和日期。以“有需要随时告诉我”结尾的总结，让读者无从回复。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一个请求，例如：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一张照片, 一个日期, 一个“是”或“否”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未接来电后：回电、留言，再写一封邮件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回电时限：1 小时 · 第二次致电：第 1 个工作日 · 收尾邮件：第 3 个工作日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工作时间 1 小时内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回电: 打回对方来电的号码。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留语音留言: 说明您是谁、为什么来电、怎么联系您。20 秒以内。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写一次: 有邮箱就发邮件。只有对方同意通过短信或 WhatsApp 接收您的消息，才用这些方式。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您好，我是[公司]的[您的名字]，回复您今天[时间]的来电。抱歉刚才没接到。请在[时间]前回电[电话]，或者回复我现在发给您的邮件。谢谢。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[名字]，抱歉没接到您的电话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邮件，第 0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您今天[时间]致电[公司]，很抱歉没接到。我在[时间]给您回了电话。</w:t>
        <w:br/>
        <w:br/>
        <w:t>有什么可以帮您？回复一句话，或告诉我您方便通话的时间，我今天就回复您。</w:t>
        <w:br/>
        <w:br/>
        <w:t>[您的名字]，[公司]</w:t>
        <w:br/>
        <w:t>[电话]，[营业时间]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未接来电不等于同意接收消息。WhatsApp 的商业政策只允许向提供了号码并同意接收您消息的人发送消息，并要求尊重每一个停止请求。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连打十个电话, 未经同意发消息, 在语音留言里推销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等待客户：一次说清缺的到底是什么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第一次提醒：第 3 天 · 第二次提醒：第 7 个工作日 · 保留至：第 12 个工作日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客户不发来某样东西您就无法推进时，用这组邮件：照片、型号、签好字的表格、尺寸，或方便上门的日期。礼貌跟进邮件要写明缺的具体是什么、为什么需要，以及收到后会怎样。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您的[工作]还差一样资料：[资料]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3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为了[下一步，例如确认新设备的价格]，我还需要：</w:t>
        <w:br/>
        <w:t>1. [资料，例如炉子铭牌的照片]</w:t>
        <w:br/>
        <w:t>2. [第二项资料，如有]</w:t>
        <w:br/>
        <w:br/>
        <w:t>发送方式：直接回复这封邮件，附上[资料]。收到后，我会在[1]个工作日内[下一步]。</w:t>
        <w:br/>
        <w:br/>
        <w:t>我们这边不着急：[您的报价或预约]会保留到[日期]。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次跟进，第 7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[名字]，您好，[工作]我还在为您保留。如果[资料]不好找，我可以[更简单的办法，例如上门时拍照]。这样可以吗？[您的名字]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以取消相威胁。把请求保留着，到发收尾邮件那天再关闭，并给对方留一条轻松回来的路。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每次提醒都要写明：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缺什么, 为什么需要, 接下来会怎样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客服工单解决后：核实、确认、说明如何重新打开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请客户确认：第 0 天 · 回访：第 2 个工作日 · 关闭工单：第 5 个工作日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亲自核实问题已解决：测试一下、亲眼看到结果，或请技术人员在现场确认。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清楚重新打开的方式：回复这封邮件，或来电并提供工单编号。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[问题]已修复，请确认（编号：[工单编号]）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邮件，第 0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[问题]已经修复。我们做了什么：[改动内容，一句话]。我们怎么核实的：[例如，维修后让系统运行了 30 分钟]。</w:t>
        <w:br/>
        <w:br/>
        <w:t>能否请您确认一下，在您那边是否一切正常？一个词就够：“已修复”或“还没好”。</w:t>
        <w:br/>
        <w:br/>
        <w:t>如果问题再次出现，请回复这封邮件，或致电[电话]并提供编号[工单编号]。工单会重新打开，由同一位同事处理，您不用再从头解释。</w:t>
        <w:br/>
        <w:br/>
        <w:t>我们可以发给您一个简短的问题，了解我们做得怎么样吗？如果可以，请回复“是”。如果不愿意，我们就不会再问。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2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[问题]修好后还正常吗？如果正常，您什么都不用做。如果不正常，请回复“还没好”，我今天就给您打电话。</w:t>
        <w:br/>
        <w:br/>
        <w:t>我会在[日期]关闭工单。之后随时回复，都可以重新打开。</w:t>
        <w:br/>
        <w:br/>
        <w:t>[您的名字]，编号[工单编号]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如果没人回复，在第 5 个工作日关闭工单。客服系统也是这样运作的：Zendesk 默认在工单解决 4 天后将其关闭，在此之前客户回复会重新打开工单。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为什么不附促销：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英国数据保护监管机构表示，服务消息如果同时推广您的服务，就算作直接营销。先询问能否征求反馈，只向回复“是”的人发送调查。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已修复，已确认, 已重新打开, 未回复，已关闭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客户爽约后：不责怪，给两个新时间，只跟进一次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小时 · 跟进：第 2 个工作日 · 收尾邮件：第 5 个工作日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客户错过了上门、电话或视频会议。等 15 分钟，打一次电话，然后在一小时内发出这封邮件。先假设对方是临时有事。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[名字]，抱歉今天没能见到您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邮件，第 0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今天[时间]，[同事姓名]已经为[预约事项]做好了准备，但没能联系上您。希望一切都好。</w:t>
        <w:br/>
        <w:br/>
        <w:t>以下时间您方便吗？</w:t>
        <w:br/>
        <w:t>- [星期几][时间]</w:t>
        <w:br/>
        <w:t>- [星期几][时间]</w:t>
        <w:br/>
        <w:t>也可以在这里选择时间：[预约链接]。</w:t>
        <w:br/>
        <w:br/>
        <w:t>如果您不再需要[服务]，回复“取消”，我就把预约关闭。完全没关系。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次跟进，第 2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[名字]，您好，[星期几][时间]这个时段我可以为您保留到明天[时间]。需要帮您预约吗？回复“是”或“否”就行。[您的名字]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收取预约时没有说明过的爽约费，或发送超过一次跟进。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提供：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两个新时间, 一个预约链接, 轻松取消的方式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收尾邮件：最后一封跟进邮件，语气保持友好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关闭记录：3 天后 · 语气：友好而明确 · 绝不：让对方内疚或设虚假期限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在跟进时间表的最后一天发送。这是唯一一封说明您将停止跟进的邮件，它让任何答复都变得容易，包括拒绝。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关于[服务]的咨询，我先关闭了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[名字]，这件事要不要先告一段落？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关于[事项]一直没有收到您的回复，所以我会在[日期]在我这边关闭它，之后不再打扰您。</w:t>
        <w:br/>
        <w:br/>
        <w:t>如果您仍然需要[服务]，回复这封邮件或致电[电话]，我们会接着上次的进度继续。如果您已经找到了需要的服务，我也替您高兴。</w:t>
        <w:br/>
        <w:br/>
        <w:t>感谢您想到[公司]。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客服工单版本：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[名字]，您好，一直没有收到您的回复，所以我今天关闭工单[工单编号]。如果[问题]再次出现，回复这封邮件，工单就会重新打开，由我继续处理。谢谢。[您的名字]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发出之后：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3 个工作日内仍未回复：把记录关闭为“未回复，已关闭”，也不要把对方转入新闻邮件。如果有人要求停止，立即停止：FTC 要求在 10 个工作日内落实商业邮件的退订请求，企业对企业的邮件也不例外。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将记录关闭为：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未回复，已关闭, 暂不需要, 已拒绝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示例：一份没有回音的报价，客户在网站聊天中回来了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Harrowgate Heating &amp; Air 是一家虚构的供暖和制冷公司，报了一台热泵的价格后一直没有回音。在这个客户未回复跟进邮件示例中，第 2 次跟进当晚就在网站聊天中得到了答复，由 AI 客服先回复。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15 日周二 21:40：我们的炉子已经用了 22 年。你们安装热泵吗？大概多少钱？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是的，我们安装风管式热泵。价格取决于房子的情况，所以由我们的估价师 Ben 在 45 分钟的免费上门查看后给出固定报价。能留下您的姓名、邮箱和电话吗？这样办公室明天上午就能帮您约上门时间。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次跟进，9 月 23 日周三：对于和您类似的报价，大多数人都会问一个问题：风管要不要换？您家的风管通过了 Ben 的检查，可以继续使用。报价里有没有您想调整的地方？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2 次跟进，9 月 29 日周二：您的热泵报价还需要保留吗？回复一个词就行：保留、以后或关闭。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29 日周二 21:12：您好，我是 Dana Whitfield。保留，不过我们 10 月 20 日之前没法安装。价格还有效吗？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谢谢，Dana。我们的报价有效期为 30 天，安装日期由办公室安排。我已经把您的消息和您需要的日期转给了 Nora，她会在明天（周三）10:00 前回复您。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日周三 09:02：Dana，早上好，我是 Nora。10 月 20 日之后安装，价格仍为 $9,850。Ben 可以安排 10 月 22 日周四或 10 月 27 日周二。您哪天方便？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27 日周二吧，谢谢。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已为您预约 10 月 27 日周二 8:00 起安装。我现在就把确认邮件和定金链接发给您。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跟进记录：Dana Whitfield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报价后：热泵，$9,850，有效期 30 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 0 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18 日周五，邮件发送报价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 1 次跟进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23 日周三，第 3 个工作日：风管问题。未回复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 2 次跟进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日周二，第 7 个工作日：保留、以后还是关闭？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日周二 21:12，在网站聊天中，第 2 次跟进之后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收尾邮件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原计划 10 月 6 日周二发送，无需发送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负责人，可用其他渠道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Nora；电话：是，在聊天中提供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已推进：10 月 27 日周二安装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CRMsoftware.pro 中的任务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截止日期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23 日周三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次跟进：Dana Whitfield，报价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已发送，未回复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日周二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次跟进：Dana Whitfield，报价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已发送，当晚回复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日周三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 Dana：安装日期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 10 月 27 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日周四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核对定金：Dana Whitfield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日已付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同几周跟进记录表中的其他记录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未接来电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Raymond Ortiz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40 分钟内回电，已约上门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等待客户资料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Helen Brooks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第一次提醒后收到照片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已解决的客服工单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Sofia Reyes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0 天回复“已修复”，调查：“是”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客户爽约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Alan Price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封邮件后仍未回复，已关闭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客户没回复，什么时候发第二封跟进邮件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 0 天：首条消息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跟进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收尾邮件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以下情况停止或切换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咨询后未回复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您的回答，工作时间 1 小时内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和第 5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10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任何回复、已约上门或明确拒绝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报价后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邮件发送的报价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和第 7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12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任何回复。大型方案请使用 5 封邮件的销售跟进序列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会议或通话后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当天发送的会议总结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和第 5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10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对方发来所需资料或确认下一步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未接来电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工作时间 1 小时内回电、语音留言并发邮件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个工作日再打一次电话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对方回电或回信。短信或 WhatsApp 须经对方同意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等待客户资料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列明缺少的具体内容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和第 7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12 个工作日，在此之前保留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收到资料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已解决的客服工单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已核实修复，请客户确认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个工作日：关闭工单，回复即可重新打开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“已修复”或“还没好”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客户爽约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一小时内提供两个新时间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对方改约或取消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让礼貌跟进邮件得到回复的六条规则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这些规则适用于任何客户跟进邮件，无论是销售还是客服。全团队一次约定好即可。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每封邮件只提一个明确的请求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提一个对方几个字就能回答的问题：是或否、两个时间选一个、一项缺少的资料。同时提两个请求，对方往往只回答容易的那个。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请求：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上门查看定在周二 10:00 还是周四 14:00，您哪个方便？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让对方轻松说“不”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把拒绝当作正常的答复，并说明接下来会怎样。明确的拒绝会结束跟进，也能节省您的时间。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如果现在时机不合适，回复“暂不需要”就行，我会关闭您的咨询。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换个角度，而不是加大力度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绝不写“只是跟进一下”。每次跟进都增加一样新东西：常见问题的答案、新的日期、更简单的方案，或类似工程的照片。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经同意才换渠道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在对话开始的渠道上跟进。只有对方为此提供了号码并同意，才打电话、发短信或发 WhatsApp 消息。WhatsApp 的政策要求事先获得同意，并尊重每一个停止请求。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收到第一个答复就停止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任何回复都会让跟进停止，哪怕是“暂不需要”。对方要求停止，就立即结束所有跟进。在美国，商业邮件的退订请求必须在 10 个工作日内落实。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一位负责人，一个日期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每条未结束的跟进都有一位负责人和一个下一次跟进日期，记在 CRM 或记录表中。没有日期，第二次跟进往往就永远发不出去。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本页内容不构成法律建议。电子邮件、电话和消息的规定因国家而异，请查阅客户所在地的官方规定。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如何使用这套跟进邮件模板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选择情况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打开与发生情况对应的选项卡，填写方括号中的内容。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记录第 0 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记录表中添加一行，或在 CRM 中创建一个任务。应发日期按跟进时间表计算。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一次只发一次跟进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到了应发日期，发送下一封邮件，换一个新角度，只提一个请求。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收到第一个答复就停止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记录回复日期和结果。拒绝或要求停止会立即结束跟进。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发送收尾邮件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发出最后一封邮件，3 个工作日后关闭记录。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在左侧菜单中打开“任务”，点击“New Task”（新建任务）。填写“Task title”（任务标题），例如“第 1 次跟进：Dana Whitfield，报价”，选择“Assignee”（负责人），把“Deadline”（截止日期）设为下一次跟进日期；如果是销售，再选择“Linked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在联系人或线索的“备注”中（交易中为“Notes”），写下第 0 天、您发送的内容，以及对方是否同意接听电话或接收消息。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每天早上打开“My Tasks”（我的任务），先处理“Due today”（今天到期）和“Overdue”（逾期）。从您自己的邮箱发送邮件，在“Status summary”（状态摘要）中写下结果，点击“Mark done”（标记完成），再创建下一个任务。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Growth 版时，把聊天版本保存为已保存回复：“设置” &gt; “已保存回复” &gt; “新建回复”，填写“快捷键”（例如 /noshow）、“标题”和“回复内容”。在聊天回复框中输入快捷键即可插入。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沉默的客户回到网站聊天时，AI 客服会根据您的“知识库”回复。在“我的机器人” &gt; “基础知识”选项卡中，在“说明”里写明谁负责跟进报价、在什么时间之前回复。使用 Launch 版时，需要真人处理的聊天会在“实时支持”中显示为“等待客服”。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不会替您发送跟进邮件或邮件序列：每封邮件都由您从自己的邮箱发送，任务负责记住日期。AI 聊天和基础任务对 3 位用户免费。“实时支持”中的转人工从 Launch 版起提供，按年付费每月 $19；已保存回复在 Growth 版，每月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每周跟进复盘，10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每条未结束的记录都有一位负责人和一个下一次跟进日期。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“逾期”：今天就发，或改期并写明原因。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“待关闭”：把记录关闭为“未回复，已关闭”。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已回复但没有结果：今天就记录结果。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回复率最低的情况：先重写它的首条消息。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https://crmsoftware.pro/zh/templates/follow-up-email-templates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跟进邮件模板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