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酒店预订咨询话术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适用于酒店住宿、团体或活动场地、旅游和游艇包租的预订咨询话术，附日期已满、信息不全和客人更换语言时的回复、交接摘要和完整示例。来自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把[方括号]中的每个词替换为您自己的信息。保留您销售的预订类型对应的话术，并始终保留第 7 部分的申请规则，确保 AI 绝不确认预订。把结果粘贴到 AI 指令或团队的聊天备注中。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话术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酒店住宿：单人、情侣和家庭的客房预订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问题数：6 · 转给：预订部 · 回复时限：2 个工作小时内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适用于单人、情侣或家庭，最多[4]间客房。每条消息只问一个问题，客人已经说过的就不要再问。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必填信息，按此顺序询问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入住和退房日期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成人和儿童人数，以及儿童年龄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房间数和房型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每晚预算区间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特殊需求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姓名和邮箱或电话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1.1 日期和晚数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价格和可订情况每晚都不同。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如果客人说“五月某个时候”：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给出两个选项，例如[5 月 7 日周五至 9 日周日]或[5 月 14 日周五至 16 日周日]。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您想哪天入住、哪天退房？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1.2 成人、儿童和年龄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年龄决定床位安排，往往也影响价格。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如果客人说“一家人”：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问具体人数，而不是笼统的说法。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几位成人、几名儿童？孩子们多大了？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1.3 房间和房型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客人选房型，真人来确认。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如果客人问有哪些房型：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列出[2]到[3]种房型及起价，绝不报总价。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您更想要[房型 A]还是[房型 B]？每晚[价格]起。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1.4 每晚预算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开放式的预算问题很少有人回答，但大多数人愿意选一个区间。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如果客人不想说：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记为“未提供”，然后继续。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您每晚的预算更接近[$150]以下、[$150 到 $250]，还是[$250]以上？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1.5 特殊需求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一个开放式问题，就能问出真正重要的事。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如果客人要求提前入住：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记为需求，由真人答复。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还有什么需要我们了解的吗？例如无障碍需求、婴儿床、停车或晚到。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1.6 联系方式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没有联系方式，就没法发报价。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如果客人犹豫：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说明报价会通过邮件或电话发送，让对方自己选。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[同事]把报价发到哪个邮箱或电话最方便？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结束语：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谢谢您，[名字]。您的申请：[入住日期]至[退房日期]，[成人人数]位成人和[儿童人数]名儿童，[房型]，每晚约[预算]。这是预订申请，还不是正式预订。[同事]会查询是否可订，并在[时间]前发送报价。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交接摘要：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酒店住宿申请，交给[负责人]。状态：申请中，未确认。日期：[入住日期]至[退房日期]，共[晚数]晚。人数：[成人人数]位成人，[儿童人数]名儿童（年龄：[年龄]）。客房：[房间数]间[房型]。预算：每晚[区间]。需求：[需求]。缺少：[信息或无]。语言：[语言]。联系方式：[邮箱或电话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绝不要写房间有空或已订好。企业要为自己的聊天机器人对客户说的话负责。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团体或活动场地：婚礼、会议和团体订房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问题数：6 · 转给：活动经理 · 回复时限：同一工作日内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适用于婚礼、聚会、会议、团建，以及预订[10]间或以上客房的住宿。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必填信息，按此顺序询问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活动类型、日期和备选日期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人数，需要住宿时还有每晚房间数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时间和场地布置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餐饮、酒水和其他需求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总预算或人均预算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谁来决定，以及何时决定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姓名、公司和邮箱或电话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2.1 活动和日期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场地卖的是日期。备选日期就是第二次机会。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如果日期还没定：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询问月份和偏好的星期几。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您计划办什么活动，在哪一天？有备选日期吗？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2.2 人数和客房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人数决定用哪个场地。需要过夜的客人还要加订团体房。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如果客人说“60 到 80 人”：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两个数字都记下，团队按较多的人数准备。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预计有多少位客人？有人需要住宿吗？每晚大约需要几间房？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2.3 时间和布置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80 人的围桌晚宴和 80 人的站立酒会需要不同的场地。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如果客人不确定：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提供您最常用的[2]种布置方式。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活动几点开始、几点结束？您想要围桌用餐、站立酒会，还是剧院式排座？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2.4 餐饮、酒水和其他需求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餐饮会大幅影响价格。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如果客人自带餐饮：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记下来，由活动团队决定。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需要我们提供餐饮和酒水吗？还需要其他设备吗，例如投影屏幕或麦克风？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2.5 预算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有一个区间，就只需做一份报价，而不是三份。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如果客人不愿透露：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先给出您的区间：“这类活动通常在[区间]之间，和您的预期接近吗？”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您心里有总预算或人均预算吗？给个大概区间就可以。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2.6 决策和时间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来咨询的人往往不是签字的人。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如果由别人决定：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问报价是否也要发给对方。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还有谁参与决定？您需要在什么时候之前选定场地？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结束语：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[名字]。您的申请：[日期]举办[活动]，备选日期[日期]，[人数]位客人，[布置方式]，预算[区间]。这是一份申请，日期尚未为您保留。我们的活动经理[同事]会在[时间]前发送可订情况和初步报价。请问最方便联系您的邮箱或电话是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邀请看场地：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您想先来看看场地吗？可以在这里和[同事]约个时间：[预约链接]。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交接摘要：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活动申请，交给[负责人]。状态：申请中，未确认。活动：[日期]举办[类型]，备选日期[日期]。人数：[人数]。客房：每晚[房间数]间，共[晚数]晚。时间和布置：[时间]，[布置方式]。餐饮和其他需求：[详情]。预算：[区间]。决策人：[谁]，[日期]前决定。缺少：[信息或无]。语言：[语言]。联系方式：[详情]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旅游或体验项目：一日游、乘船游和体验课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问题数：6 · 转给：旅游服务台 · 回复时限：2 小时内，当天 15 分钟内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适用于有固定出发时间的旅游、乘船游和体验课。这里重要的是年龄、接送和安全，而不是房间。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必填信息，按此顺序询问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线路、日期和出发时间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人数，以及儿童的年龄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接送地点或集合点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拼团还是私人团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安全事项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姓名和出行当天可联系的手机号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3.1 线路、日期和时间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旅游有固定场次，名额有限。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如果客人说“这个周末”：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用完整日期复述：“10 月 10 日周六，[10:00]还是[16:00]？”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您想参加哪条线路，哪一天？我们的出发时间是[时间]。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3.2 人数和年龄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很多项目有最低年龄限制或儿童价。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如果孩子未达年龄要求：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如实说明，并推荐适合所有年龄的线路：[其他线路]。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一共几位参加？孩子们多大？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3.3 接送地点或集合点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没有这个信息，导游就得在出发当天早上打电话，出发时间也会推迟。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如果客人还不知道住哪家酒店：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先给出集合点，酒店名称稍后再问。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我们去哪里接您？您也可以到[集合点]和我们会合。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3.4 拼团还是私人团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对旅游来说，这就是预算问题。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如果客人问价格：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给出拼团的人均价格。私人团由团队报价。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您想加入拼团，还是只为您一行人安排私人团？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3.5 安全事项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行动不便、过敏或有人不会游泳，都会影响哪条线路是安全的。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如果客人提到身体状况：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不给任何建议。记录下来，由负责人决定。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有什么需要导游知道的吗？例如行动不便、过敏，或有人不会游泳。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3.6 手机号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出行当天，计划随时可能变化。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如果客人只留了邮箱：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再问一次，之后就接受邮箱。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出行期间导游可以打哪个手机号联系您？WhatsApp 也可以。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结束语：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谢谢您，[名字]。您的申请：[日期][时间]的[线路]，[成人人数]位成人和[儿童人数]名儿童（年龄：[年龄]），在[地点]接送。这是申请，名额尚未确认。[同事]会在[时间]前确认名额和价格。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今天或明天出发：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出发时间这么近，请直接拨打[电话]。我也已把您的申请发给了[同事]。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交接摘要：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旅游申请，交给[负责人]。状态：申请中，未确认。紧急：[是或否]。线路：[线路]，[拼团或私人团]，[日期]，[时间]。人数：[成人人数]位成人，[儿童人数]名儿童（年龄：[年龄]）。接送：[地点]。安全事项：[事项或无]。缺少：[信息或无]。语言：[语言]。手机：[号码]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游艇包租：按天或按周，含船员或自驾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问题数：6 · 转给：包租经理 · 回复时限：24 小时内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适用于按天或按周的包租，含船员或自驾均可。包租需要知道港口、船上人数，以及由谁驾驶。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必填信息，按此顺序询问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日期，以及当天往返还是过夜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出发港，单程时还有到达港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船上人数：成人和儿童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含船员还是自驾，以及船长证书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游艇或船型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包租费预算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姓名和邮箱或电话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4.1 日期和包租类型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按周包租通常是[周六]到[周六]。按天包租的计价方式不同。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如果客人想要不满一周：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记下来，由包租经理决定。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您考虑哪几天？是当天往返，还是要在船上过夜？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4.2 港口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单程意味着游艇还得开回来，价格可能因此变化。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如果客人说的港口您不服务：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推荐离得最近的港口：[港口]。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您想在[母港]出发和返回，还是在别处结束行程？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4.3 船上人数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每艘游艇都有核定载客上限，过夜时往往更低。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如果人数超过上限：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不做任何承诺。提出[两艘游艇]或[按天包租]，并请真人核实。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船上一共几位客人？其中有几名儿童？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4.4 含船员还是自驾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自驾是客人自己驾驶游艇，所以要先核实船长资质。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如果客人选择自驾：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索取船长证书并了解驾驶经验。由包租经理决定。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您想要配有船长和船员的包租，还是自驾（光船租赁），由您的团队自己驾驶游艇？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4.5 游艇或船型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有具体的游艇或船型，就足以做初步报价。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如果客人指定了游艇：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记为“或同类游艇”，以防已被订走。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您有心仪的游艇吗？或者偏好哪种船型：帆船、双体船还是机动游艇？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4.6 包租费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包租费因游艇和季节而异，附加费用在报价中列出。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如果低于您的最低价：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推荐更小的游艇、更少的天数或当天往返。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您的包租费预算大概是多少？餐饮、燃油和港口费等附加费用会在报价中单独列出。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结束语：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[名字]。您的申请：[游艇或船型]，[含船员或自驾]，[开始日期]至[结束日期]，从[港口]出发，[成人人数]位成人和[儿童人数]名儿童，包租费约[预算]。这是预订申请，还不是正式预订。[同事]会查询是否可订，并在[时间]前发送包含价格和条款的报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交接摘要：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包租申请，交给[负责人]。状态：申请中，未确认。游艇：[游艇或船型]，[含船员或自驾]。日期：[开始]至[结束]，共[晚数]晚。港口：[出发港]至[到达港]。人数：[成人人数]位成人，[儿童人数]名儿童（年龄：[年龄]）。船长证书：[证书或无需]。包租费：[区间]。缺少：[信息或无]。语言：[语言]。联系方式：[邮箱或电话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根据 Red Ensign Group Yacht Code，24 米及以上的商业游艇最多搭载 12 名乘客；在国外包租游艇的人通常需要出示驾驶能力证明。请在知识库中列出每艘游艇的载客上限。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日期、房间、线路或游艇无法预订时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替代方案：最多 2 个 · 候补名单：务必写明答复日期 · 如果客人拒绝：状态设为“已流失”，并注明原因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 AI 看不到实时的可订情况。它只知道知识库里写的内容：停业季节、载客上限，以及您标记为已满的日期。其余的由真人核实。绝不要写“应该有空”。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按以下顺序提供替代方案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其他日期: 最近的可订日期，或提前、推后一周。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其他选项: 价格相近的其他房间、场地、出发时间或游艇。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候补名单: 必须写明您会在哪天前答复，绝不当作预订。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转介: 如果您帮不上忙，推荐一家您信任的合作伙伴。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AI：日期已标记为停业或已满：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[商家名称]在[日期][停业或已订满]。我们最近的可订日期是[日期]。需要我把这些日期的申请发给[同事]吗？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AI：超过载客上限：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[选项]最多可容纳[12]位客人。如果是[14]位，[同事]可以查一下[替代方案]。需要我把这个加到您的申请里吗？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AI：客人问是否有空：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我看不到实时的可订情况，但可以现在就把您的申请发给[同事]。[同事]会在[时间]前回复您。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负责人：两个替代方案：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感谢您耐心等待，[名字]。[选项]在[日期]无法预订。我可以为您提供[替代方案 1]或[替代方案 2]。需要我为其中一个发送报价吗？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负责人：候补名单：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您已加入[日期][选项]的候补名单。这不是预订。如果有空出来，我会马上通知您；如果没有，我会在[日期]前告诉您。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如果客人全部拒绝：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感谢您考虑我们。如果计划有变，欢迎随时在这里联系我们。[合作伙伴]在您的日期可能还有空位：[链接]。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信息不全和客人更换语言时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每次补问：1 项 · 每项最多问：2 次 · 绝不跳过：联系方式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客人常常一次只发一半的信息。保留已有的内容，只询问缺少的第一项信息。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信息不全时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保留已有信息: 客人已经提供的信息，绝不重复询问。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一次只补问一项: 每个问题只问一项缺失信息。成人和儿童人数可以放在一起问。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复述模糊的回答: 把“下周末”换成“10 月 16 日周五至 18 日周日”，并请客人确认。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问两次后停止: 然后转交，写明“缺少：[信息]”，并把状态设为“信息不全”。只有联系方式不能跳过。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AI：客人只提供了部分信息：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谢谢，[名字]。我已记下[日期]，[人数]位客人。为了让[同事]准备报价，还想再问一下：[针对缺失信息的问题]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AI：客人未提供预算：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没关系。大概更接近[区间 A]、[区间 B]还是[区间 C]？如果您不方便说，我就先空着。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AI：仍缺少联系方式：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为了把您的申请发给[同事]，我需要一个邮箱或电话号码。您更方便用哪个？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客人更换语言时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用客人最后一条消息的语言回复。客人换了语言，您也跟着换，不用询问。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日期要写明月份，不要只写数字：07/10 在美国表示 7 月 10 日，在欧洲大部分地区表示 10 月 7 日。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价格要带币种代码，例如 USD 180。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姓名和地址保持客人写的原样。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摘要用团队的工作语言撰写，并注明“语言：[语言]”。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在一项针对 8,709 名消费者的调查中，76% 的人更愿意在有母语信息时购买。从 Growth 版起，CRMsoftware.pro 收件箱会为负责人自动翻译。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申请与确认：AI 可以说什么、不能说什么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AI 说“已预订”：绝不 · 谁来确认：真人 · 在此之前的状态：申请中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只有真人在核实可订情况、价格和条款之后，才能确认预订。在此之前，AI 只收集申请。加拿大一家审裁机构曾裁定加拿大航空（Air Canada）须为其网站聊天机器人对客户说的话负责。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绝不能说的话，以及应该怎么说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绝不能说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应该说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您的房间已订好。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您的申请已记录。[同事]会在[时间]前确认是否可订。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有的，可以订。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我看不到实时的可订情况，[同事]会帮您核实。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总价是 $2,400。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每晚[价格]起，准确价格会在报价中给出。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我帮您保留。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[同事]可以告诉您能否为您保留。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免费取消，没问题。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取消条款写在报价中，也可以在[政策页面]查看。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粘贴到 AI 指令中：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负责为[商家名称]收集预订申请。你看不到可订情况，也不能确认预订、价格、保留、折扣或退款。绝不能说预订“已订好”“已确认”“已预留”“有保证”或“已保留”。要称之为申请，说明由谁确认，以及在什么时间前确认。只报知识库中的起价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由谁确认，何时确认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负责人核实: 在您自己的系统或日历中核实可订情况、价格和条款。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负责人发送报价: 价格、条款和付款方式。状态：“已发报价”。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客人接受: 按您的条款支付定金、付款或签署协议。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负责人确认: 直到这时才能说：“您的预订已确认。”状态：“负责人已确认”。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交接摘要：把每条申请转给对应的负责人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状态：申请中 · 第一行：类型和负责人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摘要是负责人最先看到的内容。它应该让负责人无需再问客人，就能核实可订情况并发送报价。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哪类申请转给谁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申请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回复时限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酒店住宿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[预订部]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[2 个工作小时内]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团体或活动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[活动经理]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[同一工作日内]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旅游或体验项目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[旅游服务台]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[2 小时内，当天出发 15 分钟内]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游艇包租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[包租经理]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[24 小时内]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不确定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[前台或老板]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[2 个工作小时内]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摘要格式：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类型]申请，交给[负责人]。状态：申请中，未确认。日期：[日期]，共[晚数]晚。人数：[成人人数]位成人，[儿童人数]名儿童（年龄：[年龄]）。选项：[房间、场地、线路或游艇]。地点：[接送地点或港口]。预算：[区间]。需求：[备注]。缺少：[信息或无]。语言：[语言]。联系方式：[邮箱或电话]。承诺回复：[时间]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告诉客人：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谢谢您。我已把您的申请发给负责[酒店住宿、活动、旅游或包租]的[同事]，对方会在[时间]前回复您。在此之前，这只是申请，不是预订。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如果没人在线：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我们的团队目前不在线。您的申请已保存，[同事]会在明天[时间]前回复您。如有急事，请拨打[电话]。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为每位负责人指定一名备用人员。在无人查看的收件箱里等待的申请，就是一笔流失的预订。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CRMsoftware.pro 中的提醒：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邮件, 推送, 实时支持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完整示例：一条包租申请，4 分钟内转给对应的负责人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Tidewell Harbor 使用的酒店预订咨询话术。这是一家虚构的港口酒店，有活动露台、乘船游和三艘包租游艇。客人在晚上 9:14 发来一半的信息；AI 只询问缺少的部分，并把完整的申请转给包租经理 Marta。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你好！Aurora 明年 7 月 10 日到 17 日有空吗？我们一共 10 个人。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您好，感谢联系 Tidewell Harbor。我看不到实时的可订情况，但会把您的申请发给负责核实的包租经理 Marta。我已记下 2027 年 7 月 10 日至 17 日，10 位客人。其中有几名儿童？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两个孩子，9 岁和 12 岁，其他都是大人。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谢谢。您想要配有船长和船员的包租，还是自驾（光船租赁），由您的团队自己驾驶游艇？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要带船员的，我们都不会开船。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好的，含船员。您想在 Tidewell Harbor 这里出发和返回吗？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是的，往返。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您的包租费预算大概是多少？餐饮、燃油和港口费等附加费用会在报价中单独列出。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大概 2 万到 2.5 万美元。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谢谢。Marta 把报价发到哪个邮箱最方便？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anna.w@example.com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谢谢您，Anna。您的申请如下：Aurora，含船员，2027 年 7 月 10 日至 17 日，从 Tidewell Harbor 出发，8 位成人和 2 名儿童，包租费约 $20,000 至 $25,000。这是预订申请，还不是正式预订。Marta 会查询是否可订，并在明天中午前通过邮件发送报价。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太好了，谢谢！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Marta（包租）：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Anna，早上好，我是 Marta。Aurora 在 2027 年 7 月 10 日至 17 日可以预订，包含价格和条款的报价已发到您的邮箱。我会为您保留这艘游艇到 10 月 16 日周五。收到签署的协议和定金后，预订即确认。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发给 Marta 的交接摘要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申请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游艇包租，交给 Marta（包租）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申请中，未确认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游艇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Aurora，含船员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日期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2027 年 7 月 10 日周六至 17 日周六，共 7 晚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港口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Tidewell Harbor，往返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人数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8 位成人，2 名儿童（9 岁和 12 岁）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预算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包租费 $20,000 至 $25,000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缺少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语言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英语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联系方式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Anna W.，anna.w@example.com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承诺回复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7 日周三中午前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从申请到预订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时间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步骤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周二晚上 9:14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网站聊天中的第一条消息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新咨询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周二晚上 9:18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摘要已发给 Marta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已转给负责人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周三上午 9:05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已核实可订情况，报价已通过邮件发送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已发报价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16 日周五前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签署协议并支付定金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负责人已确认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虚构示例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酒店、场地、旅游和游艇包租咨询的必填信息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信息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酒店住宿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团体或活动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旅游或体验项目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游艇包租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日期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入住和退房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活动日期和备选日期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日期和出发时间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开始和结束日期，当天往返或过夜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人数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成人、儿童和年龄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人数和每晚房间数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人数和儿童年龄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船上人数，不超过游艇上限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选项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房间和房型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布置、餐饮和其他需求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拼团或私人团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游艇或船型，含船员或自驾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地点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不需要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不需要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接送地点或集合点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出发港和到达港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预算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每晚，按区间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总预算或人均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按价目表，私人团另行报价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包租费，附加费用另列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额外核实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特殊需求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谁来决定，何时决定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安全事项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自驾需船长证书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需要换一种回答方式的预订咨询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会让简单话术失灵的情况，以及 AI 该怎么说。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客人想先知道价格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不要拒绝，也不要猜总价。给出起价，并说明哪些因素会影响价格。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客房每晚[价格]起。准确价格取决于您的日期，我先问两个信息，[同事]会把价格发给您。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客人想现在就付款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付款要在真人确认之后。从 Launch 版起，负责人可以在 CRMsoftware.pro 中发送报价单、电子签名协议或付款链接。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谢谢您。日期确认后，[同事]会发送报价，并附上安全的付款方式。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策划人或代理替客户咨询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来咨询的人不一定是出行或付款的人。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预订用您的名字还是您客户的名字？报价应该发给谁？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申请在夜间发来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现在就收集全部信息，并承诺回复时间。客人不必再发一次消息。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我们的团队[9:00]上班。您的申请已保存，[同事]会在[11:00]前回复您。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从 Launch 版起，带日历同步的预约功能可以让客人选择通话或实地参观的时间。房间、名额和游艇仍由您的团队确认。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 步设置您的酒店预订咨询话术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选择您的预订类型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保留您销售的类型对应的标签页，再加上第 5 到第 8 个标签页。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填写方括号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房间和价格、场地、旅游出发时间和年龄限制、游艇、港口，以及每位负责人的姓名。停业日期和载客上限写进知识库。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加入申请规则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把第 7 个标签页中的措辞粘贴到 AI 指令中。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测试，然后每周复盘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发送五条测试咨询，其中一条信息不全，一条用其他语言。每周查看一次记录表。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打开“我的机器人”，选择您的机器人，在“基础知识”选项卡中把问题、申请规则和负责人粘贴到“说明”中。把价格、停业日期和载客上限添加到“知识库”。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在“行为”选项卡中开启“收集用户数据”，在聊天开始前询问姓名和联系方式。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在“连接”选项卡中开启“发送电子邮件通知”，并在“已分配用户”中添加您的负责人。同时开启推送通知。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点击“保存更改”，并用“尝试机器人”发送一条测试申请。在“实时支持”中接手，状态会从“等待客服”变为“已完成”。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在线索收件箱中，一键把活动或包租申请转换为联系人、公司和交易。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免费版包含 AI 聊天、基础知识库、有限的线索收件箱和 1 个销售管道。带邮件和推送提醒的转人工从 Launch 版起提供，按年付费每月 $19，支持 8 位用户。CRMsoftware.pro 不连接酒店预订系统，也不查询可订情况：每笔预订都由您的团队确认。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每周咨询复盘，15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信息不全：客人会跳过哪个问题？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负责人错误：摘要写的是正确的人吗？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AI 写了“已预订”或“已确认”的聊天：当天就修改指令。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https://crmsoftware.pro/zh/templates/hospitality-lead-qualification-script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酒店预订咨询话术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