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AI 转人工交接手册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七个把聊天从 AI 转给真人的触发条件，附现成话术、交接备注、回复时限和非工作时间应对方案。来自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把每个[方括号]中的内容替换为您自己的信息，删除不需要的触发条件，再把其余内容粘贴到 AI 指令中。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转人工触发条件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要求转人工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优先级：高 · 回复时限：10 分钟 · 转给：当前聊天值班人员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何时转人工：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客户要求找真人、人工客服、经理，或要求打电话。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客户输入“人工”“真人”或“别用机器人了”。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AI 已经回答过，客户仍重复同一个问题。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好的。我现在就把这段对话转给[同事]，并附上您已经说过的所有内容，您无需重复。预计回复时间：[10 分钟]内。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无人在线时：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我们的团队目前不在线。我已保存您的消息，[同事]会在[时间]前在这里回复您。如有急事，请拨打[电话]。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不要反驳这个请求，也不要问“为什么”。立即转人工，并让 AI 保持安静，直到真人回复。</w:t>
      </w:r>
    </w:p>
    <w:p>
      <w:pPr>
        <w:spacing w:after="12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AI 无法回答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优先级：普通 · 回复时限：15 分钟 · 转给：产品或服务专家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何时转人工：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知识库里没有答案。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AI 已回答两次，客户仍在问同一件事。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问题需要做决定、破例处理或单独报价。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为了确保答复准确，我请[同事]来回答。对方能看到我们的对话，会在[15 分钟]内在这里回复您。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无人在线时：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我暂时没有确切的答案，团队目前也不在线。[同事]会在[时间]前在这里给您详细答复。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记录 AI 无法回答的每个问题，并把答案补充到知识库中，这个触发条件就会越来越少出现。</w:t>
      </w:r>
    </w:p>
    <w:p>
      <w:pPr>
        <w:spacing w:after="12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客户不满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优先级：高 · 回复时限：5 分钟 · 转给：团队主管或该客户的负责人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何时转人工：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言辞激烈、全用大写字母，或连续发送多条消息。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投诉未兑现的承诺、延误或服务差。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客户表示要给差评或取消。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很抱歉发生这样的事。我正在请能解决问题的[同事]介入，并已转达详细情况，您无需再解释一遍。预计回复时间：[5 分钟]内。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无人在线时：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很抱歉发生这样的事。团队目前不在线，我已将您的消息标记为紧急。[同事]会在[时间]前联系您。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接手的人应先道歉，并给出一个具体的下一步，而不是重复 AI 已经问过的问题。</w:t>
      </w:r>
    </w:p>
    <w:p>
      <w:pPr>
        <w:spacing w:after="12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付款、退款或取消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优先级：高 · 回复时限：15 分钟 · 转给：老板或账单负责人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何时转人工：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退款、拒付、重复扣款或发票错误。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取消、降级或暂停套餐或订单。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要求打折或更改付款条件。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付款问题需要由人工核实，所以我把它转给[同事]。对方会在[15 分钟]内在这里回复您。请不要在此聊天中发送银行卡号。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无人在线时：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账单问题需要人工处理，而团队目前不在线。[同事]会在[时间]前回复您。在此之前，不会产生任何扣款或取消。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绝不能承诺退款、折扣或取消日期。它只负责收集事实，然后转人工。</w:t>
      </w:r>
    </w:p>
    <w:p>
      <w:pPr>
        <w:spacing w:after="12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准备购买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优先级：高 · 回复时限：5 分钟 · 转给：销售负责人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何时转人工：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线索要求报价、合同、演示或通话。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预算、时间和决策人都已确认。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AI 无法定价的大额或定制订单。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太好了，这件事由[同事]负责，对方马上加入。对方能看到您的信息，会在[5 分钟]内在这里回复您。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无人在线时：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谢谢，所有信息都已保存。[同事]会在[时间]前联系您。您也可以在这里预约通话：[预约链接]。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这里速度决定成败：在一小时内联系的线索，资格审核成功的可能性要高得多。如果没人能及时回复，就发送预约链接。</w:t>
      </w:r>
    </w:p>
    <w:p>
      <w:pPr>
        <w:spacing w:after="12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敏感或高风险问题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优先级：高 · 回复时限：30 分钟 · 转给：老板或经理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何时转人工：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法律威胁、人身伤害、安全或医疗问题。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要求删除、导出或更改个人数据。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任何 AI 不能承诺或决定的事。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这件事需要我们团队的人来处理，所以我把它连同我们的对话一起转给[同事]。对方会在[30 分钟]内在这里回复您。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无人在线时：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这件事需要人工处理，而团队目前不在线。[同事]会在[时间]前回复您。如果有人处于危险之中，请拨打当地的紧急电话。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 AI 指令中把这些话题列为“绝不回答，一律转人工”，这样 AI 就不会自己尝试处理。</w:t>
      </w:r>
    </w:p>
    <w:p>
      <w:pPr>
        <w:spacing w:after="12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故障或账户无法访问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优先级：普通 · 回复时限：30 分钟 · 转给：客服或技术负责人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何时转人工：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客户无法登录、付款或使用某项功能。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报错信息、故障截图或页面打不开。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问题出现在您这边做了改动之后。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感谢您提供的详细信息。我把这个问题转给[同事]，对方可以查看您的账户，会在[30 分钟]内在这里回复您。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无人在线时：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我已保存详细信息和截图。团队目前不在线，[同事]会在[时间]前回复您最新进展。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让 AI 在转人工前收集报错文字、所在页面、设备和截图，可以省去一轮提问。</w:t>
      </w:r>
    </w:p>
    <w:p>
      <w:pPr>
        <w:spacing w:after="1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触发条件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优先级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回复时限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转给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1. 要求转人工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分钟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当前聊天值班人员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2. AI 无法回答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普通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15 分钟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产品或服务专家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3. 客户不满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分钟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团队主管或该客户的负责人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4. 付款、退款或取消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15 分钟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老板或账单负责人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5. 准备购买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分钟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销售负责人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6. 敏感或高风险问题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30 分钟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老板或经理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7. 故障或账户无法访问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普通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30 分钟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客服或技术负责人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交接备注：需要转交的字段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客户姓名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邮箱或电话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渠道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转人工原因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客户需求（一句话）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AI 已回答的内容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承诺的回复时间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语言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对话链接</w:t>
      </w:r>
    </w:p>
    <w:p>
      <w:pPr>
        <w:spacing w:after="12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无人在线时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转人工后却无人回应，比不转人工更糟。为每种情况定好规则，并把话术写进 AI 指令。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非工作时间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告诉客户团队何时上班，并承诺回复时间。保存详细信息，避免重复询问。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我们的团队将于[9:00]上班。[同事]会在[10:00]前在这里回复您。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所有人都在忙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给出实际的等待时间。如果超过时限，提供回电或预约链接。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我们正在为其他客户服务。[同事]会在[20 分钟]内回复您，您也可以在这里预约通话：[链接]。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负责人不在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为每个触发条件指定一名备用负责人。转人工会转给备用负责人，而不是无人查看的收件箱。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话术：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今天由[备用同事]代替[同事]处理，会在[15 分钟]内回复您。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完整示例：一次 6 分钟完成的转人工，留住了客户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一家虚构装修公司的客户要求找真人。AI 附上交接备注转人工，同事在同一个聊天中回复。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我预约了明天上门查看，但一直没人确认。可以找真人聊聊吗？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好的。我现在就把这段对话转给 Kim，并附上您已经说过的所有内容，您无需重复。预计回复时间：10 分钟内。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在您等待期间想确认一下：555-0142 仍是联系您的最佳号码吗？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是的，那是我的手机。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Kim（团队）：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Owen 您好，我是 Kim。抱歉让您久等了。您的上门查看已确认在明天 9:00，由 Dan 负责，确认信息我刚刚发到了您的邮箱。还有什么可以帮您的吗？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太好了，谢谢！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发给 Kim 的交接备注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Owen P.，浴室翻新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联系方式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owen@example.com, 555-0142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渠道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网站聊天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原因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要求转人工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需求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确认明天的上门查看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AI 已说明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上门已排入日程，尚未发送确认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承诺回复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分钟内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优先级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高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时间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转人工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14:02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首次人工回复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14:08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回复用时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 分钟，时限 10 分钟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先是等待客服，后为已完成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 步设置转人工流程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列出触发条件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从本页的 7 个触发条件开始，删除不需要的。再加上 AI 绝不能回答的话题。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编写话术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每个触发条件写一条转人工话术和一条非工作时间话术。始终说明由谁回复、何时回复。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指定负责人和时限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每个触发条件指定一名负责人和一名备用负责人，并设定团队每天都能做到的回复时限。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确定交接备注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同事无需再次询问即可回复所需的字段：客户是谁、想要什么、AI 说了什么、承诺的时间。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每周复盘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检查超时回复和最常见的触发条件。把缺失的答案补充到知识库，减少需要人工处理的聊天。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打开“我的机器人”，选择您的机器人，在“基础知识”选项卡的“说明”中粘贴触发条件和话术。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在“行为”选项卡中开启“收集用户数据”，让 AI 在转人工前拿到客户姓名和联系方式。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在“连接”选项卡中开启“发送电子邮件通知”，聊天需要人工支持时您会收到邮件；并在“已分配用户”中添加同事。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开启网页推送或移动应用通知，让转人工请求第一时间送达。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在“实时支持”中打开聊天，接手并回复。状态会从“等待客服”变为“已完成”。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转人工和统一收件箱从 Launch 版起提供。Growth 版还在收件箱中增加快捷回复和自动翻译。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每周转人工复盘，15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超时回复：是负责人不在，还是时限定得太短？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常见触发条件：哪些问题应该补充到知识库？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仍在等待的聊天：每位客户都收到承诺的回复了吗？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AI 话术：转人工后，客户是否还要重复说明？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不满的客户：问题解决了吗？有没有后续跟进？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免费模板。可复制、编辑并用于您的业务。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https://crmsoftware.pro/zh/templates/human-handover-playbook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转人工交接手册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