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线索资格审核话术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五套适用于聊天、电话、预订和 SaaS 试用的话术，附评分表和完整示例。来自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使用前，请把每个[方括号]中的内容替换为您自己的信息。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30"/>
        </w:rPr>
        <w:t>话术 1. 服务咨询：网站在线聊天或 WhatsApp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 4 到 6 条简短消息判断线索是否匹配，然后预约通话或转交真人。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开场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“您好，感谢联系[公司名称]。请问有什么可以帮您？”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每条消息只问一个问题，等对方回复后再继续。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需求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“明白了。您最想改变或解决的是什么？”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匹配度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“项目在哪里？我们的服务范围是[服务区域]。”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超出服务区域，或是您不提供的服务：切换到婉拒话术。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时间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“您希望什么时候开始？”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只是随便看看，或开始时间在[6 个月]以后：发送一份实用指南，并设定跟进日期。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预算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“这类项目的费用通常在[价格区间]。这和您的预期相符吗？”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低于[最低预算]：切换到婉拒话术，并推荐其他选择。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 决策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“还有其他人参与决定吗？欢迎他们一起参加通话。”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 下一步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“太好了。下一步是与[销售姓名]进行一次免费的[20]分钟通话。预约链接在这里：[预约链接]。确认邮件发到哪个邮箱？”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移交前需收集：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姓名, 所需服务, 地点或服务区域, 开始日期, 预算范围, 谁来决策, 邮箱或电话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何时停止提问：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您已了解需求、匹配度、开始日期和联系方式。在线聊天中最多问 6 个问题；如果线索要求转人工，或询问您无法给出的价格，请立即转交真人。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移交给销售：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[姓名]需要在[地点]做[服务]。目标：[目标]。开始：[日期]。预算：[范围]。决策人：[谁]。评分：[x]/10，[热或温]。下一步：已预约[日期和时间]通话。来源：网站聊天。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30"/>
        </w:rPr>
        <w:t>话术 2. 客户来电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8 分钟内完成资格判断，并在挂断前约定下一步。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开场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“感谢致电[公司名称]，我是[您的名字]。请问有什么可以帮您？”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先让对方说完，并记下对方的原话。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征得同意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“我可以问几个简短的问题，帮您转接给合适的同事吗？”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对方现在不方便：约定回电时间，并发送日历邀请。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需求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“今天是什么原因让您打电话来？您之前尝试过哪些方法？”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影响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“如果到[月份]还没解决，会有什么影响？”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匹配度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“项目规模有多大：涉及多少[人员、房间、地点或单位]？”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规模太小或太大：切换到婉拒话术。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 预算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“大多数客户的投入在[价格区间]之间。这在您的预算范围内吗？”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还没有预算：提出通过邮件发送价目表，并预约一次跟进通话。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 决策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“还有谁会参与选择？他们希望看到什么？”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 下一步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“如果合适，您希望什么时候开始？我们约[星期几]和[销售姓名]通话[30]分钟。[时间]方便吗？”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移交前需收集：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姓名和公司, 来电原因, 已尝试过的方法, 规模或范围, 预算范围, 谁来决策, 开始日期, 如何找到你们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何时停止提问：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已经过了 8 分钟，或您已了解需求、匹配度、预算、决策流程和开始日期。在通话中就约好下一步，不要以“稍后发资料给您”这种模糊承诺结束。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移交给销售：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[公司]的[姓名]来电咨询[需求]。已尝试：[内容]。规模：[范围]。预算：[区间]。决策人：[谁]。开始：[日期]。获知渠道：[来源]。评分：[x]/10。下一步：[会议日期和时间]。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30"/>
        </w:rPr>
        <w:t>话术 3. 预订咨询：酒店、旅游、包船或场地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收集完整的预订信息，并明确说明：在工作人员确认房态和付款前，这只是预订申请。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日期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“感谢您关注[商家名称]。您考虑哪几天？”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日期不明确：给出两个选项，例如本周末或下周末。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人数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“一共几位？有儿童吗？”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选项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“您对[选项 A]还是[选项 B]感兴趣？目前价格[价格]起。”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只报当前价目表中的价格。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预算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“您每[晚或人]的预算大概是多少？”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低于您的最低价格：建议其他日期或更实惠的选项。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特殊需求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“有什么特殊需求吗？例如无障碍设施、饮食要求或接送。”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 已满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日期已订满：告诉对方[日期]已满，推荐[备选 1]或[备选 2]，并询问是否将其中一个登记为预订申请。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 语言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客人使用其他语言：用对方的语言回复，内部备注则用团队的工作语言。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 结束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“谢谢。已记录您的申请：[日期]、[人数]、[选项]。这还不是确认的预订：[工作人员]将在[时间]前确认房态和付款。请问最方便联系您的邮箱或电话是？”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移交前需收集：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日期和时间, 人数, 房型、线路或服务, 每晚或每人预算, 特殊需求, 偏好语言, 邮箱或电话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何时停止提问：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您已获得日期、人数、选项和联系方式。凡是未经工作人员核实的房态、价格或退款，一律不要确认。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移交给销售：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申请：[日期]，[人数]人（儿童[人数]），[选项]。预算：每[晚或人][金额]。特殊需求：[备注]。语言：[语言]。联系方式：[邮箱或电话]。状态：申请中，未确认。确认截止：[时间]。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30"/>
        </w:rPr>
        <w:t>话术 4. SaaS 演示申请或免费试用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了解使用场景、团队规模和期限，然后把线索引导到自助配置、产品演示或长期培育。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使用场景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“感谢试用[产品名称]。您最想先用它完成什么？”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当前工具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“您目前在用什么工具？哪些地方不好用？”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团队规模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“会有多少人使用？”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[1 到 3] 名用户：发送配置指南和免费版链接，让对方自助上手。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集成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“需要和哪些工具配合使用？”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缺少必需的集成：如实告知，并记录为功能需求。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期限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“您希望什么时候正式用起来？”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 决策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“还需要谁审批：经理、IT 还是财务？”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 预算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“您有这方面的预算吗？按月还是按年？”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 分流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“[星期几]与[销售姓名]进行一次[20]分钟的演示，可以展示[使用场景]。[时间]方便吗？”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既无期限也无预算：发送一个简短案例，并在[30 天]后跟进。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移交前需收集：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公司和职位, 主要使用场景, 当前工具, 用户数, 必需的集成, 期限, 谁来审批, 预算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何时停止提问：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您已能决定分流方向：自助、演示或长期培育。不要在聊天里做完整演示。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移交给销售：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[公司]，[职位]。使用场景：[使用场景]。当前：[当前工具]。用户数：[数量]。需要：[集成]。期限：[日期]。审批人：[谁]。预算：[金额]。分流：[自助、演示或培育]。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30"/>
        </w:rPr>
        <w:t>话术 5. 线索不匹配：礼貌婉拒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快速而友善地婉拒，提供一个有用的替代方案，节省团队时间。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预算过低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“感谢您提供的信息。我们的项目起价为[最低金额]，所以目前可能不太适合您。[替代方案]也许更合适：[链接]。”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不提供的服务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“我们不提供[服务]，但[合作伙伴或资源]可以。需要他们的联系方式吗？”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超出服务区域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“我们目前只在[服务区域]提供服务。需要我保留您的联系方式，以便将来有变化时通知您吗？”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时间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“我们最早只能在[日期]开始。如果您仍然可以接受，我会在[日期]再联系您。”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非买家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“感谢您的来信。[招聘或合作]相关事宜，请通过[链接或邮箱]联系。”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 结束</w:t>
      </w:r>
    </w:p>
    <w:p>
      <w:pPr>
        <w:spacing w:after="60"/>
        <w:ind w:left="3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“再次感谢您想到我们，祝[项目]顺利。”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移交前需收集：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不匹配的原因, 以后是否可能匹配：是或否, 如果是，跟进日期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何时停止提问：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您已发送一条礼貌的消息并给出一个有用的替代方案。不要争辩，也不要为了留住不匹配的线索而打折。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移交给销售：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状态：不合格。原因：[预算、区域、服务、时间或非买家]。以后是否可能匹配：[是或否]。跟进日期：[日期或无]。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30"/>
        </w:rPr>
        <w:t>评分表：0 到 10 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标准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0 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1 分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2 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需求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没有明确问题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兴趣模糊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您能解决的明确问题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匹配度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超出您的区域或范围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部分匹配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符合您的区域和范围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预算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低于您的最低标准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尚未讨论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符合您的价格区间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决策权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影响者或调研者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决策人，或会参加通话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到 6 个月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90 天内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6"/>
        </w:rPr>
        <w:t>各状态的处理方式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条件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怎么做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到 10 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立即预约通话，或在一小时内转交销售。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到 7 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发送有用的资料，并创建带日期的跟进任务。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 到 4 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加入邮件订阅或长期培育名单，不占用销售时间。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不匹配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匹配度或预算为 0 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使用婉拒话术，并记录原因。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30"/>
        </w:rPr>
        <w:t>完整示例: 一次以预约通话结束的网站聊天</w:t>
      </w:r>
    </w:p>
    <w:p>
      <w:pPr>
        <w:spacing w:after="16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话术 1 在一家虚构装修公司的实际应用，以及由此生成的移交备注和评分。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你好，你们做厨房翻新吗？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您好，感谢联系 Northstar Renovations。是的，厨房是我们的主要业务。您想对厨房做哪些改动？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换新的橱柜和台面，可能还要挪一下水槽。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听起来是个很棒的项目。房子在哪里？我们服务奥斯汀及周边城镇。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在朗德罗克。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在我们的服务范围内。您希望什么时候开始？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最好是三月。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这类厨房项目的费用通常在 $25,000 到 $45,000 之间。这和您的预期相符吗？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相符，我们准备了大约 $35,000。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还有其他人参与决定吗？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我丈夫，他想一起参加通话。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太好了。下一步是与我们的项目负责人 Dan 进行一次免费的 30 分钟通话。预约链接在这里。确认邮件发到哪个邮箱？</w:t>
      </w: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已约好周二下午 5:30，填的是我的工作邮箱。</w:t>
      </w:r>
    </w:p>
    <w:p>
      <w:pPr>
        <w:spacing w:after="80"/>
      </w:pPr>
    </w:p>
    <w:p>
      <w:pPr>
        <w:spacing w:after="60"/>
        <w:ind w:left="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移交备注：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Maria L.，朗德罗克的房主。需要翻新厨房：更换橱柜和台面，可能挪动水槽。开始时间：三月。预算：约 $35,000（我们的区间为 $25,000 到 $45,000）。决策人：Maria 和她的丈夫，两人都会参加通话。评分：9/10，热。下一步：周二下午 5:30 与 Dan 通话。来源：网站聊天。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标准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评分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需求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我们能解决的明确问题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匹配度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在我们的服务区域和范围内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符合我们的价格区间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决策权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两位决策人都参加通话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约 5 个月后开始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合计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热：立即预约通话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9/10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免费模板。可复制、编辑并用于您的业务。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线索资格审核话术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