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线索评分模型模板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9 项标准、100 分的模型，附 BANT 评估表、扣分项、硬性淘汰条件、带负责人和回复时限的等级、销售机会评分卡、分数衰减、每月校准和 AI 客服提问。来自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在方括号中填入您的规模范围、服务区域、服务、最低价格和人员姓名。根据线索说的话，用 2 分钟给每条新线索打分，然后按该等级的负责人和回复时限处理。每月一次，在 Excel 文件中把等级与赢单和丢单进行对照。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线索评分模型模板：匹配度和意向得分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总分：100 分 · 匹配度：40 分 · 意向：60 分 · 证据规则：按线索说的话打分，而不是按您的假设。公司名气大，不等于有预算证据。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根据线索在聊天、表单或电话中说的话，用 2 分钟给每条新线索打分。匹配度得分：对方是谁。意向得分：对方需要什么、什么时候需要。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匹配度得分：对方是谁（40）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得满分：线索说出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得一半分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分值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规模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在[您的范围]内的规模，例如 5 到 50 名员工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接近该范围，或说“大约”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服务区域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位于[您的服务区域]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即将迁到该地区，或是您能远程完成的工作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服务匹配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需要[您销售的服务]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需要这项服务，外加您不做的工作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所用系统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使用[您支持的工具或系统]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不确定用的是哪一种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意向得分：对方说了什么（60）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得满分：线索说出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得一半分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分值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用自己的话说出具体问题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泛泛的兴趣：“先看看有哪些选择”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[60] 天内的开始日期或截止日期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[6] 个月内，或只说“近期”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预算证据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符合[您的最低价格]的数字、范围或当前支出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只够部分工作，或说“看价格吧”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决策权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本人决策，或决策人参加下一次通话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说出了谁做决定，但对方尚未参与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主动要求通话、报价或方案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您提出时同意其中一项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 分钟完成评分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通读一遍: 阅读聊天记录、表单或通话笔记。把线索关于需求、时间、预算和决策权的原话复制下来。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每行选一个级别: 明确：满分。部分：一半分。未提及：0 分，并把这一行加入未回答的问题清单。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扣分，必要时停止: 减去扣分（第 03 部分）。只要出现任何硬性淘汰条件，就停止评分：等级 X。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分配处理: 查出等级、负责人和回复截止时间（第 04 部分）。把分数和等级写进这条线索。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控制在 6 到 10 项标准：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每多一行，都会多花时间、多添干扰。加一项就删一项，并保持总分 100，让分数之间可以比较。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以下情况绝不给分：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猜测, 仅凭职位头衔, 邮件打开, 页面浏览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BANT 资格审核评估表：每个回答都要有证据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每条线索用时：2 分钟 · 规则：没有原话，就没有分。假设在线索确认之前一律计 0 分。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每条线索一张评估表。证据是线索说过的话，用引号记下。您认为如此、但没有亲耳听到的内容，一律写在“假设”一栏，计 0 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BANT 评估表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证据：对方原话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待核实的假设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分值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预算证据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[对方关于预算或当前支出的原话]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[您的判断]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[0、6 或 12]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决策权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[对方关于谁做决定的原话]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[可能还有谁参与]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[0、5 或 10]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[对方关于问题的原话]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[您猜测的原因]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[0、8 或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[对方关于日期、截止日期或事件的原话]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[这个日期为什么重要]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[0、8 或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未回答的问题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[所有得 0 分或一半分的行]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下次联系时逐一询问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-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预算证据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一个数字、一个范围，或对方目前支付的费用。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只说“价格不是问题”，却没有数字。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为了给您推荐合适的方案，想了解一下：您目前在[这方面]的花费是多少？或者您心里的预算范围大概是多少？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决策权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“我来决定”，或说出一位同意参加通话的具体人员。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仅凭一个高级职位头衔。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还有谁会参与这个决定？欢迎他们一起参加通话。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需求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一个问题、它给对方造成的损失，或促使对方开始寻找的原因。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“只是先看看有哪些选择。”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是什么让您现在想找人帮忙处理[这件事]？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一个日期、一个截止日期或一个事件，例如合同到期。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不算数：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只说“近期”或“越快越好”，没有日期。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这件事有没有必须落实到位的日期？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先问需求：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先问需求，再问预算。线索把问题讲清楚之后，再问预算就显得很自然。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未回答的问题记到：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下一次回复, 通话议程, 线索备注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扣分项和硬性淘汰条件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已淘汰：等级 X · “潜在客户”状态：无效 · 负责人：[姓名]在 2 个工作日内发送礼貌婉拒消息。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扣分项会拉低一个纸面上看起来不错的分数。硬性淘汰条件会直接终止评分：无论分数多少，线索都得到等级 X、一条礼貌的回复和“无效”状态。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扣分项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信号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对方原话示例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只比价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“直接把你们最低价发给我。”没有提供任何细节。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开始时间太远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“也许明年吧。”开始时间在 [6] 个月以后。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预算低于您的最低价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“最多[金额]。”低于[您的最低价]，但超过它的一半。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-15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您不提供的条件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要求您无法给出的[保证、截止日期或合同条款]。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-10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硬性淘汰条件：无论分数多少，都是等级 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淘汰条件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怎么做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不是买家：求职者、供应商、竞争对手、垃圾信息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简短回复，垃圾信息不必回复。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想要您不销售的服务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礼貌婉拒，推荐另一家服务商。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超出您的服务区域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礼貌婉拒，并说明原因。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预算低于[您的最低价]的一半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礼貌婉拒。如果有[更低价的选项]，可以推荐。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礼貌婉拒消息：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感谢您告诉我们[对方的需求]。我们专注于[您的业务和服务对象]，所以[对方的请求]不太适合由我们来做。[如有，推荐其他选择或服务商。]</w:t>
        <w:br/>
        <w:br/>
        <w:t>如果情况有变化，欢迎随时联系我们。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写下原因：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每个 X 和每项扣分，都要在线索备注里写一行原因。这些原因会告诉您，网站误吸引了哪些线索。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等级的分数线、负责人和回复时限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A 级：1 个工作小时 · 为什么是第一个小时：在一小时内尝试联系线索的公司，成功完成资格审核的可能性是晚一小时才联系的公司的近 7 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每个等级都有分数范围、负责人、以工作小时计的回复时限，以及在“潜在客户”中的状态。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等级表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等级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负责人、回复时限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行动和“潜在客户”状态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A：70 到 100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[资深销售或老板]，1 个工作小时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打电话，或回复两个会议时间。状态：已确认意向。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B：45 到 69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[销售代表]，4 个工作小时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询问未回答的问题，提出一个下一步。状态：进行中。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C：0 到 44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[培育负责人]，1 个工作日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发送一份有用的资料，30 天后跟进。状态：进行中。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X：任一淘汰条件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[姓名]，2 个工作日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礼貌婉拒并说明原因。状态：无效。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 级线索：首次回复：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[名字]您好，我是[公司]的[您的名字]。感谢您详细介绍[对方的需求]，我们可以在[对方的截止日期]之前帮您解决。能否约[20]分钟聊一下？[星期几] [时间]或[星期几] [时间]都可以。欢迎[决策人]一起参加。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 级线索：首次回复：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[名字]您好，感谢您就[对方的需求]联系[公司]。为了给您推荐合适的方案，想请教两个简单的问题：[未回答的问题 1]？还有，[未回答的问题 2]？之后我会把[价格区间或两个通话时间]发给您。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 级线索：首次回复：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[名字]您好，感谢您关注[公司]。既然您计划在[对方的时间]开始，这里有一份[指南、清单或价目表]，可以帮您处理[对方的需求]：[链接]。我会在[日期]再联系您。如果提前有变化，直接在这里回复就行。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每条线索都要回复，X 级线索也不例外。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非工作时间到达的线索，从下一个工作日开始营业时起算。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负责人不在时，由[备用负责人]接手。记录首次回复的时间。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每个等级都有：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负责人, 备用负责人, 截止时间, 状态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销售机会评分卡：写方案前决定推进还是不推进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推进条件：4 项全部通过 · 负责人：交易负责人在第一次通话后 1 个工作日内填写。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在第一次通话之后、写方案之前使用。四个部分全部通过才推进。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销售机会评分卡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部分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检查内容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通过条件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匹配信号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规模、区域、服务、系统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匹配度得分达到 [30] 分或以上（满分 40）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[分数]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淘汰条件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任何硬性淘汰条件或扣分信号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没有淘汰条件；扣分最多 [-10] 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[无，或哪一项]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买方证据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对方原话中的预算、决策权、需求、时间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四项都至少得一半分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[对方原话]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买方同意的、有日期的下一步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日期、时间和参加人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[日期和时间]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推进，或不推进并说明原因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推进：四个部分全部通过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[推进或不推进]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推进：转为交易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把线索转为交易，填写交易金额，并在备注中写下买方的原话。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把下一步建成一项带截止日期的任务。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不推进：停止或继续培育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通话中出现淘汰条件：礼貌婉拒，状态设为“无效”。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缺少买方证据：再问一次，然后把线索降为 C 级，并设定跟进日期。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没有约定下一步：先不要写方案。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决定推进后的下一步邮件：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感谢您今天抽出时间。我理解的情况是：[对方原话中的需求]，需要在[日期]前完成，预算为[金额或范围]，由[决策人]决定。</w:t>
        <w:br/>
        <w:br/>
        <w:t>下一步：[星期几，日期] [时间]进行[方案沟通或会议]。如果以上有任何不对的地方，请回复告诉我，我会在那之前改正。</w:t>
        <w:br/>
        <w:br/>
        <w:t>[您的名字]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分数衰减，以及用赢单和丢单做每月校准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衰减：每周 -5 分 · 复盘：每月 · 最少数据：20 条已关闭线索 · 负责人：[姓名]负责复盘，并记下每一次权重调整。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线索不再回复时，意向会减弱；权重也会慢慢偏离真正促成赢单的因素。两项例行工作能让模型保持真实。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分数衰减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匹配度不衰减: 规模、区域、服务和系统保持不变，除非线索说情况有变。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意向每周减 5 分: 线索每 7 天没有回复，就减 5 分，最多减完全部意向得分。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分数下降就重新定级: 当前分数落入更低的等级时，改按该等级的负责人和行动处理。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有回复就重新评分: 根据新消息重新给意向打分，并重新开始计算。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每月校准，每月第一个[星期一]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填写结果: 线索关闭后，标记为赢单或丢单。未关闭的线索留空。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按等级查看赢单率: A 的赢单率必须高于 B，B 必须高于 C。否则就调整分数线或权重。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逐项检查标准: 比较赢单线索和丢单线索在该项上的得分占比。差距不到 10 个百分点：降低权重。30 个百分点或以上：提高权重。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小步调整: 最多调整 2 项权重，每项最多 5 分。保持总分 100，并记下日期。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等数据够了再改: 至少有 20 条已关闭的线索时，才调整权重。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先查 A 级线索：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查看 A 级线索中在 1 个工作小时内得到回复的比例。分数再完美，没人打电话也是白费。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AI 客服如何提出评分问题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问题：最多 6 个 · 分工：AI 客服收集原话。由人给线索打分并确定等级。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客服在聊天中逐一提问，并写出一份证据摘要。由人根据摘要在 2 分钟内给线索打分。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写入“说明”的资格审核规则：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资格审核规则</w:t>
        <w:br/>
        <w:t>1. 先回答访客的问题。然后最多问 6 个简短问题，每条消息一个，按以下顺序：需要什么帮助、公司规模和所在地、[对方使用的系统或软件]、什么时候需要、预算或当前支出、谁来决定。</w:t>
        <w:br/>
        <w:t>2. 访客已经回答过的问题，跳过不问。</w:t>
        <w:br/>
        <w:t>3. 先问需求，再问预算，并说明原因：方便我们推荐合适的方案。价格只能来自知识库。</w:t>
        <w:br/>
        <w:t>4. 如果对方要求通话或报价，提出[下一步]，并询问最方便联系的电话或邮箱。</w:t>
        <w:br/>
        <w:t>5. 绝不告诉访客分数、等级，也不要说正在对其进行资格审核。绝不承诺价格、折扣或开始日期。</w:t>
        <w:br/>
        <w:t>6. 如果访客是求职者或供应商，或想要[我们不销售的服务]，向对方致谢并说：“[礼貌婉拒语]”</w:t>
        <w:br/>
        <w:t>7. 结尾说：“[团队名称]会在[1 个工作日]内回复，通常会更快。”</w:t>
        <w:br/>
        <w:t>8. 为团队写一份摘要：需求、时间、预算、决策权，每项都用访客的原话，或写“未提及”，最后列出未回答的问题。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测试：4 条消息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访客输入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通过条件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[服务]怎么收费？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根据知识库回答，然后询问需求。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我们需要在[日期]前找到人，预算大约[金额]。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不再询问时间或预算。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我的线索评分是多少？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不提任何分数或等级。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能保证下周一就开始吗？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不承诺日期，提出[下一步]。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客服写的证据摘要：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线索摘要</w:t>
        <w:br/>
        <w:t>需求：“[对方原话]”</w:t>
        <w:br/>
        <w:t>时间：“[对方原话]”或未提及</w:t>
        <w:br/>
        <w:t>预算：“[对方原话]”或未提及</w:t>
        <w:br/>
        <w:t>决策权：“[对方原话]”或未提及</w:t>
        <w:br/>
        <w:t>公司：[规模]，[所在地]，[系统]</w:t>
        <w:br/>
        <w:t>要求：[通话、报价或方案]</w:t>
        <w:br/>
        <w:t>未回答的问题：[清单]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聊天中绝不出现：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分数, 等级, 折扣, 开始日期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示例：2 分钟给一条线索打分：从聊天到 A 级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下面是为一条线索填好的线索评分模型模板。Juniper Ledger 是一家虚构的记账公司，位于科罗拉多州丹佛，2026 年 10 月 6 日（星期二）10:14 收到一条网站聊天。AI 客服负责提问，Ben 在 10:25 给线索打分，A 级线索交给老板 Rosa。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你好。我们的记账员 10 月底退休，账已经落后 4 个月了。你们还接新客户吗？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Marisol 您好，感谢联系 Juniper Ledger。是的，我们接新客户，提供月度记账、薪资和补账服务。请问贵公司有多少人？在哪里？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18 个人。我们是奥罗拉的 Tallgrass Signs，给商店和办公室做招牌。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谢谢。您现在的账是用哪个软件记的？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应该是 QuickBooks Online 吧。Greg 会更清楚。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好的，了解。你们希望什么时候有人接手？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11 月 1 日 Pat 离职之前。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明白了。为了给您推荐合适的套餐，想了解一下：你们现在记账每月付多少钱？或者心里的预算大概是多少？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我们每月付给 Pat 大约 $500。补账应该要另外收费吧。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这个信息很有帮助。月度记账和薪资服务每月 $450 起，补账 $1,200 起，具体要看过账目后报价。新的记账员由谁来决定？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老板 Greg。我是运营经理，负责收集几个选择。这周能聊一下吗？720 555 0193。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谢谢您，Marisol。我会把您的回答转给我们的团队。Juniper Ledger 会在 1 个工作日内回复，通常会更快。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Marisol 您好，我是 Rosa。谢谢您把情况说得这么清楚。您和 Greg 能否在 10 月 8 日（星期四）10:00 或 14:00 抽 30 分钟？我们一起看看补账的情况，我会在通话中报价。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星期四 10:00。我会叫上 Greg。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BANT 评估表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证据：她的原话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“账已经落后 4 个月了”，而且记账员要退休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16/16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“11 月 1 日 Pat 离职之前”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16/16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预算证据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“我们每月付给 Pat 大约 $500”；补账预算未提及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6/12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决策权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“老板 Greg”决定；尚未加入聊天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5/10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“这周能聊一下吗？”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6/6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分数和分配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匹配度得分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37/40：18 人，奥罗拉，月度记账和薪资；QuickBooks Online 不确定（3/6）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意向得分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49/60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分数和等级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86 分，A 级：无扣分，无淘汰条件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负责人和回复截止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Rosa，11:14 前（1 个工作小时）。首次回复 10:41：按时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未回答的问题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补账预算、Greg 是否参加通话、是否确定用 QuickBooks Online、薪资涉及多少人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如果她不再回复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周后：76 分，仍是 A 级。4 周后：66 分，B 级，负责人 Ben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Tallgrass Signs，“来源”为“在线聊天”，“状态”为“已确认意向”，“负责人”为 Rosa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自定义字段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线索评分 86，等级 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她原话中的 BANT 证据，以及 4 个未回答的问题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 Marisol 和 Greg 通话，“Assignee”（负责人）为 Rosa，“Deadline”（截止日期）为 10 月 8 日（星期四）10:00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通话之后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填写销售机会评分卡，决定推进就点击“转为交易”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虚构的公司和线索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线索评分标准示例：6 类小型 B2B 企业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业务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匹配度标准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意向标准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硬性淘汰条件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记账公司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到 50 名员工，位于您所在的州，使用您支持的软件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账目滞后，有报税或发薪截止日期，当前支出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只做个人报税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IT 服务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到 100 台设备，一小时车程内，没有内部 IT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最近发生过宕机或安全事件，合同即将到期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一次性维修家用电脑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营销代理公司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您服务的营收区间，您熟悉的市场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上线日期，月度预算，老板参加通话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预算低于您最低月服务费的一半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商业保洁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办公室面积在您的范围内，位于您的服务区域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当前合同到期，开始日期，当前价格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一次性保洁（如果您卖的是长期合同）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B2B 软件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团队规模，使用与您对接的工具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已开始试用，现有工具有问题，续费日期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个人使用，或是竞争对手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批发供应商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商店或行业客户，位于您能发货的地区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订单量，补货日期，现有供应商有问题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低于您的最低起订量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如何设置这份线索评分模型模板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 6 到 10 项标准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从第 01 部分的 9 项开始。填入您的规模范围、服务区域、服务和最低价格。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设定权重和等级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匹配度 40，意向 60，合计 100。为 A、B、C 和 X 指定负责人和回复时限。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给每条新线索打分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每条线索 2 分钟，依据对方说的话。未提及计 0 分，并变成一个待问的问题。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让 AI 客服来提问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把第 07 部分的规则粘贴到 AI 客服中，并运行 4 条测试消息。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每月校准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填写赢单或丢单，按等级查看赢单率并逐项检查标准，最多调整 2 项权重。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在左侧菜单中打开“Custom Fields”（自定义字段），点击“Add field”（添加字段）：“Entity type”（实体类型）选“潜在客户”，“Field label”（字段名称）填“线索评分”，“Field type”（字段类型）选“Number”（数字）。再添加第二个字段“等级”，“Field type”选“Select”（下拉选项），用“Add option”（添加选项）添加 A、B、C 和 X。点击“Create field”（创建字段）。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“我的机器人” &gt; 选择机器人 &gt; “基础知识”选项卡：把第 07 部分的规则粘贴到“说明”中，把您的价格粘贴到“知识库”中。在“行为”选项卡中，开启“收集用户数据”和“收集描述”。点击“保存更改”，然后在“尝试机器人”中测试。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新的聊天会进入“潜在客户”。打开这条线索，阅读聊天记录，填写“线索评分”和“等级”，并把证据和未回答的问题粘贴到“备注”中。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设置“状态”（A 级为“已确认意向”，B 级和 C 级为“进行中”，X 级为“无效”），并在“负责人”中选择该等级的负责人。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在“任务”中点击“New Task”（新建任务）：填写“Task title”（任务标题）和“Assignee”（负责人），并把“Deadline”（截止日期）设为回复截止时间。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销售机会评分卡的结论为推进后，点击“转为交易”，并填写“Deal Title”（交易标题）和“Deal Value”（交易金额）。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应用不会给线索打分：分数是您的团队填写的字段。免费版含 AI 聊天、线索收件箱（有限制）、1 条管道和基础任务，支持 3 位用户。Launch 版按年付费每月 $19，支持 8 位用户，增加转人工以及 WhatsApp、Telegram、Instagram 和 Messenger。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每月检查：模型有效的标志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 级线索的赢单率高于 B 级，B 级高于 C 级。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 10 条 A 级线索中，有 9 条或以上在 1 个工作小时内得到回复。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 X 级线索在“备注”中都写有原因。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模型仍保持 6 到 10 项标准，权重合计为 100。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https://crmsoftware.pro/zh/templates/lead-scoring-model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线索评分模型模板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