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在线客服快捷回复模板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21 条快捷回复，解答客户购买前常问的问题，附快捷键、经批准的来源和绝不能承诺的内容。来自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把[方括号]中的每个词替换为您自己的信息，并为每条回复关联其出处页面。请每个分类的负责人批准措辞，然后在您的聊天工具中把这些回复保存为快捷回复并设置快捷键。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21 条回复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价格回复：套餐、总费用、折扣和试用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负责人：创始人或销售负责人 · 复核周期：30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这组快捷回复解答客户购买前的第一个问题：我要花多少钱？请引用价格页面上的内容，并且只给一个链接。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/price-plans：哪个套餐合适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客户询问价格，或哪个套餐适合自己。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价格页面上没有的价格或功能。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[名字]您好，按[对方的团队规模]来看，[套餐]最合适：按年付费每月[价格]，按月付费每月[月付价格]。它包含[对方问到的功能]。所有套餐：[价格页面链接]。要不要我对照您现在的工作方式比较一下？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/price-total：额外费用和总价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客户询问开通费、税费或附加功能。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价格页面和服务条款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“没有其他费用”，除非价格页面上写明。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[套餐]的价格为[价格]，包含[用户数和限额]。此外还有：[开通费或无]、[附加功能及价格]和[税费规则，例如结账时加收销售税]。付款前您会看到完整总价：[价格页面链接]。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/price-discount：折扣或更低的价格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客户要求打折，或想要更便宜的方案。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价格页面和经批准的优惠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定制折扣，或“今天截止”的优惠。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理解您的想法，[名字]。我们对所有客户都是同样的价格：[价格页面链接]。最简单的省钱方式是[经批准的方案，例如按年付费]。特殊情况由[负责人]决定，并会在[时间]前回复您。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1.4 /price-trial：免费试用或免费版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客户想先试用，或询问是否需要绑定银行卡。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试用条款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超出条款允许的试用期。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可以，您可以免费试用[产品][试用时长]，[需要或无需绑定银行卡]。试用结束后，[会发生什么，例如由您选择套餐]。从这里开始：[注册页面链接]。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价格要与价格页面上写的完全一致，包括计费周期和币种。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/price-plans, /price-total, /price-discount, /price-trial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账单回复：按月或按年付费、取消和退款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负责人：创始人或账单负责人 · 复核周期：30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账单问题往往出现在付款前的最后一步。引用您的条款并附上链接，把例外情况交给有权决定的人。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/billing-yearly：按月还是按年付费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客户在比较按月和按年付费。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未经核实的节省金额。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按月付费为每月[月付价格]。按年付费为每月[年付月均价]，每年一次性支付[年付总额]，可节省[节省金额]。[切换规则，例如您可以随时改为按年付费]。两种方式详见：[价格页面链接]。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/billing-cancel：如何取消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客户询问如何取消，或是否有合同约束。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服务条款中的取消条款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明明有合同却说“没有合同”。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您可以随时在[取消入口]取消。[合同规则，例如没有最短期限]。您的套餐会保持有效至[已付费周期结束]，之后不会再扣费。您可以在[天数]天内导出数据。完整条款：[取消条款链接]。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/billing-refund：退款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客户询问能否退款。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退款政策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书面政策之外的退款。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[名字]，退款规则如下：[退款规则，例如付款后 30 天内全额退款]。超过期限后，[会发生什么]。完整政策：[退款政策链接]。如果您的情况比较特殊，例外情况由[负责人]决定。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退款和取消规则请从您的条款中逐字复制。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/billing-yearly, /billing-cancel, /billing-refund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设置回复：需要多长时间、由谁协助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负责人：实施或客服负责人 · 复核周期：90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即使价格合适，如果设置听起来像个大工程，客户还是会停下来。给出通常的时间范围、步骤和指南。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/setup-time：设置需要多长时间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客户询问需要多长时间，或工作量有多大。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入门指南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“五分钟搞定”，或某个上线日期。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大多数[客户类型]在[通常时间范围]内就能用起来。步骤是[第 1 步]、[第 2 步]和[第 3 步]。如果[主要因素，例如您的用户很多]，所需时间会更长。指南：[入门指南链接]。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/setup-help：谁来协助设置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客户询问你们是否帮忙设置或培训团队。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价格页面和实施服务页面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对方套餐不包含的设置协助或培训。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[套餐]包含[所含协助，例如邮件支持和一次设置通话]。[额外协助及价格]。我们的团队会在[工作日]的[客服回复时间]内回复。您想先在哪方面得到帮助？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/setup-time, /setup-help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以您自己的文件为依据的安全和隐私回复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负责人：创始人或合同签署人 · 复核周期：90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只按照安全页面、隐私政策和合同中写明的内容回答。其他问题交给签署这些文件的人。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/security-data：数据存储在哪里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客户询问数据存放在哪里，或谁能看到。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安全页面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无法提供书面证明的认证或数据存储地点，例如 SOC 2。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好问题，[名字]。您的数据存储在[存储位置，以安全页面为准]，并通过[可提供书面证明的措施]加以保护。只有[有权访问的人员]可以查看。详情：[安全页面链接]。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/security-gdpr：GDPR 和数据协议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 GDPR、数据协议或删除数据。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隐私政策和数据处理协议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笼统地声称“完全合规”。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我们按此处的说明处理个人数据：[隐私政策链接]。[如何获取数据处理协议]。您可以通过[方式]导出或删除您的数据。如果您的法务团队还有疑问，[负责人]会在[时间]内回复。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4.3 /security-cards：银行卡和支付安全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客户询问付款是否安全，或你们是否存储银行卡。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结账页面和安全页面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您并未获得的支付安全标准。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付款由[支付服务商]处理，因此我们的服务器[会或不会]存储卡号。您在[输入位置]输入银行卡信息。请不要在此聊天中发送银行卡信息。更多信息：[安全页面链接]。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还没有安全页面？先写一个简短的页面，只写您能证明的内容，再把链接放在这里。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/security-data, /security-gdpr, /security-cards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面向从其他工具转来的客户的迁移回复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负责人：实施负责人 · 复核周期：90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正在使用其他工具的客户，担心丢失数据、浪费时间。说清楚哪些能迁移、哪些不能，以及需要多长时间。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/migrate-import：从其他工具迁移数据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客户询问能否带上原有数据。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导入指南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所有数据都能迁移过来。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可以，[名字]。您可以从[对方当前的工具]迁移[可导入的内容]。导出[文件类型，例如 CSV]文件，然后在[导入位置]导入。[无法迁移的内容]。指南：[导入指南链接]。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/migrate-switch：如何完成切换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客户担心切换期间要做两份工作。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迁移指南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固定的切换日期，或“不会中断服务”。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大多数团队在[通常时间范围]内完成切换：[第 1 步，例如导入数据]、[第 2 步，例如先让两个人试用]，然后[第 3 步]。在准备好之前，您可以继续使用[对方当前的工具]。指南：[迁移指南链接]。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/migrate-help：协助迁移数据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客户希望你们代为导入。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价格页面和导入指南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对方套餐不包含的导入协助。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[套餐]包含[所含导入协助]。对于[大批量导入]，[规则，例如我们会先报一个固定价格]。请告诉我[您有多少条记录]，[负责人]会在[时间]前确认下一步。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/migrate-import, /migrate-switch, /migrate-help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升级回复：把聊天转给真人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负责人：客服负责人 · 复核周期：90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客户要求找真人时，绝不要争辩。说明由谁接手、对方能看到聊天记录，以及何时回复。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/person-now：转给真人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客户要求找真人、打电话或看演示。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转人工规则和团队排班表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团队做不到的回复时间。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当然可以。我现在把这段聊天转给负责[话题]的[姓名]。[姓名]能看到我们的对话，您无需重复说明。预计回复时间：[分钟数]分钟内。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/person-later：目前无人在线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客户在非工作时间要求找真人。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联系我们页面和预约页面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无人上班时承诺今天回电。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我们的团队将于[时间、日期和时区]上班。我已保存您的问题，[姓名]会在[时间]前回复您。如果您更希望通电话，可以在这里选个时间：[预约页面链接]。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6.3 /person-decision：需要负责人决定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客户要求破例或定制条款。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您的审批规则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结果。只说明由谁决定、何时答复。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这件事需要[负责人]批准，所以我不会随便猜测。我已经把您的请求连同这段聊天的详细信息转给对方。您会在[日期]前收到答复。通过[邮箱或电话]联系您最方便吗？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为每位负责人指定一名备用人员，这样转人工就不会落入无人查看的收件箱。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/person-now, /person-later, /person-decision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销售聊天的开场、等待和结束话术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负责人：客服负责人 · 复核周期：180 天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开场时说明您能帮什么忙，等待时说清核实需要多久，结束时只给一个下一步。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/open-pricing：价格页面上的开场白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客户从价格页面或结账页面发起聊天。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无人在线时承诺马上帮忙。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[名字]您好，感谢联系我们。我可以帮您选择套餐，也可以解答账单、设置或数据方面的问题。您想了解什么？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/hold-check：核实时请对方稍等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您需要一分钟以上来核实。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您的回复时间目标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您还没找到的答案。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好问题，[名字]。我想给您准确的答案，所以正在向[来源或同事]核实。我会在[分钟数]分钟内回到这里。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/close-next-step：以一个下一步收尾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使用时机：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客户的问题都已解答，看起来已准备好。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批准来源：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注册页面或预约页面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为了成交额外打折或赠送免费月份。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很高兴能帮上忙，[名字]。下一步是[一个步骤，例如开始试用]：[链接]。如果还有问题，可以在这里回复，或发邮件至[邮箱地址]。在您离开前，还有什么需要帮忙的吗？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/open-pricing, /hold-check, /close-next-step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示例：一次聊天用了四条快捷回复，最终开始试用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一位美发店老板向一款虚构的预约应用咨询价格、退款、迁移 2,300 名客户的数据以及银行卡安全。AI 客服根据知识库回答了价格问题，随后 Maya 连续使用了四条快捷回复。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您好，我们是一家美发店，有 9 位发型师。用 Fernway 大概要多少钱？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Lena 您好！9 位员工的话，Studio 套餐最合适：按年付费每月 $79，按月付费每月 $95。它包含在线预约、提醒和刷卡收款。所有套餐：fernway.example/pricing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如果我们按年付费，结果用得不合适，能退款吗？另外，我们现在的应用里有 2,300 名客户。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好问题。我现在把这段聊天转给负责退款和数据迁移的 Maya。她能看到您写的所有内容。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Lena 您好，我是 Maya。年付套餐在付款后 30 天内可全额退款。超过 30 天后，您可以继续使用到已付费年度结束。政策：fernway.example/terms#refunds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关于您的 2,300 名客户：请从现在的应用中把他们导出为 CSV 文件，然后在“设置”中选择“导入”。客户资料和备注都会迁移过来，过去的预约记录不会。指南：fernway.example/help/import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我们现在的应用会保存客户的银行卡信息。你们也会吗？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不会。付款由我们的支付服务商处理，因此我们的服务器不会存储卡号。更多信息：fernway.example/security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好的。我们能先试用，并在这周完成导入吗？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Maya（销售）：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可以。开始 14 天试用，无需绑定银行卡：fernway.example/start。我已为您预约了 10 月 9 日（周五）10:00 的导入通话。还有其他问题吗？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没有了。谢谢你，Maya！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Maya 使用的快捷回复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快捷键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个性化内容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/billing-refund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退款政策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姓名、年付套餐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/migrate-import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导入指南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2,300 名客户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/security-cards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安全页面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对方当前的应用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/close-next-step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注册页面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周五的通话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回复库条目：/billing-refund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Maya（销售）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上次复核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1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下次复核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31 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线索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Lena Ortiz，Studio Lumen 老板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Studio 套餐，按年付费，$948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顾虑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退款、数据导入、银行卡数据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导入通话，10 月 9 日（周五）10:00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7 日开始试用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让快捷回复保持准确的规则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在任何人与团队共享回复之前，先就这四条规则达成一致。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由谁批准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每个分类指定一名负责人：价格和账单由定价的人负责，安全由合同签署人负责，设置和迁移由实施负责人负责。回复只有经负责人批准后才能共享。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复核日期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价格和账单每 30 天复核一次，价格变动当天也要复核。设置、安全、迁移和转人工每 90 天复核一次。开场和结束话术每 180 天复核一次。逾期的回复要在一周内修正或停用。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 秒完成个性化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加上对方的名字，复述一个对方提到的细节，删掉不适用的句子。事实和链接保持批准时的样子。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示例：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Lena 您好，关于您的 2,300 名客户：请把他们导出为 CSV 文件。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何时不用快捷回复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客户情绪激动、提到法律行动、要求破例或重复提问时，请用自己的话回复，或转人工。绝不要发送仍留有[方括号]的回复。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成功标准：快捷回复在与客户的真实对话中被使用。在 Excel 使用记录中登记每次使用，每月检查哪些回复最终带来了试用、通话或成交。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快捷回复绝不能承诺的内容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话题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不要说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改为这样说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由谁决定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折扣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如果您今天签约，我可以给您打八折。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我们对所有客户都是同样的价格。特殊情况我可以转给负责人。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创始人或销售负责人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没问题，我们给您退款。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这是我们的退款规则，完整政策见链接。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账单负责人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合规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我们完全符合 GDPR，并已通过 SOC 2 认证。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这是我们的隐私政策。您的具体要求我会转给负责人。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合同签署人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发布日期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这个功能下个月就上线。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这个功能目前还没有。如果有变化，我可以通知您。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正常运行时间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我们从不宕机。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这是我们的状态页面，可查看当前和过去的正常运行时间。仅在您有状态页面时使用。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技术负责人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设置工作量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五分钟就能搞定。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给出真实客户的通常时间范围，以及哪些因素会延长时间。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实施负责人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步设置您的快捷回复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收集真实问题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阅读最近 50 条来自尚未购买者的聊天和邮件，用他们的原话记下每个问题。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把每个事实关联到页面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价格、条款、退款政策、安全页面、导入指南。还没有页面？先写页面，再写回复。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获得负责人批准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负责人检查措辞和“绝不承诺”一项，然后设定复核日期。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保存为快捷键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使用统一的命名规则，例如 /price- 和 /billing-，让团队输入开头几个字母就能找到回复。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记录使用情况，每月复核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改写没人使用的回复。同一个答案手动输入了三次，就为它新增一条回复。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打开“设置” &gt; “已保存回复”，点击“新建回复”。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输入“快捷键”（小写字母，无空格，例如 /price-plans）、“标题”和“回复内容”。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开启“与团队共享”，然后点击“创建回复”。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在客户聊天的回复框中输入快捷键，用箭头键选择回复，然后按 Enter。发送前替换方括号中的内容。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把同样经批准的答案添加到机器人的“知识库”中（“我的机器人”，“基础知识”选项卡），这样无人在线时 AI 客服也会给出相同的事实。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快捷回复和收件箱自动翻译：Growth 版，按年付费每月 $49，支持 20 位用户。转人工和统一收件箱：Launch 版，按年付费每月 $19。免费版：AI 聊天和基础知识库。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每月回复复核，20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价格、套餐名称和限额与今天的价格页面一致。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每个链接都打开确切的页面，而不是首页。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超过复核日期的回复已核对，并更新了日期。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本月没人使用的回复已改写或删除。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https://crmsoftware.pro/zh/templates/live-chat-canned-responses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在线客服快捷回复模板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