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在线聊天话术范例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真人在在线聊天中输入的内容，从接手聊天到下一步：6 个步骤、按聊天类型分类的话术、访客不再回复时的计时规则、18 个行业的话术及绝不能说的话，以及要记录什么。附完整示例。来自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从选项卡 1 和您所在行业的选项卡开始。把[方括号]中的每个词替换为您自己的名字、问题、价格和时间，然后把每句话大声读出来。与团队约定 2 分钟和 5 分钟规则，并在 Excel 聊天记录表中记录每个聊天。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在线聊天话术范例：6 步引向下一步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步骤：6 · 第一句话：认领后 30 秒内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这份在线聊天话术范例是真人接手聊天后要输入的内容：6 个步骤，每步一句话。选项卡 2 到 7 按聊天类型和行业加以调整；选项卡 8 说明要记录什么。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1. 接手聊天：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[名字]您好，我是[公司名称]的[您的名字]，感谢您耐心等待。今天有什么可以帮您？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1. AI 转人工之后：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[名字]您好，我是[您的名字]，[公司名称]团队的真人客服。我已经看过您的聊天记录：您想[需求]。您不用再重复一遍。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2. 用一句话复述：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我确认一下：您需要[需求]，用于[时间或对象]，对吗？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3. 问 2 到 3 个问题，一次只问一个：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为了给您准确的答复，我先问两个简单的问题。[问题 1]？</w:t>
        <w:br/>
        <w:t>（等对方回复后）那[问题 2]？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4. 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答案是：[答案、价格或链接]。需要说明一点：[包含哪些内容或取决于什么]。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5. 提出一个下一步：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下一步是[通话、到店、报价或试用]。我可以安排在[日期和时间 1]或[日期和时间 2]，哪个更方便？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6. 结束聊天：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已为您预约[星期、日期、时间]，由[姓名]接待。确认邮件会从[邮箱地址]发出。走之前还有其他需要吗？</w:t>
        <w:br/>
        <w:t>谢谢您，[名字]。如有任何情况，直接在这里回复即可。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每个聊天都适用的规则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2 分钟内认领，30 秒内发出第一句话：这是本模板的目标。在一项对 1,000 个网站的测试中，首次回复平均用时 2 分 40 秒。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先回答。只有下一步需要时，才索要联系方式。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每个聊天都以下一步、负责人和日期结束，或以“无需进一步处理”结束。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绝不在聊天中索要银行卡号、密码或身份证件号码。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您的名字, 公司名称, 2 个问题, 下一步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在线销售话术、报价话术和老客户聊天话术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问题：2 到 3 个 · 下一步：带日期和时间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同样的 6 个步骤，目标不同。根据眼前的聊天选择对应的卡片。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销售咨询：预约通话、到店或演示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约好一次通话、到店或演示。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您想解决什么问题？希望什么时候前完成？还有谁参与决定？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“仅限今天”，或您给不了的折扣。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要回答这个问题，[通话、到店或演示]是最快的方式，只需要[数字]分钟。[日期和时间 1]还是[日期和时间 2]？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报价请求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拿到报价所需的信息，并告知报价何时送达。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具体是什么：尺寸、数量还是工作范围？在哪里？什么时候前需要？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在掌握情况之前就报价格。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谢谢，我需要的信息都齐了。[姓名]会在[日期和时间]前把书面报价发到[邮箱地址]。报价里还需要包含什么吗？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售前问题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直接回答，然后给出购买或预约链接。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您在看哪个[产品或套餐]？用来做什么？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“有现货”，或您看不到的送达日期。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可以，[产品]能做到。需要说明一点：[限制或条件]。您可以在这里[购买或预约]：[链接]。您看的时候我先不走，有问题随时问我，好吗？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老客户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给出答案或找到对的负责人，不涉及敏感数据。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您账户上的姓名或邮箱是什么？发生了什么，是什么时候？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负责人同意之前，承诺退款、抵扣或日期。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谢谢，[名字]，我找到了您的[预约、订单或账户]。[答案]。如果还需要更多帮助，[姓名]会在[时间]前给您发邮件。</w:t>
      </w:r>
    </w:p>
    <w:p>
      <w:pPr>
        <w:spacing w:after="40"/>
      </w:pP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价格和退款方面的回复，请参阅我们的“在线客服快捷回复”；完整的客服流程，请参阅“客服话术模板”。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记录表中的聊天类型：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销售咨询, 报价请求, 售前问题, 老客户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访客不再回复时：提醒、结束、跟进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提醒：2 分钟 · 最后一条消息：5 分钟 · 跟进：1 次，然后停止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访客离开时不会打招呼。这些话术按时间执行，您既不会无限期地等下去，也不会追得太紧。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 分钟没有回复：提醒一次：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[名字]，您还在吗？不着急。[同一个问题，附 2 个选项]？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5 分钟没有回复：最后一条消息：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这个聊天我先结束了。我们刚才谈到：[一句话总结]。如需继续，直接在这里回复，或发邮件至[邮箱地址]。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当天，仅限对方为这次咨询留了邮箱：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主题：关于[话题]的问题</w:t>
        <w:br/>
        <w:br/>
        <w:t>[名字]您好，</w:t>
        <w:br/>
        <w:br/>
        <w:t>感谢您今天通过聊天联系[公司名称]。您询问了[话题]。[用 1 到 2 句话回答]。</w:t>
        <w:br/>
        <w:br/>
        <w:t>下一步：[预约链接或“直接回复这封邮件”]。</w:t>
        <w:br/>
        <w:br/>
        <w:t>[您的名字]，[公司名称]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为什么要计时：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一项针对聊天和消息联络中心的研究发现，在放弃等待的客户中，有 30% 到 67% 是默默离开的。您无法知道谁还在看，所以交给规则来决定。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跟进规则（本模板规定）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下一个工作日：只有在您承诺了报价或预约时，才打一次电话或发一封邮件。然后就停止。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给沉默的访客发送的消息绝不超过 2 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除非对方为这次咨询留了那个号码，否则绝不通过其他渠道联系对方。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访客离开, 已发送总结, 跟进日期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牙科、律所、金融和保险的在线咨询话术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建议：仅限持证人士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在这些行业，聊天只负责为访客预约持证专业人士，绝不亲自给出建议。法律依据见示例下方的表格。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牙科诊所或医疗机构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新患者、保险、价格、今天就疼。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新患者还是老患者？检查、洁牙还是有具体问题？哪天方便？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约好就诊，或由前台当天回电。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诊断、“可能没什么大事”，或检查前报价。没有 HIPAA 业务伙伴协议，就不要在聊天中收集症状。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我无法通过聊天判断疼痛情况，但我们每天都留有当天就诊的时段。请现在拨打[电话]，或者由前台在[时间]给您回电。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律师事务所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你们接不接我的案子、费用多少、多快能处理。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什么类型的事务？对方是谁（用于利益冲突审查）？有没有期限或开庭日期？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利益冲突审查后，与律师进行咨询。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案子值多少钱、要不要签字，或者“这个案子您能赢”。只问基本信息，不问全部经过。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我不是律师，所以无法就您的案子提供建议。预约咨询只需要事务类型、对方姓名和任何期限。请不要在这里发送文件。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理财顾问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费用、最低投资额、退休规划、某项具体投资。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退休、投资还是全面规划？长期服务还是一次性？什么时候开始？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与顾问进行一次初步通话。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收益、“安全”或“保证”，或者该买什么、卖什么。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我不能在聊天中提供投资建议，但[顾问姓名]可以在[时长]的通话中了解您的情况。[日期和时间 1]还是[日期和时间 2]？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房贷经纪人或贷款机构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今天的利率、我能贷多少、预批。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购房还是转贷？已经看好房子了吗？希望什么时候完成交易？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与持证贷款专员通话。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利率、月供，或“您肯定能批下来”。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利率取决于您的信用、贷款和房屋情况，所以需要由持证贷款专员告诉您。我现在可以先说明预批的步骤；[贷款专员]可以在[时间]给您回电。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保险代理机构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报价、我的情况保不保、怎么理赔。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新保单、变更还是理赔？您想为什么投保？从什么时候开始？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由持证代理人报价或回电；理赔请转理赔专线。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“这在保障范围内”、代理人核实前报价，或该买哪份保单。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这是否在保障范围内取决于您的保单，所以需要持证代理人来核实。[代理人姓名]会在[时间]前给您回电。如需现在报案，请拨打[理赔电话]。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绝不在聊天中收集：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症状, 案件文件, 账号, 保单号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房地产、汽车销售和门店的在线咨询话术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有没有货？：先核实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访客想知道还有没有、要多少钱。说“有”之前，先核实。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房地产中介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还在售吗、能看房吗、我的房子值多少。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买房、卖房还是租房？哪套房源或哪个区域？和贷款机构谈过了吗？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看房，或上门估价。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某个区域住的是什么人，或某个社区适合“像您这样的人”。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是的，[地址]仍在出售。我可以在[日期和时间 1]或[日期和时间 2]带您看房。学校和区域数据，我会把官方来源发给您。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汽车经销商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车还在吗、最低价、置换、贷款。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哪辆车（库存编号）？要置换旧车吗？全款、贷款还是租赁？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试驾，并在那个时间为对方保留车辆。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不说清价格、期限和首付就报月供，或“您已经获批了”。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这辆车今天还在店里，价格[价格]，另加[费用和税]。我可以为您保留到[时间 1]或[时间 2]试驾。提交申请后，金融团队会给出月供报价。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网店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尺码和版型、配送、退货、我的订单。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哪件商品？寄到哪里？需要在某天前收到吗？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发送商品链接，或解决订单问题。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承运商尚未给出的送达日期，或未经核实就说“有现货”。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[产品]的尺码[标准、偏小或偏大]。[数字]天内发往[地区]，[数字]天内免费退货。尺码表：[链接]。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实体零售店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营业时间、有没有货、能不能帮我留着。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哪件商品、什么尺码和颜色？哪家门店？您什么时候能来？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以对方的名字保留商品，直到约定时间。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有人查看货架之前就说“有货”。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我去货架上看一下，需要[数字]分钟。如果有货，我会以您的名字保留到[日期]的[时间]。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看房, 试驾, 保留商品, 商品链接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SaaS、B2B、制造业和代理机构的在线咨询话术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下一步：有日期，书面确认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企业买家想要直接的回答，然后是有日期的下一步。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SaaS 和初创公司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能不能做到这个、我们团队要多少钱、有哪些集成。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您现在用什么？多少位用户？打算什么时候切换？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试用或演示。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把路线图上的功能说成已经上线，或为了成交而打折。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可以，[产品]支持[功能]。这里有一段 2 分钟的视频：[链接]。[数字]人的团队适合[套餐]。现在开始试用，还是[日期]看演示？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B2B 和制造业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规格、最小起订量、交货期、单价。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哪个零件或规格？数量多少，多久一次？送到哪里，什么时候前？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在约定日期前提供书面报价。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销售核实之前，为定制订单报价格或交货期。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谢谢，这些信息足够报价了。销售部的[姓名]会在[日期]前发送[数量]的书面报价，包括交货期和运往[地点]的运费。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营销代理公司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你们的价格、更多线索、案例。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要线索、销量还是品牌？之前尝试过什么？每月预算大概多少？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一次策略通话，请对方准备好当前的数据。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“保证上 Google 首页”“让线索翻倍”，或任何您无法证明的效果。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看到您的数据之前，我们不能承诺具体数字，但可以给您看我们为一家类似的[行业]客户做了什么。[日期]通个 30 分钟的电话？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咨询公司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有没有服务过我们这样的企业、怎么收费、什么时候开始。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要解决什么决策或问题？还有谁参与？需要在什么时候前完成？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一次范围界定通话，然后提交方案。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界定范围之前报固定价格，或把结果当作承诺。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这很适合先做一次简短的范围界定通话。通话后，[姓名]会在[数字]天内发送方案，包括范围、时间安排和价格。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以下情况转交销售：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合同, 安全审查, 定制报价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健身房、酒店、学校和非营利组织的在线咨询话术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下一步：约好的时间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本地访客想知道时间和价格。直接发预约链接。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健身房或健身工作室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价格、课程时间、私教课、体验课。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您的目标是什么？团课还是一对一？哪些日子、什么时间方便？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一节免费体验课或入门课。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伤病或医疗建议，或者“一个月瘦 10 公斤”这类效果承诺。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您的[膝盖、背部或身体状况]适合做什么，要听医生或物理治疗师的意见。教练会在免费入门课上根据他们的建议来安排：[日期和时间 1]还是[日期和时间 2]？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酒店或餐厅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我的日期有没有空房、价格、停车、过敏、团体。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哪天或几点？几位？需要提前准备什么吗？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在预订页面完成预订；团体则安排通话。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预订系统显示之前就说有空房或空桌，或者说某道菜对过敏者安全。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[日期]的房间和实时价格都在这里：[链接]。[数字]位客人的话，[姓名]可以为您保留团体房。需要我请他们给您打电话吗？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学校或培训机构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开课日期、学费、入学要求、资助。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哪门课程或哪个级别？为自己还是为别人报名？想什么时候开始？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一场说明会、一次招生通话，或报名链接。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保证某人会被录取、通过考试或找到工作。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下一期[课程]在[日期]开课，费用为[学费]。其他问题招生老师可以在电话里解答：[日期和时间 1]还是[日期和时间 2]？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非营利组织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如何捐款、做志愿者或获得帮助。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捐款、做志愿者还是寻求帮助？现在有人处于危险中吗？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捐款页面、志愿者表格或一次通话。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关于捐款的税务建议，或某人将获得什么帮助。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感谢您愿意提供帮助。您可以在这里捐款：[链接]。如想做志愿者，[姓名]可以给您打电话，介绍下一场[活动或班次]。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招聘机构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访客常问：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空缺职位、薪资、如何申请、招人。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问访客：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找工作还是招人？什么职位、在哪里？什么时候开始？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与招聘顾问通话，或发送申请链接。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询问年龄、家庭计划、宗教、健康或残疾状况。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谢谢。[地点]的[职位]，下一步是与[招聘顾问]进行 15 分钟的通话。[日期和时间 1]还是[日期和时间 2]？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伤病, 过敏, 入学申请, 有人处于危险中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每次在线聊天后要记录什么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记录用时：2 分钟 · 字段：6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每次聊天后花两分钟记录，让下一个接手的人了解全部情况。Excel 聊天记录表的字段与此相同。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6 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聊天类型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销售咨询、报价请求、售前问题或老客户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访客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姓名，以及对方为这次咨询留下的联系方式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一句话，用对方的原话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访客回答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对方对您 2 到 3 个问题的回答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已预约、待发报价、回电、已解答、访客离开或已转负责人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负责人和日期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谁做什么，什么时候前完成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总结备注（粘贴到联系人或交易中）：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[日期]聊天，[聊天类型]。问题：[问题]。访客回答：[回答 1]；[回答 2]。已告知：[您说过或承诺的内容]。下一步：[步骤]，[负责人]，[日期]前完成。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绝不记录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银行卡号、密码或完整的身份证件号码。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下一步用不到的健康、法律或财务细节。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下一步用词：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已预约, 待发报价, 回电, 已解答, 访客离开, 已转负责人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示例：健身房在线咨询话术实战：从 AI 转人工到约好入门课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Silverpine Fitness 是一家虚构的健身房，位于华盛顿州斯波坎，提供团课和私教课。它使用了本页的选项卡 1、3 和 7。2026 年 10 月 12 日周一 18:40，Daniel Osei 向 AI 助手询问了私教课和他的膝盖问题。AI 把聊天转给了会籍顾问 Ruth Calloway。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私教课多少钱？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私教课每月 4 节 $240，8 节 $440。您想上一对一课，还是小班课？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大概是一对一吧。我 5 月做过膝盖手术。现在开始练安全吗？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健康方面的问题我没法回答，不过我们团队的 Ruth 可以帮您安排第一节课。我现在就把聊天转给她。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Ruth（会籍顾问）：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Daniel 您好，我是 Ruth，Silverpine 团队的真人客服。我已经看过您的聊天记录：5 月做过膝盖手术，想上一对一训练。您的膝盖适合做什么，我没法判断，这要听您的外科医生或物理治疗师的。我先问两个简单的问题，好帮您找到合适的教练。您的主要目标是什么？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重新练出力量，能再去徒步。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Ruth（会籍顾问）：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很好的目标。您通常哪些日子、什么时间方便？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工作日晚上 6 点以后。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Ruth（会籍顾问）：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那下一步就是一节 45 分钟的免费入门课。教练会根据物理治疗师的建议来安排。10 月 15 日周四 18:30，还是 10 月 20 日周二 19:00？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Ruth（会籍顾问）：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Daniel，您还在吗？不着急。周四 18:30 还是周二 19:00？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不好意思，刚才在看日程。周四可以。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Ruth（会籍顾问）：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这是预约链接：silverpine.example/intro。选择周四 18:30，您会收到一封确认邮件。请穿舒适的鞋子，如果有物理治疗师的建议，也请一起带来。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约好了，邮件也收到了。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Ruth（会籍顾问）：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我这边也看到了：10 月 15 日周四 18:30。我会在周五给您打电话，聊聊训练计划。走之前还有其他需要吗？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没有了，就这些。谢谢 Ruth！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话术逐步对照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所用话术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18:43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接手聊天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转人工之后（选项卡 1）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18:44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 2 个问题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目标；日期和时间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18:45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免费入门课的两个时间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18:47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提醒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分钟没有回复（选项卡 3）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18:53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结束聊天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已预约、负责人和日期、还有其他需要吗？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应用和 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实时支持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18:42 等待客服，18:43 由 Ruth 认领，18:53 解决，已完成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入门课，2026 年 10 月 15 日周四 18:30，由 Daniel 通过链接预约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 Ruth 添加：Daniel Osei，私教课；来源：在线聊天；状态：进行中；负责人：Ruth Calloway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目标：增强力量，重新去徒步。工作日 18:00 以后。一对一。膝盖手术：教练会在课上询问。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打电话给 Daniel 沟通训练计划；Assignee（负责人）：Ruth；Deadline（截止日期）：10 月 16 日周五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对话标签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销售咨询、私教课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聊天记录表中的一行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首次回复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分钟（目标 2 分钟）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已预约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已安排跟进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虚构的公司和访客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聊天中绝不能说的话：每个受监管行业一条规则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行业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在聊天中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牙科和医疗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根据 HIPAA，为诊所存储患者健康信息的供应商需要签署书面业务伙伴协议。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只做预约，除非您的聊天服务商已签署该协议。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律师事务所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网站如果邀请访客提供详情却没有明确的警示，就可能使访客成为潜在委托人；只收集决定是否接案所需的信息。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事务类型、对方、期限。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理财顾问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FINRA 会员公司在任何沟通中都不得作出虚假、夸大、无依据、承诺性或误导性的陈述。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不谈收益，不说“保证”。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提供具体的贷款条件属于贷款发起人的工作，需要执照或注册；一般性解释和申请步骤则不属于。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可以讲步骤，不报利率。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保险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销售、招揽或协商保险需要执照；招揽包括敦促某人向特定公司申请特定类型的保险。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预约代理人，不说“这在保障范围内”。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房地产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因某区域居民的种族、肤色、宗教、性别、残疾、家庭状况或原国籍而劝阻买家或租客，属于违法的引导行为。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谈房子，不谈邻居。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招聘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入职前的问题只应涉及能说明此人是否胜任的内容；在发出录用通知前询问残疾情况是被禁止的。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技能、可到岗时间、地点。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如何使用这些在线聊天话术范例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选择选项卡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每个聊天都用选项卡 1，聊天类型看选项卡 2，您的行业看选项卡 4 到 7。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您的名字、问题、价格和时间。把每句话大声读出来：听起来应该像您自己说的。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写下您的禁说清单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从您的行业卡片和规则表开始。每位客服都要读一遍。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约定时间规则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 分钟内认领，2 分钟时提醒，5 分钟时结束。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记录每个聊天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 分钟填完 6 个字段。每周一检查超时的聊天和没有下一步的行。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转人工的聊天会在“实时支持”中以“等待客服”状态等待。在“通知设置”中开启“声音提醒”“浏览器提醒”或“移动提醒”。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点击“认领”，阅读聊天记录并发出您的第一句话。处理完后点击“解决”；如果只剩一般性问题，则点击“转交AI”。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使用 Growth 版时，在“设置” &gt; “已保存回复” &gt; “新建回复”中保存每句话术，并设置“快捷键”（这里指斜杠指令，例如 /takeover 或 /nudge），然后在回复框中输入该指令。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在“CRM” &gt; “潜在客户” &gt; “添加潜在客户”中，把“来源”设为“在线聊天”、“状态”设为“进行中”，填写“负责人”，并把选项卡 8 的总结粘贴到“备注”中。之后点击“转为交易”。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在“任务” &gt; “New Task”（新建任务）中添加跟进，并填写“Assignee”（负责人）和“Deadline”（截止日期）。在“设置” &gt; “对话标签” &gt; “新标签”中为每种聊天类型创建一个标签。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如需预约，打开“排程” &gt; “事件类型”，点击“复制链接”，然后把链接粘贴到聊天中。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转人工和带日历同步的预约从 Launch 版起提供，按年付费每月 $19，含 8 位用户。已保存回复和收件箱自动翻译从 Growth 版起提供，按年付费每月 $49。2 分钟和 5 分钟的计时是您团队的规则。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https://crmsoftware.pro/zh/templates/live-chat-script-templates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在线聊天话术范例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