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营销代理公司线索资格审核话术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8 个步骤：网站、服务、市场和语言、预算档位、截止日期、决策流程、评分和销售移交。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在方括号中填入您的服务、市场、预算档位和预约链接。在聊天、电话或需求表单中按此顺序使用这些步骤，并把每条咨询记录到 Excel 评分表中。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开启对话，并拿到网站地址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在第几条消息提问：第 1 到 2 条 · 负责人：AI 客服或 SDR · 收集：网站、平台、谁负责编辑网站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目标：问候线索，说明大概需要多长时间，并先拿到网站地址。在任何人参加通话之前，网站就能让您的团队了解对方的业务、所用平台和当前的营销情况。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开场：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您好，[名字]，感谢联系[代理公司名称]。我会问几个简短的问题，大约 2 分钟，这样合适的同事就能给您有针对性的答复，而不是一份千篇一律的介绍资料。首先，您的网站地址是什么？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感谢致电[代理公司名称]，我是[您的名字]。我可以问几个简短的问题吗？大约 5 分钟，这样我能为您转接合适的策略师。首先，您的网站是什么？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您的网站地址是什么？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您的团队可以在通话前查看网站、数据跟踪和广告，这样需求探索就能聚焦在计划上，而不是基本情况。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如果没有网站：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记为“无网站”。这说明对方需要的是网站项目，而不是月费服务。询问对方卖什么、在哪里卖。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如果只有社交媒体：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记录主页链接，并询问新网站是否在计划之中。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谢谢。[策略师]会在通话前查看[网站]，这样您就不用把基本情况讲两遍了。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可选：网站是用什么平台搭建的？谁可以编辑？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平台（例如 WordPress、Shopify 或 Webflow）决定了哪些内容能快速修改，以及是否需要重建网站。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如果不确定：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记为“未知”。策略师会在通话前查看。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这一步绝不要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不要在聊天中审查或批评对方的网站。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先不要报价。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不要索要密码或广告账户登录信息。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每条消息只问一个问题，等对方回答后再继续。不要一开场就问预算：那会让人觉得是在筛选，而不是在交流。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字段：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Website（网站）, CMS, 来源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找出所需服务，以及它背后的目标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在第几条消息提问：第 3 到 4 条 · 一票否决：您不提供的服务 · 收集：服务、对方原话描述的目标、当前代理公司、合同到期日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目标：了解线索最先需要哪项服务，以及它应该带来什么结果。把答案对应到您的某项服务，或者把线索转介出去。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您最先需要哪项服务：[服务 1]、[服务 2]、[服务 3]，还是其他？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列出您真实的服务清单，可以避免“帮忙做做营销”这类模糊需求，也能尽早表明哪些服务您不提供。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如果什么都要：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询问未来 90 天内哪一项最重要。全案服务方案留给策略师来谈。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如果不在服务范围内：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使用转介回复，并友好地结束这个话题。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我们不提供[服务]，但[合作伙伴]可以。需要他们的联系方式吗？如果您也需要[您的服务]，我仍然可以为您安排通话。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未来 6 个月，这项服务应该带来什么？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目标能告诉销售这是一次性项目还是长期工作，也为需求探索通话设定了方向。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如果给出数字：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按原话准确记录，例如每月 40 位新患者。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如果说要更多流量：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询问这些流量应该带来什么行动：打电话、预约、购买还是填写表单。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您目前在和代理公司或自由职业者合作吗？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您能了解之前哪些做法没有效果，以及当前合同何时到期，这往往决定了真正的开始时间。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如果不满意：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认真倾听并记录原因。绝不批评另一家代理公司。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把每个答案归入“月费服务”（长期工作）、“项目”（有结束日期的交付成果）或“转介”。如果网站还没准备好承接流量，先卖项目。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字段：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Niche / Industry（细分行业）, Competitors（竞争对手）, 备注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确认对方在哪里销售、使用哪些语言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在第几条消息提问：第 5 条 · 分数：内部可覆盖：2 分 · 收集：市场、语言、是否需要合作伙伴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目标：了解这项工作必须覆盖哪些市场和语言。每多一个市场或语言，就意味着更多的广告、页面和报告，因此会改变工作范围、团队配置和价格。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营销需要覆盖哪些城市、地区或国家？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本地、全国和国际推广是不同的合作，预算也各不相同。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如果是全国：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询问目前大多数客户来自哪里，以及他们想在哪里扩张。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如果超出您的服务区域：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转介，或记录需要合作伙伴。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我们服务的是[服务区域]的企业。对于[市场]，[合作伙伴]更合适。需要他们的联系方式吗？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广告和页面只用中文，还是也需要其他语言？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每增加一种语言，广告文案、落地页和检查工作量就会翻倍。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如果您能覆盖：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记录语言，然后继续。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如果内部无法覆盖：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说明您与翻译合作伙伴合作，这会增加时间和成本。记为“需要合作伙伴”。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我们内部可以做[语言]的推广。[其他语言]我们与合作伙伴一起做，这会增加[时间或费用]。这样可以吗？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事实：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语言会影响结果：在 CSA Research 2020 年对 29 个国家 8,709 名消费者的调查中，76% 的人更愿意购买有母语信息的产品，40% 的人表示从不在其他语言的网站上购物。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字段：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Target Geo（目标地区）, Target Languages（目标语言）, 备注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询问预算档位，而不是确切数字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在第几条消息提问：第 6 条 · 一票否决：A 档 · 收集：服务费档位、每月广告投放费用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目标：把线索归入您在上线前设定好的档位。提供几个范围，让线索用一条消息就能回答，并把您的服务费和广告投放费用分开。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您的预算档位（替换方括号中的数字）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档位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月费服务（每月）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项目（一次性）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低于 [$2,000]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低于 [$5,000]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0，转介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[$2,000 到 $3,999]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[$5,000 到 $14,999]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[$4,000 到 $7,999]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[$15,000 到 $29,999]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[$8,000] 及以上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[$30,000] 及以上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未透露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在通话中再问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在通话中再问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我们的服务费方面，哪个月度范围最接近您的计划：[B 档]、[C 档]还是[D 档]？广告投放费用另行直接支付给平台。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范围比开放式的数字更容易回答，销售也不会设计出线索买不起的方案。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如果对方问价格：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给出您公开的起步价，然后再次询问档位。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如果不确定：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记为“未透露”，并询问对方目前在营销上花多少钱。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大多数[服务]月费服务每月[最低月费]起，另加广告投放费用。需求探索通话后，[策略师]会确认准确价格。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除了我们的服务费，您每月计划在广告上投入多少？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只有管理费、没有媒体预算，就不可能带来付费广告效果。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如果太低：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如果低于[最低广告预算]，建议先做 SEO 或小规模测试，并记录下来。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如果是 A 档：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感谢您坦诚告知预算。我们的[服务]每月[最低月费]起，所以目前可能不太适合您。[自由职业者或资源]也许更合适：[链接]。我可以在[3 个月]后再联系您吗？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可以告知您公开的起步价和预算档位。只有策略师才能为这位客户报价。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字段：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Deal Value（交易金额）, Currency（币种）, 备注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确定截止日期和开始日期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在第几条消息提问：第 7 条 · 最佳周期：28 到 91 天，2 分 · 收集：截止日期、原因、最早开始时间、合同到期日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目标：拿到一个真实的日期、背后的原因以及最早的开始时间。在任何内容上线之前，代理公司都需要时间完成客户入驻、获取权限、设置数据跟踪和走审批流程。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您需要[服务]什么时候上线？这个日期和什么有关？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有原因的日期（例如产品发布、旺季或合同到期）能体现紧迫性，也能告诉您计划是否可行。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如果说越快越好：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追问：这背后有具体日期吗？比如产品发布或某个活动？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如果时间很紧：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如果不到[4 周]，记为加急。策略师会在通话中确认怎样安排才现实可行。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谢谢。[服务]的设置通常需要[3 到 4 周]。我会把您的日期告知[策略师]，通话时由[策略师]确认怎样安排才现实可行。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我们最早什么时候可以开始？有没有什么会影响开始时间，比如解约通知期？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通知期和旧代理公司的交接决定了真正的开始日期。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如果有合同：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记录到期日期，并安排在到期前完成设置。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截止日期得分（Excel 文件会自动计算）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从咨询到截止日期的天数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含义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少于 28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加急：由策略师确认是否可行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28 到 91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理想的筹备周期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92 到 182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预约通话，计划稍晚开始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超过 182，或没有日期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培育，并设定带日期的跟进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绝不要在聊天中承诺上线日期。AI 可以说明设置通常需要多长时间，具体日期由策略师承诺。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字段：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Expected close date（预计成交日期）, Deadline（截止日期）, 备注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弄清谁来决策，并邀请其参加通话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在第几条消息提问：第 8 条 · 分数：决策人参加通话：2 分 · 收集：谁签字、还有谁参与决策、决策日期、其他代理公司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目标：了解谁签字、还有谁有发言权，以及线索将如何做出选择。然后邀请签字人参加需求探索通话。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还有谁会参与选择代理公司？合同由谁签字？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和无权批准这项工作的人通话，往往会以一份没人签字的方案告终。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如果说只有我：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记为“参加通话”：2 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如果说要老板定：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记为“已知，未参加通话”：1 分。邀请老板参加通话。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如果不确定：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记为“未知”：0 分。询问上一次的营销预算是谁批准的。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谢谢。[决策人]可以参加需求探索通话吗？这样[策略师]就能直接回答他们的问题。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您还在和其他代理公司沟通吗？打算什么时候做决定？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您能了解竞争情况和决策日期，销售就能据此规划方案。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如果要比较 3 家报价：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没问题。记录决策日期，并询问对方选择时最看重什么。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事实：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采购团队内部常有分歧。在 Gartner 对 632 名 B2B 买家的调查中，74% 的买方团队在决策过程中出现了不健康的冲突，而达成共识的团队报告高质量交易的可能性是其他团队的 2.5 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字段：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Full Name（全名）, Job Title（职位）, 备注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为答案打分，并只选一个下一步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预约门槛：8 分及以上 · 一票否决项：服务、地域或预算为 0 分 · 成功标准：一条被销售接受的咨询，或一次已预约的合格需求探索通话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目标：把 5 项标准的分数相加，检查一票否决项，然后只给线索一个明确的下一步。Excel 评分表会用公式自动计算。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评分表：每项 0 到 2 分，满分 10 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标准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0 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1 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2 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服务匹配度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不提供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部分匹配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核心服务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地域和语言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无法交付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需要合作伙伴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内部可覆盖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预算档位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B，或未透露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 或 D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截止日期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超过 182 天，或没有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少于 28 天，或 92 到 182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28 到 91 天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决策流程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已知，未参加通话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参加通话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下一步规则（按此顺序判断）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转介: 服务、地域或预算任一项为 0 分，无论总分多少。发送一个替代方案，并友好地结束对话。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预约探索通话: [8] 分或以上。在聊天中发送预约链接；如果线索想立即沟通，就转给真人。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培育: 低于 [8] 分，且没有一票否决项。发送一份有用的资料，并设定一个带日期的跟进任务。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预约探索通话：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谢谢，[名字]。听起来这很适合[月费服务或项目]合作。下一步是与[销售负责人]和[策略师]进行一次[45]分钟的需求探索通话。请在这里选择时间：[预约链接]。[决策人]可以一起参加吗？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培育：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谢谢，[名字]。听起来现在时机还不太合适。我先把[指南或案例]发给您，[销售负责人]会在[日期]再联系您。这样可以吗？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感谢您提供的详细信息，[名字]。由于[原因]，我们目前不是最合适的选择。[合作伙伴或资源]可以帮到您：[链接]。祝[项目]顺利。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线索状态：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新增, 进行中, 已确认意向, 无效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给销售一份拿到就能行动的摘要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接受或拒绝：1 小时 · 负责人：销售负责人 · 如果被拒绝：使用“Reject as Junk”（标为无效）并注明原因，例如不匹配或没有预算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目标：每条咨询一份简短摘要，顺序始终一致，让销售负责人一分钟内就能决定接受或拒绝，并为需求探索通话做好准备。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谢谢，[名字]。以下是我会转给[销售负责人]的信息：为[网站]提供[服务]，覆盖[市场]，语言为[语言]。预算档位：[档位]。截止日期：[日期]。决策：[决策人]。我理解得对吗？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移交摘要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线索：[姓名]，[职位]，[公司]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网站：[网址]，平台：[CMS 或未知]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服务和目标：[服务]，目标是[目标]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市场和语言：[市场]，[语言]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预算档位：[档位]，每月广告投放 [金额]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截止日期：[日期]，原因：[原因]。最早开始：[日期]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决策：[决策人]，其他参与者：[姓名]，在[日期]前决定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评分：[x]/10。合作模式：[月费服务或项目]。下一步：[预约探索通话、培育或转介]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需求探索通话：[日期和时间，或未预约]。负责人：[姓名]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销售接下来要做什么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[1 小时]内: 阅读摘要和聊天记录。接受该线索（状态设为“已确认意向”），或注明原因后拒绝。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通话前: 查看网站、广告和数据跟踪。通过邮件申请只读权限，绝不在聊天中索要密码。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通话后: 把线索转换为公司、联系人和交易，把交易推进到下一阶段，并设置跟进任务。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如果无人在线：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谢谢，[名字]。所有信息都已保存，[销售负责人]会在[时间]前回复您。您也可以现在就预约需求探索通话：[预约链接]。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事实：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速度很重要：一项针对 125 万条销售线索的研究发现，在一小时内尝试联系线索的公司，完成资格审核的可能性，是哪怕只晚一小时才尝试联系的公司的近 7 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字段：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备注, 负责人, 状态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示例：一条牙科诊所集团的咨询，最终约成需求探索通话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以下是这套营销代理公司线索资格审核话术在 Copperleaf Digital 网站聊天中的应用。Copperleaf Digital 是劳德代尔堡一家虚构的 9 人代理公司。Carla 在聊天前的表单中留下了姓名和邮箱。AI 客服负责提问、预约通话，并把摘要交给销售负责人 Kim。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你好，我们的牙科诊所需要做 Google Ads 和 SEO。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您好，Carla，感谢联系 Copperleaf Digital。我会问几个简短的问题，以便合适的同事为您提供帮助。首先，您的网站是什么？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bayviewdental.example。我们在迈阿密-戴德有 3 家诊所。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谢谢。未来 6 个月，您希望 Google Ads 和 SEO 带来什么？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更多新患者。另外，我们 12 月 1 日要在劳德代尔堡开第 4 家诊所。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恭喜您。广告和页面只需要英语，还是也需要西班牙语？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两种都要。我们大约一半的患者更习惯用西班牙语。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英语和西班牙语推广我们内部都能做。我们的服务费方面，哪个月度范围最接近您的计划：$2,000 到 $3,999、$4,000 到 $7,999，还是 $8,000 及以上？广告投放费用另行直接支付给 Google。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代理费大约 $3,500，另外每月广告费大约 $6,000。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这很有帮助。广告需要什么时候上线？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11 月 16 日之前，也就是开业前两周。我们和现在这家代理公司的合同 10 月 31 日到期。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明白了。还有谁会参与选择代理公司？由谁签字？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诊所老板 Ortiz 医生签字。日常营销由我负责。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那么下一步是与我们的销售负责人 Kim 和策略师 Dan 进行一次 45 分钟的需求探索通话。Ortiz 医生可以参加吗？这是预约链接。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已约好周五 10:00。他会参加。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谢谢您，Carla。我会把以下信息转给 Kim：为 bayviewdental.example 做 SEO 和 Google Ads，覆盖迈阿密-戴德和劳德代尔堡，使用英语和西班牙语。B 档，每月 $3,500，另加 $6,000 广告投放费用。广告 11 月 16 日前上线。Ortiz 医生签字并参加通话。我理解得对吗？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对，完全正确。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您好，Carla，我是 Kim。感谢您预约。能否在周五之前通过邮件给我们开通 Google Ads 和 Search Console 的只读权限？这样 Dan 就能在通话时带来初步发现。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没问题，我今天就发。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发给 Kim 的移交摘要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线索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Carla Mendez，诊所经理，Bayview Dental Group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网站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bayviewdental.example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服务和目标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本地 SEO 和 Google Ads，获取更多新患者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市场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迈阿密-戴德的 3 家诊所，劳德代尔堡的新诊所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语言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英语和西班牙语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预算档位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B：每月 $3,500，另加 $6,000 广告投放费用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截止日期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广告 2026 年 11 月 16 日前上线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决策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Ruben Ortiz 医生签字并参加通话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需求探索通话，10 月 9 日（周五）10:00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评分：9 分（满分 10 分）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标准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回答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服务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SEO + 付费广告，核心服务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地域和语言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内部可覆盖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预算档位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截止日期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还有 40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老板参加通话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合计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预约探索通话，月费服务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线索状态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已确认意向，随后已转换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公司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Target Geo：迈阿密-戴德、布劳沃德。Target Languages：英语、西班牙语。CMS：WordPress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Bayview SEO 和广告月费服务，$21,000（6 个月）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阶段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已约探索通话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Dan：为通话准备初步发现，截止日期 10 月 8 日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虚构的代理公司和客户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月费服务、项目还是转介：卖对合作模式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合作模式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适用情况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预算档位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需求探索通话的目标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月费服务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效果需要数月积累的长期工作：SEO、付费广告、社交媒体、内容。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 到 D，按月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就目标、渠道、报告和[6 个月]的最短合作期达成一致。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项目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有结束日期的交付成果：网站、落地页、审计、数据跟踪设置。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 到 D，一次性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就范围、时间表、审批流程以及由谁提供内容达成一致。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先项目，后月费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网站或数据跟踪还没准备好承接付费流量。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先看项目预算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先卖修复工作，上线后再提供月费服务。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培育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匹配度高，但还没有日期或决策人。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除 A 以外的任何档位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暂不通话。发送一份资料，并设定带日期的跟进。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转介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您无法交付的服务、市场或语言，或 A 档。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A，或任何档位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不通话。提供一个名字或资源，并友好地结束。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AI 可以说什么，什么只能由策略师说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客服负责资格审核和预约。策略师负责给出建议、报价和承诺。把这些规则原样放进 AI 指令中。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价格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可以告知公开的起步价和您的预算档位。针对这位客户的报价，由策略师在需求探索之后给出。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可以说：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[服务]月费服务每月[最低月费]起，另加广告投放费用。通话后，[策略师]会确认您的价格。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效果和保证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绝不承诺排名、线索数量或广告支出回报率。效果取决于预算、市场和竞争情况。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可以说：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我们无法承诺排名或线索数量。在通话中，[策略师]会说明在您的市场和预算下，什么样的效果是现实的。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上线日期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可以说明设置通常需要多长时间。只有真人在检查权限和审批后，才能承诺上线日期。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可以说：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设置通常需要[3 到 4 周]。[策略师]会在通话中确认您的日期。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审计和建议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不在聊天中评估网站或广告。它只收集网站和目标，由策略师在通话时带来分析结果。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其他代理公司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绝不批评现在或以前的代理公司。询问哪些有效、哪些无效，以及合同何时到期。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权限和密码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绝不在聊天中索要密码或广告账户登录信息。预约通话后，由销售通过邮件申请只读权限。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当线索要求找真人、要求定制价格或合同条款，或者情绪不满时，立即转给真人。在 CRMsoftware.pro 中，转人工从 Launch 版起提供。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如何使用这套营销代理公司线索资格审核话术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设定您的规则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填写方括号内容：服务、市场、语言、预算档位、最低标准，以及您绝不提供的服务。把数字复制到“规则”工作表中。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所有渠道使用同一顺序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在聊天、WhatsApp、电话和联系表单中都按这 8 个步骤进行，这样各条咨询就便于比较。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约定移交方式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指定谁接收摘要、多快接受或拒绝，以及谁负责需求探索通话。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在对话中完成预约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线索一达到 8 分或以上，就趁对方还在聊天时发送预约链接。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 2 周复盘一次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阅读 10 到 20 段对话，查看被接受的咨询和已预约的通话，然后调整问题和档位。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 &gt; 选择机器人 &gt; “基础知识”选项卡：把 8 个步骤连同您的服务、档位、市场和转介规则粘贴到“说明”中。点击“保存更改”，然后点击“尝试机器人”。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“行为”选项卡：开启“收集用户数据”（启用此功能后，姓名和电子邮件将始终被收集）和“收集电话号码”。“连接”选项卡：开启“发送电子邮件通知”。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“排程” &gt; “事件类型” &gt; “新事件类型”：创建一个 45 分钟的需求探索通话，“位置”选择“视频通话”。在“连接”中关联“Google日历”或“Outlook日历”，然后点击“复制链接”，把链接粘贴到“说明”中。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“潜在客户”：打开这条咨询，把“状态”设为“已确认意向”或使用“Reject as Junk”（标为无效），然后用“Convert”（转换）把它转换为公司、联系人和交易。填写“Website”（网站）、“CMS”、“Target Geo”（目标地区）和“Target Languages”（目标语言）。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“交易”：点击“New pipeline”（新建管道），然后用“Add stage”（添加阶段）添加“已约探索通话”“已发方案”和“赢单”阶段。为每次培育跟进创建一个任务，并设置“Assignee”（负责人）和“Deadline”（截止日期）。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免费版：24/7 AI 聊天、线索收件箱（有限制）和 1 条管道。Launch 版，按年付费每月 $19：转人工、日历同步预约、WhatsApp 和 3 条管道。Growth 版，每月 $49：收件箱自动翻译和多语言聊天窗口。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 2 周检查一次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销售接受的咨询占比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已预约、已进行和错过的需求探索通话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按原因统计的转介：服务、市场、语言或预算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线索跳过或回答含糊的问题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需要更新数字的档位和最低标准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https://crmsoftware.pro/zh/templates/marketing-agency-lead-qualification-script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营销代理公司线索资格审核话术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