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44"/>
        </w:rPr>
        <w:t>医疗预约提醒短信模板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2"/>
        </w:rPr>
        <w:t>适用于诊所的短信，附 HIPAA 和患者同意规则：哪些不能写、患者同意、含表单链接的预约确认、提前 2 天提醒和当天短信、远程医疗、召回和“请来电”短信、爽约短信，以及西班牙语版本。附完整示例。来自 CRMsoftware.pro。</w:t>
      </w:r>
    </w:p>
    <w:p>
      <w:pPr>
        <w:spacing w:after="28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替换[方括号]中的每个词，然后检查每条短信：160 个字符以内（中文短信一段 70 个字符，最多 2 段），不写就诊原因、结果、药物或金额。只给已同意的号码发送，每位患者每天最多 1 条、每周最多 3 条，收到 STOP 后立即停止。把每条回复和结果记入 Excel 提醒记录表。</w:t>
      </w:r>
    </w:p>
    <w:p>
      <w:pPr>
        <w:spacing w:after="160"/>
      </w:pPr>
      <w:r>
        <w:rPr>
          <w:rFonts w:ascii="Microsoft YaHei" w:hAnsi="Microsoft YaHei" w:cs="Microsoft YaHei" w:eastAsia="Microsoft YaHei"/>
          <w:b/>
          <w:color w:val="15131F"/>
          <w:sz w:val="32"/>
        </w:rPr>
        <w:t>短信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1. 医疗预约提醒短信的 HIPAA 规则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每条短信：姓名、时间、电话 · 患者姓名：名字加姓氏首字母 · 准备事项：门户消息或电话 · 负责人和行动：[姓名]在每条新短信放进短信工具之前，都对照这张表检查一遍，并让 Excel 短信检查中的词表保持最新。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提醒短信是允许的。HHS（美国卫生与公众服务部）指出，HIPAA 隐私规则（美国医疗健康信息隐私法规）允许医疗服务提供者就患者的医疗事务与患者沟通，包括发送提醒，前提是限制消息内容：电话留言除了医疗机构的名称和电话以及确认预约所需的信息外，不宜包含更多内容。任何拿起手机的人都能看到短信预览，所以本页每条医疗预约提醒短信都要通过同一项检验。发送时间、STOP 处理和如何答复回复，见“预约提醒短信模板”页面；本页只补充医疗方面的规则。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可以写什么，绝不写什么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短信里写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短信里绝不写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诊所名称和电话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诊断、病情或症状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名字和姓氏首字母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检查结果，或有结果这件事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星期、日期、时间、地址或“视频就诊”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药名、剂量、续药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提前到达，带上身份证件和保险卡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能透露病情的专科或诊所名称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一个动作：回复 C 或 R，或打电话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欠款、自付额或账单内容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回复 STOP 退订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点明检查或手术项目的准备事项</w:t>
            </w:r>
          </w:p>
        </w:tc>
      </w:tr>
    </w:tbl>
    <w:p/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前台的三个 HIPAA 习惯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最低必要：尽合理努力，只使用和披露达到目的所需的最少受保护健康信息。对提醒来说，就是一个时间和一个地点。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患者偏好：患者可以要求用其他方式或其他号码联系，医疗服务提供者必须满足合理的要求。记录患者选择的渠道，只用这一个。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未加密渠道：HHS 指出，如果医疗服务提供者采取合理的保护措施、限制信息量，并在说明风险后让患者自己决定，隐私规则并不禁止用未加密的电子邮件进行与治疗相关的沟通。HHS 这里说的是电子邮件；对短信至少要同样谨慎。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短信中绝不出现：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诊断, 检查结果, 药名, 能透露病情的专科, 欠款或自付额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2. 患者提醒短信的同意：FCC 规则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每周：最多 3 条 · 每天：1 条 · 退订：STOP，立即生效 · 负责人和行动：[姓名]在登记表中加上这一行，在预约电话中加上这个问题，并记录同意、首选渠道和每一次 STOP。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在美国，FCC（美国联邦通信委员会）在 2015 年裁定：向医疗服务提供者提供电话号码，即构成对受 HIPAA 约束的医疗电话和短信的事先明确同意，但仅限于该同意的范围，且以患者没有相反指示为前提：预约就诊时留下的号码，可用于发送与这次就诊有关的消息。同一裁定还规定，某些对患者免费的医疗短信可以免除同意要求，相关条件现已写入 FCC 规则。尽管如此，还是要问，并把答复记下来：只需在登记表上加一行。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登记表中的一行：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我们可能会通过短信把预约确认和提醒发到此手机号码（请圈选）：是 / 否。短信未加密，任何拿到您手机的人都能看到。您可随时回复 STOP 退订。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在前台或电话中：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我们可以把预约提醒用短信发到[号码]吗？短信只写日期、时间和我们的电话，您随时可以回复 STOP 退订。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免于同意的医疗短信须满足的 FCC 条件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只发到患者提供的号码，短信中写明医疗服务提供者的名称和联系方式；只用于规定的用途，例如预约和检查的确认与提醒、健康体检、化验结果和处方通知；不涉及营销、账单或催收；内容受 HIPAA 约束。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160 个字符以内，每位患者每天 1 条、每周最多 3 条，每条短信都写明 STOP，退订立即生效。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当面问，不要用短信问：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在一项社区卫生中心的研究中，8,425 个预约里有 4,955 个没有回复征求同意的短信，但接受调查的未回复者中有 93% 希望收到短信。请在登记时或预约电话中询问。本文不构成法律建议：在把短信自动化之前，请咨询律师。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FCC 条件：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诊所名称和电话, 160 个字符以内, 不涉及账单或优惠, 每条短信都写 STOP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3. 预约确认短信：表单链接、提前到达、要带什么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发送：预约时 · 新患者：表单链接，提前 15 分钟 · 每次就诊的短信：最多 3 条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预约后几分钟内发送；夜间预约则在早上 8:00 发送。对新患者来说，表单链接能省下 15 分钟填纸质表的时间。链接要简短、通用：链接、表单标题和短信里都不写就诊原因。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预约确认，老患者：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[诊所名称]：[名字]，您已预约[日期、星期][时间]，地址[地址]。如需更改请致电[电话]。回复STOP退订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新患者，含表单链接：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[诊所名称]：[名字]，欢迎您！就诊时间：[日期、星期][时间]，地址[地址]。请先填写表单：[表单链接]。回复STOP退订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表单未填完，前一天发送：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[诊所名称]：[名字]您好，您[星期]就诊的表单还没填完：[表单链接]（约10分钟）。也可以提前15分钟到，我们帮您填。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必须写，绝不写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必须写：开头写诊所名称，星期、日期和时间，地址或“视频就诊”，一种更改方式，第一条短信还要有 STOP 退订说明。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绝不写：就诊原因、能透露病情的医生专科，或自付金额。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算进总数：表单提醒也是 FCC 允许的每周 3 条短信之一。用它代替提前 2 天提醒，或把表单那一句并进提醒里。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不要写：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就诊原因, 医生专科, 自付金额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4. 患者预约提醒短信：提前 2 天和当天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提醒：提前 2 天 · 当天短信：提前 2 小时 · 10:00 前的就诊：前一晚 20:00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提前 2 天提醒，能让空出的时段及时让给别人。医疗版本对就诊本身只字不提：准备事项放在患者门户消息或电话里，短信只提示患者去看。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提前 2 天提醒：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[诊所名称]：[名字]您好，提醒您[日期、星期][时间]就诊，地址[地址]。回复C确认，回复R改约。回复STOP退订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有准备事项，但不写明：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[诊所名称]：[名字]您好，[星期][时间]见。请按患者门户消息中的准备事项做好准备。回复C确认，回复R改约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当天短信，提前 2 小时：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[诊所名称]：[名字]，今天[时间]见。请提前15分钟到达，带上身份证件和保险卡。[停车提示]。会迟到？请致电[电话]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如果患者问这次就诊是为了什么：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谢谢，[名字]，您的预约已确认。就诊详情不便通过短信告知。请在[时间]前致电[电话]，或查看患者门户中的消息。[星期]见。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用 C 和 R，不用 YES 和 CANCEL：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cancel（取消）是 FCC 规则中的退订词之一：患者打出这个词来取消就诊，也等于告诉您别再发短信。用一条短信确认退订，就诊的事通过电话处理。已回复 C 的老患者不再收到当天短信：两条就够了。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当天短信只发给：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新患者, 以前爽约过, 提前 14 天以上预约, 视频就诊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回复代码：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C：确认, R：改约, STOP：退订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5. 远程医疗预约提醒短信，附视频链接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再发链接：提前 15 分钟 · 时区：视频就诊必写 · 链接打不开：医生 10 分钟内来电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视频就诊的短信要写三样东西：带时区的时间、链接，以及一句提醒患者找个私密的地方。设置步骤和密码放在患者门户里，就诊前 15 分钟再发一次链接。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远程医疗预约确认：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[诊所名称]：[名字]，您的视频就诊在[日期、星期][时间]（[时区]）。链接和设置步骤：[门户链接]。回复STOP退订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提前 15 分钟：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[诊所名称]：您的视频就诊[时间]开始。加入链接：[视频链接]。请找一个私密、安静的地方。无法加入？请致电[电话]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链接打不开：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[诊所名称]：抱歉，链接无法使用。您的医生会在10分钟内拨打这个号码联系您。如想改约，请致电[电话]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远程医疗短信规则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链接只显示您使用的平台，绝不显示患者姓名或就诊类型。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密码不通过短信发送：用门户消息或电话。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就诊后，短信里不写任何临床内容。总结放进患者门户，“请来电”短信只提示患者去看。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远程医疗短信要写：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视频就诊, 带时区的时间, 链接, 电话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6. 召回短信和“请来电”短信，不写细节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召回：1 条短信，1 次电话 · 之后：停止，在病历上注明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HHS 把为患者本人治疗而进行的沟通（以续药提醒为例）排除在营销的定义之外。提醒患者就诊到期的短信就属于这种沟通，而健康体检和处方通知也在 FCC 免于同意的医疗消息清单上。不要放优惠或新服务，只说就诊到期了，绝不说为什么。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年度就诊到期：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[诊所名称]：[名字]您好，该预约您的年度就诊了。在线预约：[预约链接]，或致电[电话]。回复STOP退订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就诊之后，复诊到期：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[诊所名称]：[名字]您好，您的医生希望在[月份]左右再见您一次。请预约：[预约链接]，或致电[电话]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请来电：结果、问题，任何涉及细节的事：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[诊所名称]：[名字]您好，方便时请致电[电话]，[日期和时间段]。请找[您的名字]。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召回规则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发一条短信，两周后打一次电话，然后停止，并在病历上注明。每周 3 条是 FCC 的上限，不是目标。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写“您的年度就诊”，不写它要检查的病情。写“您的医生希望再见您”，不写为什么。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HHS 允许发送“处方已备好”的消息；药名和剂量不要写进去。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可以说：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年度就诊到期, 复诊, 请来电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不要说：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原因, 结果, 药名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7. 诊所爽约短信：不指责，请患者重新预约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电话：开始后 15 分钟 · 短信：1 小时内 · 标记：“预约”中的“未出席” · 负责人和行动：[姓名]打电话、发送那一条短信、把就诊标记为“未出席”、记下通话时间和回复，并约好新时间。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就诊开始 15 分钟后打一次电话。没人接：1 小时内发一条短信。在诊所，爽约短信还要给患者留门：不指责，不说这次就诊为什么重要，只给一种重新预约的方式。在预约系统中把这次就诊标记为“未出席”，并记下通话时间。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爽约短信：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[诊所名称]：今天[时间]的预约没等到您，希望您一切都好。重新预约：[电话]或[预约链接]。回复STOP退订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附预约时说明的政策：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[诊所名称]：[名字]您好，今天[时间]的预约没等到您，我们[时间]给您打过电话。爽约政策：[一句话说明政策]。重新预约：[电话]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患者回复了原因：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谢谢告知，[名字]。[星期][时间]或[星期][时间]可以吗？请回复您想选的时间。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绝不说这次就诊为什么重要：“您的检查结果需要复核”就等于用短信告知了结果。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绝不收取预约时没有说明的费用，也绝不在短信里写金额：账单内容不在 FCC 豁免范围内。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同一次就诊，绝不发第二条爽约短信，也绝不追问原因。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8. 给患者的西班牙语预约提醒短信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回复代码：C、R、STOP：不变 · 在 GSM-7 中：é、ñ、¿、¡ · 不在 GSM-7 中：á、í、ó、ú、汉字：70 个字符 · 负责人和行动：[姓名]在短信工具中把西班牙语短信和主要语言的短信放在一起，每次修改后都在 Excel 短信检查中把两套都检查一遍。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在登记时询问患者的首选语言，并用这种语言发短信，结构和回复代码 C、R、STOP 都保持不变，因为 STOP 是 FCC 规则点名的词。唯一变化的是长度。字母 é 和 ñ 以及符号 ¿ 和 ¡ 在 GSM-7 字母表中，但 á、í、ó 和 ú 不在，只要出现其中一个，一段就只剩 70 个字符。汉字也总会让短信改用 UCS-2，一段 70 个字符，所以中文短信要数分段。西班牙语短信能避开这些字母就尽量避开；Excel 短信检查会显示结果。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Confirmación（预约确认）：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[诊所名称]: [nombre], su cita es el [día, fecha], [hora], [dirección]. Para cambiarla, llame al [teléfono]. STOP para no recibir mensajes.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Recordatorio, 2 días antes（提前 2 天提醒）：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[诊所名称]: Hola [nombre], recordatorio: [día, fecha] a las [hora]. Responda C para confirmar o R para cambiarla. STOP para no recibir mensajes.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El mismo día（当天短信）：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[诊所名称]: Nos vemos hoy a las [hora], [nombre]. Llegue 15 min antes con su ID y tarjeta del seguro. ¿Llega tarde? Llame al [teléfono].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Cita perdida（爽约）：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[诊所名称]: Hola [nombre], hoy no pudimos atenderle a las [hora]. Esperamos que esté bien. Para reprogramar, llame al [teléfono].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第二种语言的规则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全程使用正式的“usted”（您），HIPAA 规则也一样：日期、时间、地点和电话，别的都不写。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由一位双语人员阅读回复，并通过电话回答有关就诊的问题。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保留英文回复代码 C、R 和 STOP，并在登记时解释一次。</w:t>
      </w:r>
    </w:p>
    <w:p>
      <w:pPr>
        <w:spacing w:after="16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示例：医疗预约提醒短信范例：一位患者，一周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Cedar Hollow Family Practice 是北卡罗来纳州罗利市（Raleigh, North Carolina）的一家虚构家庭诊所，用自己的短信工具发送这些医疗预约提醒短信，预约邮件则由 CRMsoftware.pro 发送。新患者 Walter K. 于 2026 年 10 月 5 日（星期一）通过电话预约了 10 月 15 日（星期四）14:30 的就诊，并同意接收短信。Beatriz Lemos 负责前台。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定时短信：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10月5日（周一）11:05：Cedar Hollow Family Practice：Walter，欢迎您！就诊时间：10月15日（周四）14:30，地址1180 Cedar Hollow Dr。请先填写表单：chfp.example/forms。回复STOP退订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定时短信：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10月13日（周二）14:30：Cedar Hollow Family Practice：Walter您好，提醒您10月15日（周四）14:30就诊，地址1180 Cedar Hollow Dr。回复C确认，回复R改约。回复STOP退订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患者：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C。能告诉我这次就诊是看什么吗？我忘了。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Beatriz（前台）：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谢谢，Walter，您的预约已确认。就诊详情不便通过短信告知。请在17:00前致电919-555-0142，或查看患者门户中的消息。周四见。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患者：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好的，我打电话。谢谢。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定时短信：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10月15日（周四）12:30：Cedar Hollow Family Practice：Walter，今天14:30见。请提前15分钟到达，带上身份证件和保险卡。停车场在楼后。会迟到？请致电919-555-0142</w:t>
      </w:r>
    </w:p>
    <w:p>
      <w:pPr>
        <w:spacing w:after="8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Walter 的短信，逐条记录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时间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短信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结果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5 日（周一）11:05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预约确认（含表单链接），118 个字符，2 段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7 日（周三）填完表单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13 日（周二）14:30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提前 2 天提醒，102 个字符，2 段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14:36 回复 C，并提了一个问题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13 日（周二）14:41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Beatriz：短信里不谈细节，请来电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Walter 15:10 来电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15 日（周四）12:30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当天短信：新患者，92 个字符，2 段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已出席，14:22 到达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Beatriz 在记录表中写了什么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患者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短信中写 Walter K.，记录表中写病历编号。不写全名，不写就诊原因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同意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是，10 月 5 日（周一）通过电话，由 Beatriz 记录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提醒类型、已发短信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确认 + 提前 2 天 + 当天（新患者），3 条短信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回复、是否出席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C，问题已通过电话解答。已出席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记入记录表和应用的内容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提醒记录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5 日至 21 日共 28 次就诊：26 次已结束，2 次即将到来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爽约率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24 次应到就诊中 2 次爽约：8.3%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使用提醒之前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截至 10 月 2 日的 4 周内，40 次应到就诊中 6 次爽约：15%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按提醒类型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两次爽约都没有回复：一位未同意接收短信，一位始终没有回复提前 2 天提醒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CRMsoftware.pro 的“预约”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Walter 的就诊为“已确认”，提前 24 小时发送提醒邮件；两次错过的就诊标记为“未出席”</w:t>
            </w:r>
          </w:p>
        </w:tc>
      </w:tr>
    </w:tbl>
    <w:p/>
    <w:p>
      <w:pPr>
        <w:spacing w:after="24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虚构的诊所和患者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患者预约提醒短信：每条可以写什么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短信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可以写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绝不写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发送时间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预约确认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诊所、星期、日期、时间、地址、表单链接、STOP 退订说明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就诊原因、能透露病情的专科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预约时；夜间预约则在早上 8:00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提前 2 天提醒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日期、时间、C 或 R、“请按患者门户消息中的准备事项做好准备”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准备事项本身、检查或手术项目名称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提前 2 天，8:00 至 20:00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当天短信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时间、提前到达、身份证件和保险卡、停车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自付金额、欠款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提前 2 小时：新患者、以前爽约过、提前 14 天以上预约、视频就诊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远程医疗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视频就诊、带时区的时间、链接、“私密的地方”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密码、就诊内容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预约时和提前 15 分钟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召回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“年度就诊到期”、“您的医生希望再见您”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原因、病情、结果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一次，两周后再打一次电话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请来电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“请来电”、办公时间、找谁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结果、药名、带原因的“紧急”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办公时间内，有事需要电话沟通时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爽约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“没等到您”、如何重新预约、预约时说明的政策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就诊为什么重要、指责、金额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 小时内，打过一次电话之后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符合 HIPAA 的预约提醒短信：疑难情况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前台每个月都会遇到的五种情况。规则都一样：短信少说，由人拿起电话。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家人看到了手机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每条短信都按“别人会先看到”来写：最多只能透露有一次就诊。如果患者要求用其他方式或其他号码联系，只用那种方式；HHS 指出，医疗服务提供者必须满足合理的要求。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心理健康、性健康、成瘾、生育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连诊所名称都可能透露病情。与每位患者商定一个中性的发送人名称，改用电话或门户提醒，并且绝不写出服务名称。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患者用短信问健康问题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回应这个人，而不是这个问题：通过电话或门户，绝不通过短信。同样的规则也要写进您网站 AI 客服的指令中，可参考“AI 兜底与安全话术”。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[诊所名称]，我是前台的[您的名字]。健康问题不便通过短信回答。请致电[电话]或发送门户消息。紧急情况请拨打 911。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发错号码或“你是谁？”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不要确认患者姓名或就诊信息。停止给这个号码发短信，把它从病历中删除，再通过电话向患者核实正确号码。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抱歉，这条短信发错人了。我们已删除这个号码，不会再给您发短信。[诊所名称]，[电话]。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明天就诊的患者回复 STOP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只发一条退订确认，别的都不发：FCC 规则要求退订立即生效。然后打电话处理就诊，并把病历改为电话或邮件提醒。</w:t>
      </w:r>
    </w:p>
    <w:p>
      <w:pPr>
        <w:spacing w:after="80"/>
      </w:pP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本页不构成法律建议。本页介绍的是美国联邦规则（HHS 关于 HIPAA 的规定、FCC 关于短信的规定）；州法律、运营商规则和您自己的政策会在此之上增加要求。在美国以外，请遵守当地的健康隐私和短信规定。</w:t>
      </w:r>
    </w:p>
    <w:p>
      <w:pPr>
        <w:spacing w:after="12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如何使用这些医疗预约提醒短信模板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 写好您的整套短信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填写方括号：诊所名称、地址、电话、链接。把每条短信粘贴到“短信检查”表：没有被标记的词，中文短信尽量 1 段（70 个字符），最多 2 段。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 收集同意和偏好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登记表中的那一行和预约电话中的那个问题。记录是或否、首选渠道和号码。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 设定发送时间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预约时确认，提前 2 天提醒，新患者、以前爽约过的患者和视频就诊加发当天短信。每天 1 条，每周最多 3 条。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 通过电话回答问题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由一位负责人每天查看三次回复。C 和 R 用短信答复；有关就诊的问题用电话或门户消息答复。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 统计 4 周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把按提醒类型统计的爽约率与您的基准比较，然后一次只改一项。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在 CRMsoftware.pro 中设置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打开“排程”&gt;“事件类型”，编辑一个事件类型，或点击“新事件类型”。在“提醒”中选择“提前 24 小时”、“提前 1 小时”或“提前 15 分钟”。这些是邮件；应用不发送短信。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在“邮件”选项卡中，为“预约确认”和“会议提醒”点击“编辑模板”。把“邮件主题”、“标题”和“正文”精简到只写日期、时间、地址和电话，然后点击“保存模板”。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对于视频就诊，把事件类型的“位置”设为“视频通话”，并把链接填入“地点详情”。设置“最短取消提前时间”，阻止临时在线取消。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错过就诊后，打开“预约”，把它标记为“未出席”，并在 Excel 记录表中添加一行。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在“联系人”中，把短信同意和首选渠道记在“备注”中，或记在“Custom Fields”（自定义字段）的字段中（“Add field”（添加字段）、“Field label”（字段名称）、“Field type”（字段类型））。召回时，在“任务”&gt;“New Task”（新建任务）中创建一个带“Deadline”（截止日期）的任务。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6. 在“我的机器人”&gt;“基础知识”&gt;“说明”中，告诉网站 AI 客服提供预约链接，绝不回答健康问题。点击“保存更改”，然后点击“尝试机器人”。</w:t>
      </w: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CRMsoftware.pro 发送的是预约邮件，不是短信，而且它不是病历系统：临床细节请保存在您的诊所软件中。Launch 版起支持日历同步预约，按年付费每月 $19，支持 8 位用户。网站上的 AI 聊天免费提供给 3 位用户，无需信用卡。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每周检查，10 分钟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每个收到短信的号码，在记录表和病历中的“短信同意”都是“是”。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“短信检查”表中没有任何短信含被标记的词或多余的分段（中文短信最多 2 段）。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每个 STOP 都已记录，之后没有人再给该号码发短信。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每次已过去的就诊都有结果，并已把按提醒类型统计的爽约率与基准比较。</w:t>
      </w:r>
    </w:p>
    <w:p>
      <w:pPr>
        <w:spacing w:after="160"/>
      </w:pP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CRMsoftware.pro 免费模板。示例数据均为虚构。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6B3CF0"/>
          <w:sz w:val="18"/>
        </w:rPr>
        <w:t>https://crmsoftware.pro/zh/templates/medical-appointment-reminder-text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医疗预约提醒短信模板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