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多语言客户支持手册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语言覆盖矩阵、问候与语言切换、没人会说该语言时的转人工、经批准的政策译文、本地化退款和配送回复、术语表、每月回答评估，以及 AI 客服的语言规则。来自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先填写选项卡 1 中的覆盖矩阵。然后把[方括号]中的每个词替换为您自己的信息，把选项卡 8 粘贴到 AI 客服的指令中，并每月运行选项卡 7 中的测试。把结果记录在 Excel 文件中。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手册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语言覆盖矩阵：每种语言单独决定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级别：3 · AI 回复：95+ 种语言 · 测试：每月，每种语言 · 状态用词：在矩阵、Excel 文件和 AI 客服的规则中使用同样的三个词：已支持（AI 加真人）、仅 AI、不支持。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这份多语言客户支持手册从一个决定开始：每种语言单独决定。AI 客服能用 95+ 种语言回复，所以每种语言都会得到回答。矩阵决定的是：哪些回答由您担保、由谁检查，以及回答出错时怎么办。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三个覆盖级别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级别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客户得到什么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需要什么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已支持：AI 加真人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回答；转人工时，由会说该语言的同事接手。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一位能熟练读写该语言的同事、一位审核人、一次通过的测试、一个兜底方案。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 AI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回答。转人工后，同事借助翻译工具回复，速度较慢。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一位每月投入约 1 小时的审核人、经批准的政策文本、一次通过的测试、一个兜底方案。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不支持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回答简单问题。具有约束力的条款用[主要语言]提供，并如实说明原因。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一条如实说明的消息，以及用[主要语言]回复的时限。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矩阵中的一行（每种语言一行）：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语言：[语言，必要时注明地区]</w:t>
        <w:br/>
        <w:t>聊天占比：[上月 %]</w:t>
        <w:br/>
        <w:t>AI 回答：[是 / 否]</w:t>
        <w:br/>
        <w:t>会说该语言的人：[姓名，或无]</w:t>
        <w:br/>
        <w:t>审核人：[母语者或流利使用者]</w:t>
        <w:br/>
        <w:t>兜底方案：[质量不达标或无人会说时怎么办]</w:t>
        <w:br/>
        <w:t>状态：[已支持 / 仅 AI / 不支持]</w:t>
        <w:br/>
        <w:t>负责人和下一步：[姓名]，[行动]，[日期]前完成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确定级别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统计真实聊天: 上个月各语言的占比。再读 20 段聊天：要看的是客户实际用哪种语言书写。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超过聊天的 [3%]: 至少设为“仅 AI”：找一位审核人，并写好兜底方案。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有人会说这种语言: 设为“已支持”，前提是此人能覆盖您的客服时间，或者有人替补。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低于 [3%]，没有审核人: 暂时设为“不支持”。每 3 个月重新评估一次。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一种语言只有在本月测试中经审核人检查并通过、且有可用的兜底方案时，才算得到支持（“仅 AI”或 AI 加真人）。在此之前，按“不支持”处理。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用访客的语言问候，并随访客切换语言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AI 回复：95+ 种语言 · 小部件界面：17 种语言，Growth 版 · 小部件语言：设置小部件按钮、标签和表单字段的语言。“自动检测网站语言”会让它与小部件所在网站的语言保持一致；您选择的语言作为后备语言。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客服用访客书写的语言回答。首次消息在访客输入之前就会显示，所以要简短，用您的主要语言写，并用各语言自己的名称列出您支持的语言。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首次消息（问候语译文）：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助手。请用您的语言输入：我可以用 English、Español、Português、Français 等语言回答。我们的团队使用[团队语言]回复。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仅由 AI 支持的语言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用该语言回答；只说明一次转人工的方式。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我可以用[语言]为您提供帮助。如果您需要真人客服，我们的团队会借助翻译工具，在[时间]内用[语言]回复您。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不支持的语言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回答简单问题；遇到政策问题，提供[主要语言]的正式文本。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我可以用[语言]回答简单问题。我们的团队使用[团队语言]，所以我们[政策]的正式文本是[主要语言]版本：[链接]。如需真人回复，同事会在[时间]内用[主要语言]回复您。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访客切换语言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切换并一直使用新语言。一条回复中绝不混用两种语言。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好的，接下来我用[语言]和您交流。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语言混杂或含义不清的消息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问一个简短的问题，而不是猜测。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抱歉，我不确定是否理解了您的意思。您能换个说法，或者用[主要语言]再说一遍吗？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安排会说访客语言的真人，除非覆盖矩阵为该语言指定了人选。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团队里没人会说这种语言时，如何转人工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邮件：2 · 先说明：回复语言和时间 · 每月试一次：兜底方案只有在本月实际试过之后才算可用：每种语言一次转人工，并按时得到回复。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按语言转人工是多语言支持最容易出问题的环节：AI 客服把聊天转给了一个看不懂这种语言的人。请按级别决定由谁回复、用哪种语言、在什么时间之前回复。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谁回复、用哪种语言、何时回复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级别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谁回复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回复语言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回复时限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已支持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[会说该语言的同事姓名]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客户的语言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[2 个工作小时]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 AI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[姓名]，借助翻译工具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客户的语言；政策内容用经批准的文本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[1 个工作日]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不支持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[姓名]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[主要语言]，或者译文在上、原文附后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[1 个工作日]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客服在转人工之前说（仅 AI）：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谢谢您。我现在把您的问题转给我们的团队。团队使用[团队语言]，会借助翻译工具在[时间]内回复[语言]消息。请发送您的[订单号或邮箱]。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客服在转人工之前说（不支持）：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谢谢您。我们的团队使用[团队语言]，所以同事会在[时间]内用[主要语言]回复您。如果这对您不方便，请直接用您的语言回复，我们会借助翻译工具处理。请发送您的[订单号或邮箱]。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用您的主要语言回复的邮件：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主题：关于[主题]的问题，订单[订单号]</w:t>
        <w:br/>
        <w:br/>
        <w:t>[名字]您好，</w:t>
        <w:br/>
        <w:br/>
        <w:t>我们的团队使用[团队语言]，所以我用[主要语言]回复您。</w:t>
        <w:br/>
        <w:br/>
        <w:t>[用 2 到 3 个短句给出答案。][下一步和日期。]</w:t>
        <w:br/>
        <w:br/>
        <w:t>如有任何不清楚的地方，请用您的语言回复，我们会借助翻译工具处理。</w:t>
        <w:br/>
        <w:br/>
        <w:t>[您的姓名]，[企业名称]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译文回复邮件，原文附后：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[用客户的语言写的回答]</w:t>
        <w:br/>
        <w:br/>
        <w:t>[用客户的语言写这条说明：]本回复由翻译工具翻译。如有不清楚之处，以下方的[主要语言]原文为准。</w:t>
        <w:br/>
        <w:br/>
        <w:t>[同样的回答，用您的主要语言]</w:t>
        <w:br/>
        <w:br/>
        <w:t>[您的姓名]，[企业名称]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用您看不懂的语言发送回复之前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凡是退款、退货、保修或法律方面的回答，都粘贴选项卡 4 中经批准的文本。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句子要短，数字用阿拉伯数字，日期用文字写：写“10 月 12 日”，不写 10/12。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用另一个翻译工具把草稿回译一遍，核对数字、日期和名称。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用客户的语言打电话，或者承诺一个您在该语言上做不到的回复时限。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政策、价格和法律文本：只用经批准的译文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批准步骤：5 · 重新审核：每次原文变更时 · 版本日期：原文一旦变更，其译文就不再算作已批准，直到审核人重新检查为止。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退款、配送和保修规则、价格以及法律文本，都是承诺。在每种已支持的语言中，AI 客服都引用知识库中经批准的译文。条款、保修和隐私文本：使用经批准的译文，或者提供原文并附链接。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译文如何获得批准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原文: 用您的主要语言写的现行文本，附版本日期。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草稿: 机器翻译可以作为初稿。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审核: 审核人对照原文逐行检查：数字、天数、例外情况。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批准: 负责人批准并注明日期。如果您在该国销售，法律文本请咨询当地顾问。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存放: 存入知识库，统一使用一个标题：[政策]，[语言]，[日期]批准。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地区政策说明（用于知识库）：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[政策名称]，适用于寄往[国家或地区]的订单，[日期]批准：</w:t>
        <w:br/>
        <w:t>[用 1 到 3 句话写明规则：谁支付退货运费、配送时间、关税和税费。]</w:t>
        <w:br/>
        <w:t>本说明仅适用于[国家或地区]。其他所有订单请参阅[主要政策]。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各语言中的价格、日期和数字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用[货币]按标价原样写出，并带货币代码：写 USD 189，不写 $189。$ 符号也用于加元和墨西哥比索。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换算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客服绝不换算货币，也不估算税费和关税。它发送[链接]，或者提出转人工。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用文字写：2026 年 10 月 12 日。10/12 在美国表示 10 月，在大多数其他国家表示 12 月。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未经审核就展示机器翻译的条款、保修或隐私文本，或者给出 AI 客服自行换算的价格。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事实一致的本地化退款和配送回复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示例语言：3 · 各版本一致：金额、天数、方式、下一步 · 保存下来：使用 Growth 版时，把每个版本保存为已保存回复，并在快捷键中注明语言，例如 /refund-es 和 /refund-fr。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事实只写一次，之后每种语言都包含同样的金额、货币代码、天数、方式和下一步。以下是示例店铺的英语、西班牙语和法语回复。每个版本都要像政策一样经过批准。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事实表（用您的主要语言填写一次）：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退款金额：[金额及货币代码]</w:t>
        <w:br/>
        <w:t>退款方式：[银行卡、PayPal、店铺余额]</w:t>
        <w:br/>
        <w:t>退款时间：[收到退货]后 [数字] 个工作日</w:t>
        <w:br/>
        <w:t>退货运费：[谁支付，按地区]</w:t>
        <w:br/>
        <w:t>配送时间：寄往[国家]需 [天数] 个工作日</w:t>
        <w:br/>
        <w:t>配送费用：[金额及货币代码]</w:t>
        <w:br/>
        <w:t>如果延误：[客户该做什么，从哪天起]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退款回复，英语：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Hi [first name], we received your return for order [order number] on [date] and refunded USD 189.00 to your card today. Your bank usually shows it within 5 business days. Return shipping from outside the US is not refunded. Not there by [date]? Reply here and we will check.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退款回复，西班牙语：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Hola, [nombre]: recibimos su devolución del pedido [número de pedido] el [fecha] y hoy le reembolsamos USD 189.00 a su tarjeta. Su banco suele reflejarlo en un plazo de 5 días hábiles. El costo del envío de devolución desde fuera de Estados Unidos no se reembolsa. Si no lo ve antes del [fecha], responda a este mensaje y lo revisaremos.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退款回复，法语：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Bonjour [prénom], nous avons reçu votre retour pour la commande [numéro de commande] le [date] et remboursé aujourd'hui 189,00 USD sur votre carte. Votre banque l'affiche généralement sous 5 jours ouvrables. Les frais de retour depuis l'extérieur des États-Unis ne sont pas remboursés. Si vous ne le voyez pas d'ici le [date], répondez à ce message et nous vérifierons.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配送回复，英语：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Hi [first name], order [order number] shipped on [date]. Delivery to Canada takes 6 to 10 business days and shipping cost USD 25.00. Duties and taxes, if any, are paid on delivery. If it has not arrived by [date], reply here and we will ask the carrier.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配送回复，西班牙语：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Hola, [nombre]: el pedido [número de pedido] salió el [fecha]. La entrega a México tarda de 6 a 10 días hábiles y el envío costó USD 25.00. Los aranceles e impuestos, si los hay, se pagan al recibir el paquete. Si no ha llegado antes del [fecha], responda a este mensaje y consultaremos con la empresa de transporte.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配送回复，法语：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Bonjour [prénom], la commande [numéro de commande] a été expédiée le [date]. La livraison au Canada prend de 6 à 10 jours ouvrables et a coûté 25,00 USD. Les droits et taxes éventuels sont payés à la livraison. Si le colis n'est pas arrivé d'ici le [date], répondez à ce message et nous contacterons le transporteur.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保存本地化回复之前检查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金额、货币代码、天数和方式与事实表一致。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数字格式可以随语言变化（法语写作 189,00）；金额和货币代码不变。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名称保持原样，称呼方式遵循术语表（选项卡 6）。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翻译与术语表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规则类型：3 · 更新：每次月度测试后 · 放在哪里：把清单粘贴到知识库中。语言规则第 6 条要求 AI 客服遵循它。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一份供 AI 客服和每位审核人共用的清单：绝不翻译的名称、只有一个批准译法的词，以及每种语言的称呼方式。它放进知识库，并对应语言规则中的第 6 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术语表（先是示例店铺，再加上您自己的行）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术语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各语言的批准译法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Sagebrush Leather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绝不翻译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所有语言相同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Ranger Tote, Trail Wallet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产品名称：绝不翻译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所有语言相同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一个批准译法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es: día hábil; fr: jour ouvrable; pt: dia útil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一个批准译法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es: etiqueta de devolución; fr: étiquette de retour; pt: etiqueta de devolução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字母刻印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一个批准译法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es: monograma; fr: monogramme; pt: monograma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称呼方式（您/你）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每种语言固定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es: usted; fr: vous; pt（巴西）: você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[您的术语]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[绝不翻译，或一个批准译法]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[语言]: [批准译法]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审核人在月度测试中指出某个词的当天，就把它加进清单。清单上的一行，能修正所有语言中的回答。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每月多语言回答评估：10 个问题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问题：10 · 通过：90% 且无政策错误 · 重新测试：7 天内 · 谁可以审核：母语者或流利使用者：同事、兼职帮手，或者每月付费约 1 小时的自由职业者。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每月一次，在您服务的每种语言中向 AI 客服提出同样的 10 个问题，由审核人给每个回答打分。意图和预期事实都相同，只有语言不同。每种语言预留约 20 分钟。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覆盖大多数聊天的 10 个问题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1. [您最畅销的产品]的价格。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2. 寄往[您发货的某个国家]的配送时间和费用。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3. 如何退回[产品]。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4. 我的退款到哪了？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5. [产品]用了[数字]个月就坏了。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6. [产品]的[款式]有货吗？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7. 付费附加项，例如[选项]。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8. 如何使用或保养[产品]。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9. 修改订单或收货地址。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10. 我可以找真人吗？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如何执行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写下预期事实: 依据原文，用您的主要语言写：正确回答必须包含的数字和规则。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用每种语言提问: 审核人在“尝试机器人”或线上小部件中，像客户一样用自己的语言输入每个问题。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按 3 项检查打分: 答案正确、语气恰当、政策正确：填“是”或“否”，每个“否”都要写备注。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判定并更新: 得分达到 90% 或以上且没有政策错误即为通过。否则修正原文，并在 7 天内重新测试未通过的问题。更新 Excel 矩阵。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如何给每个回答打分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何时为“是”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何时为“否”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答案正确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包含预期事实：数字、天数、名称、步骤。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某个事实错误、缺失或凭空编造。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语气恰当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母语者读来自然，称呼方式正确，名称未被翻译。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生硬、正式程度不对、产品名称被翻译、用错地区变体。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政策正确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价格、退款、配送和法律条款与批准文本一致。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有添加、改动或承诺：免费标签、换算后的价格、例外情况。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 AI 客服或翻译工具给自己的回答打分。审核人必须能读懂这种语言。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粘贴到 AI 客服的指令：语言规则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规则：9 · 测试消息：5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把这段规则粘贴到 AI 客服“说明”的末尾，根据覆盖矩阵填好方括号，保存，然后运行 5 条测试消息。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写入“说明”的语言规则：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语言规则</w:t>
        <w:br/>
        <w:t>1. 使用访客最后一条消息的语言回复。如果访客要求换一种语言，就切换过去并一直使用该语言。一条回复中绝不混用多种语言。</w:t>
        <w:br/>
        <w:t>2. 有真人支持的语言：[语言]。仅由 AI 支持的语言：[语言]。其他所有语言均不支持。</w:t>
        <w:br/>
        <w:t>3. 在已支持的语言中，退款、退货、配送、保修和法律信息只能来自知识库中该语言的批准文本。不要添加任何内容。</w:t>
        <w:br/>
        <w:t>4. 在不支持的语言中，可以回答简单问题。涉及退款、退货、保修和法律的问题，说明正式文本为[主要语言]，发送[政策页面链接]，并提出转人工。</w:t>
        <w:br/>
        <w:t>5. 价格只用[货币代码]，与知识库中完全一致。绝不换算货币，也不估算税费或关税。</w:t>
        <w:br/>
        <w:t>6. 绝不翻译以下名称：[企业名称]、[产品名称]。使用术语表中的批准译法。</w:t>
        <w:br/>
        <w:t>7. 称呼方式：[语言]：[正式或非正式]；[语言]：[正式或非正式]。</w:t>
        <w:br/>
        <w:t>8. 如果不确定访客的意思，用对方的语言问一个简短的问题。不要猜测。</w:t>
        <w:br/>
        <w:t>9. 访客要求找真人时：如果使用的是[有真人支持的语言]，告诉对方[姓名]会在[时间]内用其语言回复。如果是其他语言，告诉对方：我们的团队使用[团队语言]，同事会在[时间]内用[回复语言]回复。请对方提供[邮箱或订单号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测试：5 条消息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输入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通过标准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[用已支持的语言提出的价格问题]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使用同一种语言，价格用[货币代码]，没有任何换算。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[用“仅 AI”语言提出的退货问题]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该语言的批准文本，没有添加内容。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[用不支持的语言提出的退款问题]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简单回答，说明正式文本为[主要语言]，并提出转人工。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[先用一种语言提问，再换成另一种语言]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回复随访客切换语言。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[用没人会说的语言要求找真人]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如实说明，并告知回复语言和时间。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放在哪里：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规则放在“说明”的“共享”选项卡中，这样对聊天和语音都生效。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粘贴之后：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保存更改, 尝试机器人, 月度测试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示例：一家使用 5 种语言的网店：语言覆盖和 10 月测试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Sagebrush Leather 是圣迭戈一家虚构的网店，向美国、墨西哥、加拿大和巴西销售皮包。店主 Daniela 会说英语和西班牙语；负责客服的 Tom 会说英语。9 月的 610 段聊天中，41% 不是英语。下面是一位巴西客户用葡萄牙语要求找真人。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您好！我 6 天前订了 Ranger Tote，到现在还没送到圣保罗。可以找真人吗？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Marina，很抱歉让您久等了。寄往巴西的配送需要 8 到 15 个工作日，所以您的订单仍在正常时间内。我们的团队使用英语和西班牙语，会借助翻译工具在 1 个工作日内回复葡萄牙语消息。需要我帮您转给他们吗？请发送您的订单号。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好的，麻烦了。订单号 SL-4821。我需要交进口税吗？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谢谢您。寄往巴西的订单，进口关税和税费在收货时支付，金额由海关确定，所以我无法告诉您具体数额。我们团队的 Tom 会在这里回复您。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Tom（客服）：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Marina 您好，我是 Tom。订单 SL-4821 已于 10 月 1 日从我们的仓库发出，目前在巴西海关。物流跟踪链接在发货邮件里。我会在 10 月 12 日再查一次，并发邮件告诉您最新状态。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语言覆盖矩阵，2026 年 10 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英语，占聊天的 59%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已支持。审核人：Tom。兜底方案：Tom 在“实时支持”中处理，2 个工作小时内。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西班牙语，24%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已支持。审核人：Daniela。兜底方案：Daniela，或 Tom 借助“自动翻译”。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葡萄牙语（巴西），9%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 AI。审核人：Lucas Almeida，自由职业者。兜底方案：Tom 借助“自动翻译”，1 个工作日内。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法语（加拿大），6%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 AI。审核人：Amélie Roy，自由职业者。兜底方案：Tom 借助“自动翻译”，1 个工作日内。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德语，2%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不支持。没有审核人。兜底方案：如实说明，1 个工作日内用英语发邮件回复。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每月回答评估，2026 年 10 月 5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语言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30/30（100%）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西班牙语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29/30（97%）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葡萄牙语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28/30（93%）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法语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27/30（90%）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未通过：1 处政策错误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德语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未测试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没有审核人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未通过项、修正和完成检查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法语，问题 3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政策错误：承诺向加拿大提供免费退货标签。修正：法语的地区政策说明，由 Amélie 批准。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法语，问题 1 和 8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自行把 USD 189 换算成约 CAD 259；使用了“tu”。修正：规则 5 和规则 7。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西班牙语和葡萄牙语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翻译了 Ranger Tote 这个名称；寄往巴西的配送时间有误；使用了欧洲葡萄牙语的措辞。已于 10 月 6 日修正。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完成检查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英语和西班牙语算作“已支持”，葡萄牙语算作“仅 AI”。法语在 10 月 12 日重新测试之前算作“不支持”。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虚构的聊天，译自葡萄牙语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如何使用这份多语言客户支持手册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填写覆盖矩阵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为每种语言填写聊天占比、会说该语言的人、审核人、兜底方案和级别（选项卡 1）。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设置问候语和规则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首次消息取自选项卡 2，语言规则取自选项卡 8，批准文本和术语表放进知识库。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约定转人工方式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谁用哪种语言回复、何时回复（选项卡 3）。每种语言试一次转人工。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执行月度测试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每种语言问同样的 10 个问题，由审核人在 Excel 文件中打分。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修正并决定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修正原文，7 天内重新测试未通过项，并更新每种语言的级别。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找出您的语言：在“聊天记录”中，每段聊天的“访客信息”下都会显示“语言”；如果您的套餐包含“分析”，可以在“人口统计与流量”下查看“语言分布”。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“我的机器人”&gt;选择机器人&gt;“基础知识”选项卡：把语言规则粘贴到“说明”（“共享”选项卡），把批准文本和术语表添加到“知识库”，写好“首次消息”。点击“保存更改”。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设置“小部件语言”来决定按钮和标签的语言，或者开启“自动检测网站语言”；您选择的语言作为后备语言。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用“尝试机器人”以每种语言运行这 10 个问题，由审核人输入。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转人工的聊天会以“等待客服”状态进入“实时支持”。使用 Growth 版时，开启“自动翻译”，即可用您的语言阅读客户消息，并用客户的语言回复；“显示原文”可查看客户的原话。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按语言给聊天加标签：“设置”&gt;“对话标签”&gt;“新标签”，例如 lang-fr。使用 Growth 版时，保存本地化回复：“设置”&gt;“已保存回复”&gt;“新建回复”，“快捷键”填 /refund-fr。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不会给回答打分，也不会按语言分配聊天：矩阵和测试是您自己的文档。AI 聊天和知识库：免费版，3 位用户。转人工：Launch 版，按年付费每月 $19，支持 8 位用户。自动翻译、已保存回复和 17 种语言的小部件：Growth 版，每月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每月语言复查，30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每种标为“已支持”或“仅 AI”的语言都通过了本月测试，并有指定的审核人。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每个兜底方案本月都试过一次。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测试中的每个“否”都有修正、负责人和重新测试日期。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https://crmsoftware.pro/zh/templates/multilingual-support-playbook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多语言客户支持手册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