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销售异议处理话术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7 个类别共 14 个异议，每个都附客户原话、诊断性提问、可用的证据、可直接照说的回复、绝不承诺的事和下一步。来自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。用您自己的页面、文件和具名客户填写“证据”和“绝不承诺”，并在团队使用某条回复之前，由该类别的负责人签批。把“规则”选项卡放在所有人都能看到的地方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异议话术库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价格异议：太贵、别家更便宜、没有预算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证据批准人：负责定价的人 · 记录为：价格 · 已签批：[负责人姓名]，[日期]。每 30 天复核一次。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大多数销售异议处理话术在价格上失败，是因为销售还没弄清客户拿什么作比较，就开始为价格辩护。先问一句。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“太贵了”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“是比您预期的高，还是比您现在付的高？”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包含全部内容的价格页或报价单。一位规模相近的具名客户。对方自己的数据。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折扣，或者无法在对方数据中体现的回报。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发出含完整总价的报价单。任务：[日期]跟进。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[称呼]，您说得有道理。[等对方回答] [价格]包含[包含内容]，为期[周期]，除了[额外费用，或无]之外没有其他费用。[类似客户]付的也是这个价，并且[可证明的成果]。我把完整的费用明细发给您，方便您比较，可以吗？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“别家更便宜”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“更便宜的那家报价包含哪些内容？我好把同样的东西放在一起比。”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两份书面报价的逐项对比。您的公开价格页。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没见到书面报价就答应跟价。任何说竞争对手坏话的内容。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索要对方的报价单。[日期]前给出对比。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[称呼]，谢谢您告诉我。价格不同是因为报价内容不同。我们的[价格]包含[项目 1]、[项目 2]和[项目 3]。如果另一家也包含同样的内容，那就是公平的比较，我会如实告诉您。把他们的报价单发给我，我在[日期]前把两份放在一起对比给您。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“这个没有预算”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“预算已经定死了，还是还在规划中？”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价格页上写明的付款方式，一字不改。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免费月份、延后开票，或没人批准过的付款条件。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已定：在下一轮预算前两周设任务。规划中：今天发费用摘要。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[称呼]，明白了。[等对方回答] 如果预算已经定了，我会在[日期]、也就是下一轮预算前两周再联系您，把您需要的数据带过来。如果还在规划中，我今天就可以发一页摘要，包含价格、包含内容和[用对方数据算出的问题成本]。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/obj-expensive, /obj-cheaper, /obj-budget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时机异议：现在不是时候、下个季度再联系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证据批准人：销售负责人 · 记录为：时机 · 已签批：[负责人姓名]，[日期]。每 90 天复核一次。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时机异议其实是在要一个日期：先给出影响时机的事实，再把日期定下来。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“现在不是时候”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“您那边需要先完成什么？”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根据您最近 [5] 位客户得出的部署时长和所需工时。报价单的有效期截止日期。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价格会一直保留到对方准备好，除非报价单上写明。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在某个具体事件之后约定一个日期。把阻碍写进“Notes”（备注）。设任务。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[称呼]，这可以理解。[等对方回答] 两个事实，供您从容决定：部署需要[通常时长]，占用贵团队大约[小时数]的时间；报价单有效期至[日期]。我在[日期]、[对方的事件]之后给您打电话，可以吗？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“下个季度再联系我”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“好的。到那时会有什么不同？我好带着合适的信息联系您。”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报价单的有效期截止日期。您从下单到启动的交付周期。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以后价格更优惠。到时候还有空档的启动日期。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在具体日期设任务。在交易上填写预计成交日期。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好的，[称呼]。我们现在就把日期定下来：[星期几，日期]方便吗？提醒一点：我们的交付周期是[周数]，所以想在[月份]启动，需要在[日期]前做决定。我会给您发一个两行的要点回顾。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/obj-not-now, /obj-next-quarter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需求异议：我们现在挺好的、这不是优先事项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证据批准人：销售负责人 · 记录为：需求 · 已签批：[负责人姓名]，[日期]。每 90 天复核一次。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不要和“挺好”争辩。问对方现在怎么处理您的产品所解决的那类情况；没有缺口就停下。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“我们现在挺好的”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“您现在是怎么处理[具体场景]的？遇到[常见问题]时会怎样？”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关于对方的，暂时什么都没有。一位说过同样话的客户的成果。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对方有问题。不要凭空制造问题。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有缺口：只针对这个缺口谈 15 分钟。没有缺口：按已丢单关闭。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[称呼]，很高兴现在的做法行得通，我也不会试图说服您改变。只问一个问题：您现在是怎么处理[具体场景]的？[如果对方说出缺口] [类似的客户]正是在这一点上看到了[具体成果]。我可以用 15 分钟只给您看这一部分。如果不需要，我们就到这里。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“这不是优先事项”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“眼下最优先的是什么？”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您的产品与对方所说的优先事项之间的关联，前提是确实相关。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您的产品能解决对方的头号优先事项，而实际上并不能。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相关：15 分钟通话。不相关：在该优先事项完成的日期设任务。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有道理，[称呼]。[等对方回答] [如果相关] 这正是[您的产品]最能帮上忙的地方：[一句话说明如何]，[客户]就是这样做的。值得花 15 分钟只聊这一点吗？[如果不相关] 那这件事可以等。[对方的优先事项]什么时候能完成？我在[日期]再联系您，不会提前。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/obj-fine, /obj-priority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信任异议：没听说过你们、适不适合我们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证据批准人：负责签合同的人 · 记录为：信任 · 已签批：[负责人姓名]，[日期]。具名客户已书面同意。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用客户能核实的东西回答：一个页面、一份文件、一位可以打电话询问的客户。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“我没听说过你们”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“您需要看到什么才会放心：一位可以打电话询问的客户、合同条款，还是试用？”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可出示的公司信息。两位具名客户。附链接的公开评价。您的取消条款。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无法书面出示的数据。您没有持有的认证。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今天发证据包：一页纸加链接。任务：[日期]。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[称呼]，这个问题很合理。我们是[公司]，[年份]起在[城市]经营，有[数量]家像[客户类型]这样的客户。评价：[链接]。您愿意的话，可以和[参考客户]聊聊。我们的合同有[取消条款]，所以风险在我们这边。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“适合我们这样的公司吗？”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“这类工具通常在哪里会让您用不下去？”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一位与对方同行业或同规模的客户。能处理对方特殊之处的功能或流程。一句坦诚的“暂时不行”。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“对所有人都适用。”您并没有的行业案例。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用对方的真实案例测试：有范围和结束日期的试用或试点。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问得好，[称呼]。在[对方的行业或规模]这类客户中我们有[数量]家，比如[客户]，他们[成果]。对您最重要的是[具体功能或流程]。与其听我说，不如用您自己的[数据或案例]试[时间]。我们在[日期]一起看结果。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/obj-unknown, /obj-fit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决策权异议：我得问问老板或合伙人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证据批准人：销售负责人 · 记录为：决策权 · 已签批：[负责人姓名]，[日期]。每 90 天复核一次。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您的联系人现在成了您的传话人：给对方一页容易转述的材料，并主动提出亲自去讲。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“我得问问老板 / 合伙人”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“当然。您觉得[姓名或职务]会先问什么？”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一页摘要：价格、包含内容、用对方数据算出的问题成本、两位参考客户。附有效期截止日期的报价单。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决策人一定会同意。“给老板的”折扣。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[小时数]内发出摘要。与双方的 20 分钟通话。设任务。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当然，[称呼]。[等对方回答] 我今天就给您发一页摘要：价格、包含内容、[用对方数据算出的问题成本]，以及两位您可以打电话询问的客户。如果有帮助，我可以在[日期 1]或[日期 2]和您以及[姓名或职务]一起开一个 20 分钟的电话会。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/obj-boss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拖延型异议：先发点资料、让我再想想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证据批准人：销售负责人 · 记录为：拖延 · 停止规则：约定好的两次跟进都没有回应：把交易标记为已丢单，发一句感谢，然后停止。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拖延背后要么藏着真正的异议，要么是委婉的拒绝。一个问题就能分辨。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“先发点资料给我吧”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“资料应该回答哪个问题：价格、怎么用，还是适不适合[对方的情况]？”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每个问题对应一个页面或链接。不要泛泛的材料：73% 的 B2B 买家会避开发送无关信息的供应商。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对方没有同意的跟进。您做不到的交付时间。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在[小时数]内发出对方要的东西，不多不少。约一个听取反馈的日期。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好的，[称呼]。为了不给您发一份 20 页的宣传册：资料要回答哪个问题，价格、怎么用，还是适不适合[对方的情况]？[等对方回答] 您会在[时间]前收到。我在[日期]再和您确认，可以吗？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“让我再想想”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“您想再考虑哪部分：价格、合不合适、时机，还是别的？”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对方所说异议对应的卡片。报价单上的有效期截止日期。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“优惠今天截止。”价格将会上涨。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说出了顾虑：现在就回答。没有：约定日期。两次跟进无回应：按已丢单关闭。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当然，[称呼]。[如果对方说出顾虑，用对应卡片回答] [如果没有] 您慢慢考虑。报价单有效期至[日期]。我们[日期]再聊，可以吗？如果到时候您觉得不合适，直接告诉我，我就把这件事结掉。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/obj-send-info, /obj-think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竞争对手异议：我们在用 X、我们在和 Y 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证据批准人：创始人或销售负责人 · 记录为：竞争对手 · 已签批：[负责人姓名]，[日期]。竞争对手信息来自其公开页面，并注明日期。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绝不批评竞争对手。按客户的标准比较，并附上对方可以核实的链接。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“我们已经在用 X 了”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“用得怎么样？什么情况下您会考虑换一家？”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您能以书面形式出示的那一点差异。一位从 X 换过来的客户。您的切换步骤。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任何说 X 坏话的内容。不说明步骤就说切换“很简单”。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有缺口：只展示这个缺口。客户满意：在续约前 [6 周]设任务，然后停止。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好的，[竞争对手]是个不错的选择，[称呼]。用得怎么样？[如果对方说出缺口] 在[差距]这一点上，差别在这里：[可出示的内容]，[客户]就是因为这个换过来的。切换需要[步骤和时间]。[如果没有缺口] 那换作是我也不会换。您的合同什么时候续约？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“我们也在和 Y 谈”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先问一句：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“比较时您最看重什么？”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可出示的证据：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按对方标准写的简短书面对比，附您的价格页和对方公开页面的链接。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“即将推出”的功能。在您并不占优的标准上宣称胜出。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[日期]前给出对比。询问决策日期。设任务。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这很明智，[称呼]。[等对方回答] 在[标准 1]上我们[事实]。在[标准 2]上，[竞争对手]可能更强，我宁愿现在就告诉您。我会在[日期]前按您的标准发一份简短对比，附链接。您打算什么时候做决定？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/obj-use-x, /obj-talking-y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4 步方法，以及绝不能说的话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负责人：创始人或销售负责人 · 复核周期：90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本页的每条回复都遵循同样的四个步骤。遇到这里没列出的异议，也用这四步。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4 步方法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接住: 用一句话表明您听到了，既不认同也不反驳。绝不说“我理解，但是”。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诊断: 用一个问题找出真正的原因，然后等待。“太贵了”往往是“总价不清楚”。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有边界的回复: 只回应对方给出的原因，只用能出示的证据。说明您不能承诺什么。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下一步: 一个具体行动、一个日期、一位负责人。如果答案是不，道谢然后停止。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绝不能说的话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不要说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改为说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今天签约我可以给您打八折。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我们对每位客户的价格都一样。特殊情况由[负责人]决定；我会在[日期]前给您答复。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我理解，但是……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您说得有道理。我可以问一个问题吗？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从来没有人用它出过问题。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这是[客户]的实际使用情况；如果不好用，您可以这样做：[取消条款]。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[竞争对手]定价过高，服务也很差。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这是我们报价包含的内容。您可以逐项和他们的对比。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那个功能下个月就上线。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这个功能目前没有。如果有变化，我会告诉您。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这个优惠周五截止（实际上并不）。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报价单有效期至[日期]。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完成检查：满足以下条件，回复才算批准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异议用的是客户的原话，而不是您的话。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“先问一句”只有一个问题，而不是三个。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“证据”写明了一个页面、一份文件，或一位同意具名的客户。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“绝不承诺”已填写。“没有”不算答案。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“下一步”有一个行动和一个由销售掌控的截止日期。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负责人签了名字和日期。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异议类型：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时机, 需求, 信任, 决策权, 拖延, 竞争对手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示例：异议处理示例：聊天中的价格异议，然后转到电话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Kestrel IT Services 是一家虚构的、面向小型诊所的 IT 托管服务商。Dana 是一家 12 人兽医诊所的运营经理，在网站聊天中询问价格；AI 客服根据知识库作答，异议出现时由 Omar 接手。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你好，我们是一家兽医诊所，12 名员工，大约 16 台电脑。IT 托管服务怎么收费？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您好！16 台设备的话，我们的诊所套餐是每台设备每月 $69，也就是每月 $1,104，不收安装费。包含 7:00 到 19:00 的服务台、监控、备份和补丁更新。详情：kestrel-it.example/pricing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这比我们现在的 IT 师傅贵多了。我们是按小时付给他的。能发点东西让我拿给老板看吗？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当然可以。我现在把这段对话转给负责诊所客户的 Omar，他能看到您写的全部内容。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Omar（销售）：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您好，我是 Omar。很乐意发给您。先问一个问题，好让摘要写到点子上：是每月这个金额本身偏高，还是因为和按小时计费不好比较？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说实话，是不好比较。去年我们付给他大约 $9,000，但出了两次故障，前台各停了半天。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Omar（销售）：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谢谢，这很有帮助。每月 $1,104 就是每年 $13,248，比去年多大约 $4,200。多出来的钱买到的是固定保障：全部 16 台设备的监控和备份、服务台，以及每月补丁更新。Maple Row Animal Hospital 有 14 台设备，3 月份从按小时服务换过来，愿意接受参考电话。我不能承诺零故障，但可以承诺工作时间内 30 分钟响应，这写在合同里。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好。老板是 Reyes 医生，她会想亲自听您说。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Omar（销售）：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那我们一起谈。我今天就把报价单和一页摘要发给您。和 Reyes 医生的 20 分钟通话，我可以安排 10 月 5 日（周一）15:00 或 10 月 6 日（周二）11:00，哪个方便？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周一 15:00。谢谢，Omar。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这笔交易中的异议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场合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异议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聊天，10 月 1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价格：比按小时服务贵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对比了年度总额，已发报价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电话，10 月 5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信任：适不适合我们这样的诊所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 Maple Row 的参考电话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电子签名，10 月 6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已签约，10 月 19 日开始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Omar 在聊天中使用的话术库条目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异议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价格：太贵了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证据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价格页、Maple Row 参考客户、合同中的响应时间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绝不承诺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零故障、折扣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已批准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Omar（销售）。Priya（创始人）于 2026 年 10 月 1 日签批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Linden Veterinary Clinic，诊所套餐，16 台设备，每月 $1,104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异议字段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Notes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目前按小时购买服务，每年约 $9,000，2025 年两次故障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 Reyes 医生通话，10 月 5 日周一 15:00，Omar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日发出，有效期至 10 月 15 日，10 月 6 日签署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聊天和电话中的异议处理话术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聊天中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电话中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先倾听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单独一条简短消息。不用感叹号。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一句话，然后短暂停顿。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只发这个问题，然后等，哪怕一小时后才有回答。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问完就保持沉默，直到对方回答。记下对方的原话。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证据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发链接：价格页、条款、案例页。一个链接胜过一句主张。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说出文件名和客户名，然后在一小时内把链接发到邮箱。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有边界的回复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三到五句话，数字和包含内容放在同一条消息里，方便转发。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把数字清楚地说一遍，然后停下。说明您不能承诺什么。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给两个日期或一个预约链接。在同一个聊天里确认。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在电话里就把日期定下来，并复述一遍。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关闭聊天前，设置“异议”字段，并把对方的原话粘贴到“Notes”。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挂断后 10 分钟内记录。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步建立您的销售异议处理话术库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用客户原话收集异议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翻看您最近 30 笔丢掉的交易和聊天记录。按客户的原话写下每个异议，再归入 7 种类型。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先写诊断性提问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每个异议一个问题，用来区分几种可能的原因。在接下来的三位客户身上试一试。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附上证据，划定边界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把每条回复关联到一个页面、一份文件或一位具名客户。写下它绝不能承诺什么。删掉任何没有证据的句子。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获得签批并共享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每个类别的负责人批准回复、注明日期并设定复核周期。以已保存回复和 Word 文件的形式共享。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记录使用和结果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每次使用在“使用记录”里记一行，写明渠道和结果。每月重写结果最差的回复。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打开“设置”&gt;“已保存回复”，点击“新建回复”。填写“快捷键”（例如 /obj-expensive）、“标题”和“回复内容”，开启“与团队共享”，点击“创建回复”。在聊天中输入快捷键即可。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在左侧菜单打开“Custom Fields”（自定义字段），点击“Add field”：“Entity type”选“交易”，“Field label”填“异议”，“Field type”选“Select”。用“Add option”添加 7 个类别，然后点击“Create field”。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在“交易”中打开该交易，在“异议”字段中选择类型，并把客户的原话粘贴到“Notes”。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在“任务”中点击“New Task”创建下一步，设置“Assignee”（执行人）、“Deadline”（截止日期）和“Linked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需要报价时：在“Quotes”中点击“New Quote”，填写“Line Items”（明细项）和“Valid Until”（有效期至），然后在交易上使用“Send for Signature”（发送签署）。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把您的价格页和已批准的价格回复添加到机器人的“知识库”（“我的机器人”&gt;“基础知识”选项卡），这样 AI 客服会以同样的方式回答价格问题，并在访客要求找人时在“实时支持”中转人工。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已保存回复：Growth 版，按年付费每月 $49，支持 20 位用户。报价、电子签名和转人工：Launch 版，按年付费每月 $19，支持 8 位用户。免费版：3 位用户、AI 聊天、1 条管道、基础任务。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每月话术库复核，30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本月用过的每条回复在“使用记录”中都有渠道和结果。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价格类回复与当前价格页一致；每份报价单都有“Valid Until”日期。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过了复核日期的回复已由负责人重新读过并更新日期。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https://crmsoftware.pro/zh/templates/objection-response-examples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销售异议处理话术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