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外出自动回复示例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适用于休假、节假日停业、病假和长期病假、产假、陪产假和长期休假、会议和繁忙期、周末、员工离职的外出自动回复，以及状态、语音信箱和网站聊天的简短版本。来自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选择与您的场景对应的选项卡，替换[方括号]中的每个词：日期、回复日、紧急问题发到哪里以及什么算紧急。不写您在哪里，也不写为什么。在同一天设置邮件、网站聊天、语音信箱和状态，并用 Excel 外出计划记录收到的消息。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消息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休假外出自动回复：对外、对内和简短版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回复截止日：返岗 + 2 天 · 何时设置：出发前一天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适用情况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请一天假，或休假不超过三周。一个月或更长时间，请用第 4 个选项卡。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Gmail 从第一天 00:00 到最后一天 23:59 发送回复；Outlook 在您设置的结束时间停止。最后一天是您返岗的前一天。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陌生人也会收到对外回复：不要写您去哪里、谁在家，也不要留手机号码。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只有对内版本才写代班同事的名字和交接说明。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主题（Gmail）：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外出中，[返岗日期]回到办公室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对外消息：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您好！</w:t>
        <w:br/>
        <w:br/>
        <w:t>感谢您的来信。我从[第一天]起不在办公室，[返岗日期]回来。我会在[回复截止日]前回复您的邮件。</w:t>
        <w:br/>
        <w:br/>
        <w:t>如有急事，例如[什么算紧急]，请发邮件至[共享邮箱]或拨打[办公电话]。该邮箱每个工作日[时间]有人查看。</w:t>
        <w:br/>
        <w:br/>
        <w:t>谢谢！</w:t>
        <w:br/>
        <w:t>[您的名字]</w:t>
        <w:br/>
        <w:t>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对内消息（同事）：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大家好：</w:t>
        <w:br/>
        <w:br/>
        <w:t>我[第一天]至[最后一天]休假。[代班同事全名]负责[代班内容]，每个工作日[时间]查看[共享邮箱]。其他事情等我回来处理。交接说明在[存放位置]。</w:t>
        <w:br/>
        <w:br/>
        <w:t>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简短的外出自动回复：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外出中，[返岗日期]回来。我会在[回复截止日]前回复。急事请联系：[共享邮箱]。[您的名字]，[公司]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回复截止日：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承诺在返岗后 2 个工作日内回复：返岗第一天要用来处理积压的邮件。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不要写：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您在哪里, 谁在家, 您的手机号码, 出行日期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节假日停业：放假自动回复邮件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告知客户：提前 2 周 · 紧急邮箱：每天查看一次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适用情况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整个公司停业：从圣诞节到新年、感恩节、7 月 4 日独立日或当地节日。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提前两周把日期告诉老客户。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诊所、商店或水电维修类商家还需要一个应急渠道，例如医疗急救请拨打 911。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同一天更新网站聊天、语音信箱和网上的营业时间（第 8 个选项卡）。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[第一天]至[最后一天]停业，[返岗日]恢复营业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邮件，全公司：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您好！</w:t>
        <w:br/>
        <w:br/>
        <w:t>感谢您联系[公司]。我们[第一天]至[最后一天]放假停业，[返岗日期]的[开门时间]恢复营业。我们会在[回复截止日]前回复您的消息。</w:t>
        <w:br/>
        <w:br/>
        <w:t>有急事吗？例如[什么算紧急]。请发邮件至[共享邮箱]，并在主题中写上“紧急”。该邮箱每个工作日[时间]有人查看。</w:t>
        <w:br/>
        <w:br/>
        <w:t>节日快乐！</w:t>
        <w:br/>
        <w:t>[公司]团队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圣诞节，简短版：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感谢您的来信。我们圣诞节期间停业，[返岗日期]恢复营业。急事请联系：[共享邮箱]。节日快乐！[公司]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新年，简短版：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新年快乐，感谢您的留言。我们目前停业，[返岗日期]恢复营业，会在[回复截止日]前回复您。[公司]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问候语：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不确定客户过什么节？写“节日快乐”。即使所有人都放假，也要保留一个紧急渠道。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同一天更改：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邮件自动回复, 网站聊天, 语音信箱, 网上营业时间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病假和长期病假自动回复：简短、保护隐私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病情细节：不写 · 返岗日期：确定了再写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适用情况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病假：今天不在，明天可能也不在。用手机设置，或请管理该邮箱的同事帮忙。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长期病假：只有确定时才写返岗月份，日期定下来后再更新。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绝不要写病名、治疗或医院。写“休假中”就够了。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病假：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感谢您的来信。我今天（[日期]）不在办公室，预计[日期]回来。如果事情不能等，请发邮件至[共享邮箱]。其他事情我会在[回复截止日]前回复。</w:t>
        <w:br/>
        <w:br/>
        <w:t>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长期病假：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您好！</w:t>
        <w:br/>
        <w:br/>
        <w:t>感谢您的来信。我休假至[月份]，期间不查看此邮箱。</w:t>
        <w:br/>
        <w:br/>
        <w:t>关于[您负责的事务，例如：您的账户]，请联系[代班同事全名]，邮箱：[代班同事工作邮箱]。此邮件不会被转发，请将邮件重新发送给[代班同事的名字]。</w:t>
        <w:br/>
        <w:br/>
        <w:t>谢谢！</w:t>
        <w:br/>
        <w:t>[您的名字]</w:t>
        <w:br/>
        <w:t>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简短版：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今天不在办公室，[日期]回来。急事请联系：[共享邮箱]。[您的名字]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改为这样写：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不在办公室, 休假中, 休假至 3 月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产假、陪产假和长期休假自动回复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代班：每个领域一人 · 转发：说明是否转发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适用情况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产假、陪产假、带薪长假，或任何一个月及以上的外出。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每个领域指定一个人，并附上工作邮箱。先征得对方同意，再把交接说明交给他们。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说明此邮箱无人查看，以及邮件是否会被转发。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产假或陪产假：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您好！</w:t>
        <w:br/>
        <w:br/>
        <w:t>感谢您的来信。我正在休[产假或陪产假]，至[月份]结束，期间不查看此邮箱。</w:t>
        <w:br/>
        <w:br/>
        <w:t>我不在期间，由[代班同事全名]负责[您的客户或您负责的事务]：[代班同事工作邮箱]。其他事宜请发邮件至[共享邮箱]。</w:t>
        <w:br/>
        <w:br/>
        <w:t>此邮件不会被转发，请将邮件发送至正确的地址。感谢您的耐心。</w:t>
        <w:br/>
        <w:br/>
        <w:t>[您的名字]</w:t>
        <w:br/>
        <w:t>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长期休假或带薪长假：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感谢您的来信。我[月份]前不在[公司]，期间不查看此邮箱。关于[事务 1]，请联系[代班同事 1]，邮箱：[邮箱 1]；关于[事务 2]，请联系[代班同事 2]，邮箱：[邮箱 2]。您的邮件不会被转发。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离开之前：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在最后一个工作日设置好，并用另一个邮箱测试。写月份，不写具体哪天，日期定下来后再更新。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适用于：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产假, 陪产假, 带薪长假, 长期病假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会议、展会和繁忙期自动回复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回复时间：具体天数 · 查看邮件：每天一次，固定时间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适用情况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您仍会看邮件，只是比较慢：参加会议或展会、拜访客户、报税季或月底。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给出真实的回复时间，例如“2 个工作日内”，而不是“查看邮件不便”。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写“外出参加工作活动”，不要写城市或酒店：这些细节会告诉陌生人您何时不在。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会议或展会：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您好！</w:t>
        <w:br/>
        <w:br/>
        <w:t>感谢您的来信。我正在参加[一个工作活动，或：活动名称]，[最后一天]结束，期间每天查看一次邮件。我会在[回复截止日]前回复您。</w:t>
        <w:br/>
        <w:br/>
        <w:t>如果事情不能等，请发邮件至[共享邮箱]或拨打[办公电话]。</w:t>
        <w:br/>
        <w:br/>
        <w:t>[您的名字]</w:t>
        <w:br/>
        <w:t>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繁忙期：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感谢您的来信。[结束日期]前，我们正处于[原因，例如：报税季的最后几周]，回复最多需要[回复时间]。关于[紧急事项]，请拨打[办公电话]。</w:t>
        <w:br/>
        <w:br/>
        <w:t>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简短版：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外出参加工作活动至[日期]，每天查看一次邮件。我会在[回复截止日]前回复。[您的名字]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按最忙的一天承诺：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承诺您在最忙的那天也做得到的回复时间：写“2 个工作日”，而不是“尽快”。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代替“查看邮件不便”：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每天一次, 2 个工作日内, 周五前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周末和非工作时间的外出自动回复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回复：下一个工作日 · 截止时间：固定时间，例如 12:00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适用情况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周末、夜间或小长假期间无人查看的企业邮箱。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Gmail 和 Outlook 的设置只能填一个开始时间和一个结束时间，所以每周的回复需要每周切换一次。把它用在小长假上。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平时每周的做法：在邮件签名和联系页面上写明营业时间，让网站聊天在夜间和周末回答。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周末：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感谢您的来信。我们办公室周末休息，会在[下一个工作日]的[时间]前回复您。我们的营业时间是[营业日和时段，时区]。</w:t>
        <w:br/>
        <w:br/>
        <w:t>如遇[紧急情况类型]，请拨打[紧急电话]。</w:t>
        <w:br/>
        <w:br/>
        <w:t>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非工作时间，简短版：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感谢来信。我们现在已下班，将于[下一个工作日]的[时间]起回复。[公司]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网站聊天：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非工作时间的聊天欢迎语，请参考在线客服欢迎语示例。没人上班时，绝不要写“马上回复”。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绝不要：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“马上回复”, 私人手机号, 完全不回复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员工离职后：离职自动回复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由谁写：公司 · 转发：不转发要说明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适用情况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有人辞职或离开了公司，客户仍在给他们的邮箱发邮件。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这条回复由公司来写，而不是离职的人；只要客户还在来信，就一直开着。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写明新联系人和工作邮箱。绝不说明对方为什么离职或去了哪里。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前员工的邮箱：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您好！</w:t>
        <w:br/>
        <w:br/>
        <w:t>感谢您的来信。[姓名]已不在[公司]工作，此邮箱无人查看。</w:t>
        <w:br/>
        <w:br/>
        <w:t>关于[其负责的事务，例如：您的账户或未完成的订单]，请联系[新联系人全名]，邮箱：[新联系人工作邮箱]，或拨打[办公电话]。您的邮件没有被转发，请重新发送。</w:t>
        <w:br/>
        <w:br/>
        <w:t>谢谢！</w:t>
        <w:br/>
        <w:t>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简短版：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[姓名]已从[公司]离职，此邮箱无人查看。请改发邮件至[新联系人工作邮箱]。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离职之前：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最后一天之前，问清楚哪些客户还在给他们发邮件，并通过邮件介绍新联系人。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不要写：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离职原因, 去向, 私人邮箱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简短版本：状态、语音信箱和网站聊天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渠道：4 个，日期相同 · 关闭：返岗当天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在设置邮件自动回复的同一天更改每个渠道，日期保持一致。网站聊天需要在 AI 客服的“说明”中加入外出提示。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聊天应用中的状态：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外出中，[返岗日]回来。急事请联系：[共享邮箱]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语音信箱问候语：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您好，这里是[公司]。我们[第一天]至[最后一天]休息，[返岗日]的[开门时间]恢复营业。请留下您的姓名、电话和简短留言，我们会在[回复截止日]前给您回电。如有急事，请发邮件至[共享邮箱]。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客服“说明”中的外出提示：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第一天]至[最后一天]，[公司]因[停业原因]停业。告诉访客团队将于[返岗日]回来，并在[回复截止日]前回复。继续根据知识库回答。询问访客的姓名、邮箱和简短描述。紧急是指：[什么算紧急]。遇到紧急问题，把聊天转给真人，并告诉访客[代班同事的名字]会在下一个工作日[时间]前回复。绝不要承诺更快的回复，也不要确认[只有真人才能确认的事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代班同事用的已保存回复：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感谢您的留言，[名字]。[老板的名字]外出中，[返岗日]回来。我负责[代班内容]，可以帮您处理[具体事项]。其他事情，[老板的名字]会在[回复截止日]前答复您。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也要记得删除：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外出提示会一直留在“说明”里，直到有人删除。为返岗当天添加一个任务。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同一天更改：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邮件自动回复, 网站聊天, 语音信箱, 聊天状态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示例：一位记账师的年末休假：有代班同事，也有记录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Hearthstone Accounting 是一家虚构的两人记账和报税事务所，位于华盛顿州 Spokane。老板 Grace Okafor 从 2026 年 12 月 19 日周六休假到 2027 年 1 月 3 日周日；Felipe Andrade 每个工作日 10:00 回答客户的紧急问题。第 1 和第 8 个选项卡中的这些外出自动回复示例是配合使用的。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12 月 28 日周一 21:40：您好，我是 Pryce Landscaping 的 Owen Pryce。我收到了一份关于我们 2025 年报税表的 IRS 通知，要求在 1 月 13 日前回复。这周有人上班吗？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您好，Owen。Hearthstone Accounting 目前停业，1 月 4 日周一恢复营业，但有截止日期的通知属于紧急情况：Felipe Andrade 会在明天 10:00 前回复您。能告诉我您的邮箱、电话号码和通知上的日期吗？请不要在这里输入您的社会安全号码（SSN）。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owen@prycelandscaping.example，509-555-0187。通知日期是 12 月 14 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谢谢，Owen。我已经把您的信息转给了 Felipe。他会在明天 10:00 前联系您。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Felipe（代班）：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12 月 29 日周二 09:50：Owen，您好，我是 Felipe。您的期限是 1 月 13 日，时间还来得及。我今天 11:00 给您打电话，一起看一下这份通知；我还约了 Grace 在 1 月 5 日周二一起复核。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太好了，谢谢。11 点聊。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外出计划：Grace Okafor，2026 年末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外出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2026 年 12 月 19 日周六至 2027 年 1 月 3 日周日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返岗日，回复截止日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 月 4 日周一返岗，1 月 6 日周三前回复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代班同事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Felipe Andrade，工作日 10:00，12 月 25 日和 1 月 1 日除外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紧急是指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有截止日期的税务通知、工资发放、银行问题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邮件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Gmail 外出回复；紧急：urgent@hearthstone.example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网站聊天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“说明”中加入外出提示；提醒发给 Felipe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语音信箱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509-555-0142，日期相同，12 月 18 日周五录制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外出记录：收到了什么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收到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来自和事由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回复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12 月 21 日周一，邮件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Marisol Vega：2026 年度 W-2 表何时准备好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Grace，1 月 5 日周二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12 月 22 日周二，聊天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Dmitri Volkov：12 月 31 日的工资发放要加上两名新员工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Felipe，12 月 23 日周三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12 月 28 日周一，聊天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Owen Pryce：IRS 通知，1 月 13 日前回复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Felipe，12 月 29 日周二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12 月 30 日周三，语音信箱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Tamsin Reilly，新客户：每月记账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Grace，1 月 4 日周一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12 月 31 日周四，邮件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Hector Lin：用于银行贷款的 2025 年报税表副本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Felipe，1 月 4 日周一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1 月 6 日的 CRMsoftware.pro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实时支持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 个聊天转给 Felipe，均为“已完成”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新潜在客户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Tamsin Reilly，Tamarack Coffee，每月记账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“复核 IRS 通知：Owen Pryce”，Grace，“Deadline”（截止日期）1 月 8 日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通知邮箱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改回 Grace，外出提示已删除，1 月 4 日周一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各种场景的外出自动回复示例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场景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要改什么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不要写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现成句子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休假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外出日期、回复日、一个紧急渠道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去哪里、谁在家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我目前不在办公室，1 月 4 日周一回来，会在 1 月 6 日周三前回复。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圣诞节和年末假期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全公司停业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不确定时，不用带宗教色彩的问候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我们节日期间停业，1 月 4 日周一 9:00 恢复营业。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新年（元旦）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通常 1 月 1 日短暂停业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做不到的承诺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新年快乐！我们 1 月 1 日停业，1 月 4 日周一恢复营业。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公共假日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一两天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冗长的节日故事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我们 11 月 26 日和 27 日感恩节停业，11 月 30 日周一起回复。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周末和非工作时间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下一个工作日和具体时间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“马上回复”、私人号码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我们周末休息，会在周一 12:00 前回复。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繁忙期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真实的回复时间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没有具体天数的“回复较慢”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4 月 15 日前，回复最多需要 3 个工作日。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会议或展会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每天看一次邮件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酒店、城市、航班时间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我外出参加工作活动至周四，每天查看一次邮件。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病假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今天不在，预计何时回来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症状、看病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我今天不在办公室，预计明天回来。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长期病假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返岗月份；谁来代班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诊断、治疗、医院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我休假至 3 月。请发邮件至下方地址联系我们的团队。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产假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每个领域一位代班同事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预产期、家庭细节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我正在休产假，至 6 月结束，期间不查看此邮箱。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陪产假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同上，通常更短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家庭细节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我正在休陪产假，至 3 月 15 日结束。我的同事正在负责我的客户。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长期休假或带薪长假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不查看、不转发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原因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我休假至 9 月，此邮件不会被转发。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已离职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由公司写明新联系人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离职原因、去向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我们的前同事已离职，此邮箱无人查看。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专业的外出自动回复：六条规则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适用于邮件、网站聊天、语音信箱和状态。全团队统一约定一次即可。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每次都写五项内容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日期、回复日、紧急问题发到哪里、什么算紧急，以及邮件会稍后阅读、转发还是不阅读。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示例句：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 1 月 4 日周一回来，会在 1 月 6 日周三前回复。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承诺一个做得到的日子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周一回来，周三前回复。“尽快”不是一个日子；没人上班时，“很快回复”也不是真的。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一个紧急渠道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共享邮箱或办公电话，在固定时间有人查看。陌生人也会收到的回复中，不要写同事的姓名、职位和直线电话；长期休假需要写明一位具体的人。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不写在哪里，也不写为什么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不写目的地、行程或病情细节。Gmail 会在回复下方加上您的签名：出发前把手机号码从签名中删掉。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对内和对外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同事收到交接信息；客户收到日期和紧急渠道。如果客户会给这个邮箱发邮件，就回复所有外部发件人，并写得笼统：它也会发给新闻稿和垃圾邮件。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同一天开，同一天关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邮件、聊天、语音信箱和状态一起更改，返岗当天一起改回。Gmail 在最后一天 23:59 停止，Outlook 在您设置的结束时间停止；其余的都需要人来改。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您雇主的 IT 或安全政策优先：有些组织只允许对内自动回复。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如何在 Gmail 和 Outlook 中设置邮件自动回复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应用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位置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日期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谁会收到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同一发件人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电脑版 Gmail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设置 &gt; 查看所有设置 &gt; 常规 &gt; 启用外出回复，然后点击“保存更改”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第一天 00:00 至最后一天 23:59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所有人，或仅联系人；从不回复垃圾邮件或邮件列表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第一封邮件；4 天后再来信会再次回复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新版 Outlook（Windows）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视图 &gt; 查看设置 &gt; 帐户 &gt; 自动答复；打开开关，然后点击“保存”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“仅在一段时间内发送答复”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工作帐户：同事、外部发件人（如已选择）或仅联系人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每人一次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经典 Outlook（Windows）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文件 &gt; 自动答复 &gt; 发送自动答复，然后点击“确定”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可选；到结束时间停止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“我的组织内部”和“我的组织外部”选项卡，各有各的消息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每人一次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Outlook 网页版和 Outlook.com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设置 &gt; 帐户 &gt; 自动答复，然后点击“保存”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一个时间段；还可以“在此期间阻止我的日历”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“向组织外部发送自动答复”：一个复选框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每人一次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网站聊天（AI 客服）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“我的机器人” &gt; 您的机器人 &gt; “基础知识”选项卡 &gt; “说明”：加入第 8 个选项卡中的句子；“保存更改”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无：手动添加和删除这些句子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每位访客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每次聊天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如何使用这些外出自动回复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选择场景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复制对外、对内和简短版本。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填写五项内容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日期、回复日、紧急渠道、什么算紧急、邮件如何处理。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与代班同事商定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先征得同意。商定他们何时查看共享邮箱，以及可以决定哪些事。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设置每个渠道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提前一天：邮件、网站聊天、语音信箱、状态。用另一个邮箱测试。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记录，然后跟进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返岗后，在回复截止日前回复所有消息。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“我的机器人” &gt; 选择机器人 &gt; “基础知识”选项卡 &gt; “说明”：出发前一天，加入第 8 个选项卡中的句子。点击“保存更改”，然后用“尝试机器人”测试。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“行为”选项卡 &gt; “收集用户数据”：姓名和邮箱始终会询问；打开“收集电话号码”和“收集描述”。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“连接”选项卡 &gt; “发送电子邮件通知”：至少提前一天把“通知邮箱”设为代班同事的邮箱。两个邮箱都必须确认；链接和验证码在 24 小时内失效。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使用 Launch 版时，紧急聊天会在“实时支持”中以“等待客服”状态等候：代班同事点击“认领”，回复，然后点击“解决”。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“任务” &gt; “New Task”（新建任务），日期设为返岗当天：“Task title”（任务标题）填写“删除外出提示，改回通知邮箱”，并设置“Assignee”（负责人）和“Deadline”（截止日期）。每项跟进添加一个任务。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使用 Growth 版时：“设置” &gt; “已保存回复” &gt; “新建回复”：“快捷键”填 /away，填写“标题”，“回复内容”用第 8 个选项卡中的文字，并勾选“与团队共享”。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CRMsoftware.pro 不发送邮件自动回复：请在 Gmail 或 Outlook 中设置。全天候 AI 聊天和基础任务：免费版，3 位用户。转人工和“实时支持”：Launch 版，按年付费每月 $19。已保存回复：Growth 版，$49。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返岗当天，20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关闭邮件自动回复，从“说明”中删除外出提示。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通知邮箱、语音信箱和状态已改回。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外出记录：先处理紧急跟进，其余在回复截止日前处理。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问代班同事还有哪些事没处理完，并向他们道谢。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https://crmsoftware.pro/zh/templates/out-of-office-message-examples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外出自动回复示例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