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转介绍与评价邀请消息包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向满意客户请求转介绍或评价的八条消息：触发时机、邮件和短消息转介绍请求、可转发的介绍、感谢信、评价邀请、一次跟进和退出方式，以及原则。来自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把[方括号]中的每个词替换为您自己的信息：您的公司、一句话推荐对象描述和您的评价链接。邮件保存为邮箱中的草稿，短消息保存为已保存回复。每次开口前先记录触发时机，7 天后跟进一次，然后停止。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消息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何时开口：触发时机，以及不该向谁开口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触发时机：4 · 跟进：1 次，然后停止 · 完成检查：当触发时机、介绍文本和跟进日期都记录在联系人上时，一次请求才算完成。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当客户刚刚用文字或评分告诉您“做得好”，您就赢得了开口的资格。每一次请求都要有自己的触发时机，并连同日期记录在联系人上。没有触发时机，就不开口。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四个触发时机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触发时机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算什么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多久内开口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成果交付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工作或订单已完成，并得到客户确认。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评价：1 天内。转介绍：2 到 4 周内。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客户致谢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书面的感谢，而不是客套的告别。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当天，在您的回复中。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星评分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聊天窗口中给了 5 星，或 4 星外加正面评论。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天内。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续约或复购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第二次购买、合同续签或升级。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同一周内。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一条消息只提一个请求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先请评价，再请转介绍。写一条评价只要两分钟；转介绍则是客户把自己的信誉借给您，所以要给成果 2 到 4 周时间来证明自己。绝不在一条消息里同时提两件事，两次请求至少间隔 4 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不要开口的对象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有未解决的投诉、延迟交付或付款纠纷的任何客户，以及过去 12 个月内拒绝过您的任何客户。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转介绍：给您 3 星或更低评分的客户。先解决问题，等下一个触发时机。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评价：不要按评分筛选。Google 的政策禁止有选择地只邀请正面评价，所以每位客户都在您流程的同一节点收到同样的请求。决定哪天开口的是触发时机，而不是名单。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发送前填好的负责人和行动字段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交付成果或收到感谢的那个人。绝不是共享邮箱。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触发时机和日期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四个触发时机中的哪一个，以及何时发生。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渠道和类型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客户上次使用的渠道。转介绍或评价，绝不同时。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跟进日期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请求日期加 7 天。只跟进一次，然后停止。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完成条件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触发时机、介绍文本（转介绍时）和跟进日期都已记录在联系人上。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多久内开口：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评价：1 天, 转介绍：2 到 4 周, 续约：同一周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客户转介绍邮件模板：成果、对象、介绍、轻松说不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发送时间：第 2 到 4 周 · 长度：130 词以内 · 目标：带名字的同意，或明确的拒绝。两者都能关闭这次请求。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成果交付后 2 到 4 周，或续约后的那一周。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您能用客户自己的话说出那个成果。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您知道想认识谁：一类人，一句话。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关于您的[项目或成果]，想请教一个小问题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[名字]，您认识有[他们的问题]的人吗？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[名字]您好：</w:t>
        <w:br/>
        <w:br/>
        <w:t>很高兴听到[用客户的话说出成果，例如：新锅炉让房子在寒潮那一周一直很暖和]。再次感谢您选择我们。</w:t>
        <w:br/>
        <w:br/>
        <w:t>想请教一个小问题。我们希望帮助更多[一句话说明推荐对象，例如：您附近锅炉用了 12 年以上的业主]。您认识的人里，有没有一位正好符合？</w:t>
        <w:br/>
        <w:br/>
        <w:t>如果有，我可以发给您三句话，您直接原样转发给对方就行。对方可以拒绝，您也不需要再做任何事。</w:t>
        <w:br/>
        <w:br/>
        <w:t>如果一时想不到谁，完全没关系。无论如何都谢谢您。</w:t>
        <w:br/>
        <w:br/>
        <w:t>祝好，</w:t>
        <w:br/>
        <w:t>[您的名字]</w:t>
        <w:br/>
        <w:t>[您的公司]，[电话]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推荐对象的描述是整个技巧的关键。“任何需要水管工的人”换不来一个名字。“锅炉用了 12 年以上的邻居”能换来名字，因为客户脑子里能浮现出那个人。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客户给出名字后，用可转发的介绍（见后面的选项卡）回复，并说明只有对方先联系您，您才会联系对方。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任务：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转介绍请求：姓名, 负责人, 触发时机 + 14 到 28 天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适用于 SMS、WhatsApp 和聊天的转介绍短消息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最长：300 字符 · 回复时限：当天 · 目标：在同一对话里得到一个名字，或一句友好的拒绝。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客户刚在聊天、WhatsApp 或 SMS 对话中向您致谢或给了 5 星。在同一对话里当天回复，不超过 300 个字符。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消息，客户致谢后：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谢谢您，[名字]，您的话让我们一整天都很开心。想请教一个小问题：您认识哪位[推荐对象，例如：锅炉老旧的邻居]可能也需要同样的服务吗？如果有，我可以发您一段 3 行的介绍，您转发即可。没有也完全没关系。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或，5 星评分后：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谢谢您的 5 星，[名字]！如果您认识哪位[推荐对象]用得上我们的帮助，我可以发您一段简短介绍，您转发给对方即可。想不到也完全没关系。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对方同意时的回复，邮件或聊天：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太好了，谢谢您。介绍在这里，可以直接转发：</w:t>
        <w:br/>
        <w:br/>
        <w:t>[粘贴可转发的介绍]</w:t>
        <w:br/>
        <w:br/>
        <w:t>您想改哪里都可以。只有[对方的名字]先联系我，我才会联系对方。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对方拒绝时的回复：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完全没关系，[名字]。再次感谢，祝您好好享受[成果]。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把这三条消息保存为已保存回复，快捷键用 /ref-ask、/ref-yes 和 /ref-no。发送前替换方括号。如果对方给了名字，给这位联系人加上“转介绍人”标签。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已保存回复快捷键：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/ref-ask, /ref-yes, /ref-no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客户转发给联系人的介绍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长度：3 句话 · 执笔：您，用客户的口吻 · 规则：由客户发送。您绝不先联系对方。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大多数转介绍都夭折在客户得自己动笔写点什么。替他们写好：三句话，用客户的口吻，原样转发或改一个词即可。对方点一下就能拒绝。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介绍，由客户转发：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[对方的名字]您好：</w:t>
        <w:br/>
        <w:br/>
        <w:t>我们刚请[您的公司][成果，例如：换了锅炉]，他们[一个真实的评价词，例如：又快又干净]。您提过[对方的情况，例如：您家锅炉老出毛病]，所以想到了您。</w:t>
        <w:br/>
        <w:br/>
        <w:t>如果您愿意，[您的名字]可以给您打电话：[电话]。或者直接回复我，我帮您牵线。不勉强，怎样都好。</w:t>
        <w:br/>
        <w:br/>
        <w:t>[客户的名字]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更短，适用于 WhatsApp：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[对方的名字]您好，我们刚请[您的公司]做了[成果]，他们[一个真实的评价词]。您提过[对方的情况]。他们的电话是[电话]，需要的话可以联系。不勉强，怎样都好。[客户的名字]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介绍的规则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用客户的口吻，第一人称。关于您只用一个真实的评价词，客户可以改。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写上您请求时说的推荐对象描述，让对方知道为什么会收到这条消息。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您的名字和一种联系方式，不要用跟踪链接。“不勉强，怎样都好”每个版本都要保留。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即使客户把号码给了您，也绝不要自己把介绍发给对方。转介绍属于客户。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对方来信或来电时，当天创建线索，并把“推荐人”设为这位客户。如果对方一直没出现，不要去追。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必须包含：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成果, 对方的情况, 一个真实的评价词, 您的联系方式, 不勉强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转介绍后的感谢，有奖励和无奖励两种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发送时限：1 天 · 奖励：固定，或没有 · 规则：感谢两次：对方联系时一次，对方购买时一次。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何时发送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被推荐的联系人与您联系后 1 天内，无论接下来如何。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对方成为客户时再感谢一次，如有奖励一并兑现。如果对方一直没联系，就感谢客户转发了介绍，一次即可。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无奖励：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[名字]您好：</w:t>
        <w:br/>
        <w:br/>
        <w:t>[对方的名字]今天联系我们了。非常感谢您的引荐。无论对方最后怎么决定，我都很感激您愿意为我们担保。</w:t>
        <w:br/>
        <w:br/>
        <w:t>以后有任何需要，随时找我。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有奖励：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[名字]您好：</w:t>
        <w:br/>
        <w:br/>
        <w:t>[对方的名字]今天联系我们了。感谢您的引荐。如之前所说，对方的[首单或首次服务]完成后，您将获得[奖励，例如：下次服务可抵扣 $50]。到账后我会通知您。</w:t>
        <w:br/>
        <w:br/>
        <w:t>感谢您把认识的人托付给我们。</w:t>
        <w:br/>
        <w:br/>
        <w:t>[您的名字]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奖励要简单、合法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每次转介绍一份固定奖励，在客户转发任何内容之前就说清楚，在被推荐人成为客户后兑现。写在联系人记录和抵扣凭证上。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转介绍给奖励很正常，评价给奖励则不行：Google 把为评价提供奖励视为虚假和误导性内容，在美国，FTC 规则禁止以评价倾向为条件的奖励。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如果您面向企业销售，确认推荐人可以接受礼品。可以提议把奖励捐出去，或者干脆不给。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当天发出的无奖励感谢，胜过晚三周才送到的奖励。速度本身就是信号。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评价给奖励, 模糊的奖励, 迟到的感谢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适用于 Google 和其他评价网站的评价邀请消息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开口时限：1 天 · 奖励：无 · 规则：一个链接，一次点击，真实的话，没有奖励。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何时开口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成果交付、客户致谢或聊天中 5 星评分后 1 天内。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每位客户都在您流程的同一节点收到同样的请求。不要按评分筛选。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一个直接打开评价表单的链接。Google 为每家企业提供评价链接和二维码。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我们做得怎么样，[名字]？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或：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能花一分钟评价一下[您的公司]吗？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[名字]您好：</w:t>
        <w:br/>
        <w:br/>
        <w:t>感谢您选择[您的公司]来做[工作或订单]。希望[成果]一切正常。</w:t>
        <w:br/>
        <w:br/>
        <w:t>如果您有一分钟时间，可以在 Google 上给我们写一条评价吗？这能帮助其他[和他们一样的人，例如：附近的业主]做决定。</w:t>
        <w:br/>
        <w:br/>
        <w:t>[评价链接]</w:t>
        <w:br/>
        <w:br/>
        <w:t>我们想要的是真实的反馈，包括我们可以改进的地方。如果有什么地方做得不好，请直接回复这封邮件，我会亲自处理。</w:t>
        <w:br/>
        <w:br/>
        <w:t>谢谢您，</w:t>
        <w:br/>
        <w:t>[您的名字]</w:t>
        <w:br/>
        <w:t>[您的公司]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短消息，SMS、WhatsApp 或聊天：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感谢您选择[您的公司]，[名字]。如果您有一分钟，在 Google 上留一条真实评价能帮助其他人做决定：[评价链接]。如果有什么不满意，直接回复我，我来解决。谢谢！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聊天中 5 星评分后的回复：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谢谢您的 5 星，[名字]！如果您还有一分钟，把同样的话写到 Google 上，能帮助其他人找到我们：[评价链接]。完全自愿。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绝不为评价提供折扣、礼品、抽奖或抵扣：Google 将其列为禁止内容，美国 FTC 规则禁止与评价倾向挂钩的奖励。绝不只邀请您预计会给好评的客户，也绝不发送建议的措辞。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一周内回复每一条评价，无论好坏，并且绝不在公开回复中提供折扣。在 BrightLocal 2026 年的调查中，80% 的消费者表示愿意选择会回复所有评价的商家。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CRM 任务：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评价邀请：姓名, 负责人, 触发时机 + 1 天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跟进与退出：温和地跟进一次，然后停止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跟进：1 · 等待：7 天 · 退出：一次拒绝在 12 个月内有效。记在联系人上。绝不发第三条消息。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跟进规则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只跟进一次，在请求后 7 天，在同一对话中，并附上点新东西：介绍文本或再发一次链接。绝不跟进第二次。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绝不跟进被推荐的联系人。客户的任何回复都会结束这个流程，包括“现在不行”。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转介绍跟进，邮件或消息：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[名字]您好，就上周的问题简单跟进一下。以防用得上，介绍在这里，如果想到了谁可以直接转发：</w:t>
        <w:br/>
        <w:br/>
        <w:t>[粘贴可转发的介绍]</w:t>
        <w:br/>
        <w:br/>
        <w:t>如果没想到，不用回复，也再次感谢您对[成果]的信任。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评价跟进，短消息：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[名字]您好，怕消息被淹没了：评价链接再发一次，[评价链接]。一分钟，真实的话就好。如果您不想写，也没关系，我不会再问了。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对方说不、现在不行或请您别再发时：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当然，[名字]，抱歉多发了一条消息。我已经记下来，[您的公司]不会再有人问您了。以后在[您的业务]方面有任何需要，随时找我。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记录结果并关闭请求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怎么做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已介绍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创建线索并填写“推荐人”。1 天内感谢客户。给客户加“转介绍人”标签。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已留评价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把链接记在联系人上。一周内回复评价。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已拒绝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连同日期记在联系人上。12 个月内不再请求。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无回应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跟进后 7 天关闭请求。下一个触发时机再提下一次请求，最早 3 个月后。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关闭请求时标为：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已介绍, 已留评价, 已拒绝, 无回应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原则：转介绍或评价邀请中绝不能做的事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原则：4 · 评价奖励：0 · 拿不准时：如果客户把这条消息拿给他们的联系人看，或拿给 Google 看，您会安心吗？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8.1 绝不花钱买评价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Google 把为评价提供奖励列为禁止内容；美国 FTC 规则禁止以评价倾向为条件的奖励。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应该这样做：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只奖励转介绍，并以书面形式说明。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8.2 绝不只挑满意的客户邀请评价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有选择地只邀请正面评价违反 Google 的政策。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应该这样做：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在流程的同一节点邀请每位客户。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8.3 绝不发第三条消息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更多的消息带来的信任损失大于收获。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应该这样做：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把请求按“无回应”关闭。下一个触发时机，再提下一次请求。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8.4 绝不把被推荐的联系人加入邮件列表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一条转发的介绍不等于同意接收您的信息。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应该这样做：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回答对方问的问题。加入任何列表之前先征得同意。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如果客户问写评价能得到什么，就说：“什么都没有，这正是重点。我们想要的是您真实的话。”然后感谢对方。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同样绝不：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替客户写评价, 先联系被推荐人, 成果出来前就开口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示例：16 天内：一台锅炉、一条评价和一次转介绍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Hillcrest Plumbing &amp; Heating 是一家虚构的两人公司，9 月 21 日为 Priya Nair 更换了锅炉。她在 WhatsApp 聊天中给了 5 星并写了感谢：这就是触发时机。Kim 第二天发出评价邀请，等了两周，再发出带一句话推荐对象描述的客户转介绍邮件模板。Priya 把介绍转发给邻居，邻居第二天早上就来信了。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21 日周一，WhatsApp：新锅炉已经运转起来，家里又暖和了。谢谢你们在寒潮来临前挤出时间，还把厨房收拾得那么干净。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22 日周二，评价邀请：感谢您选择 Hillcrest，Priya。如果您有一分钟，在 Google 上留一条真实评价能帮助其他业主做决定：hillcrest.example/review。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 月 23 日周三：写好了！五星。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5 日周一，邮件“关于您的锅炉，想请教一个小问题”：Priya 您好，很高兴听到寒潮那一周家里一直很暖和。我们希望帮助更多 Maple Grove 锅炉用了 12 年以上的业主。您认识的人里有没有一位正好符合？我可以发给您三句话，原样转发就行。没有也没关系。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5 日周一：还真有。我邻居 Tom Keller 抱怨他家锅炉抱怨了一整年。把文字发给我吧。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5 日周一，WhatsApp：可以直接转发：“Tom 你好，我们刚请 Hillcrest Plumbing &amp; Heating 换了锅炉，他们又快又干净。你提过你家锅炉老出毛病，所以想到了你。如果你愿意，Kim 可以给你打电话：555-0142。或者直接回复我，我帮你牵线。不勉强，怎样都好。Priya。”只有 Tom 先联系我，我才会联系他。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5 日周一：已转发。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6 日周二 8:40，网站聊天，Tom Keller：你好，Priya Nair 把你们的联系方式转给了我。我家锅炉用了 18 年，每天早上都熄火。这周能来人看看吗？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早上好，Tom，早上挨冻真是辛苦了。我已经把您的消息转给 Kim，她今天上午会给您打电话。打哪个号码最方便？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6 日周二 9:15，通话记录：已预约 10 月 7 日周三上午 9 点上门。线索已创建，推荐人：Priya Nair。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Kim（老板）：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6 日周二，WhatsApp 发给 Priya：Tom 今天早上联系我们了，非常感谢您的引荐。无论他最后怎么决定，我都很感激您愿意为我们担保。他的工作完成后，$50 抵扣会记入您的账户。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7 日 CRM 中的联系人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Priya Nair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21 日起成为客户，标签“转介绍人”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触发时机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客户致谢和 5 星评分，9 月 21 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评价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23 日发布，当天已回复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转介绍请求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日邮件，介绍于 10 月 5 日转发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Tom Keller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6 日线索，推荐人：Priya Nair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奖励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Tom 的工作完成后抵扣 $50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跟踪表中的请求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日期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请求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22 日周二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评价邀请，WhatsApp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23 日已留评价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日周一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转介绍请求，邮件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6 日已介绍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请客户转介绍和请客户评价：两种不同的请求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问题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转介绍请求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评价邀请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您请求的是什么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由客户出面，介绍给某一类人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用客户自己的话写的公开评分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触发时机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成果交付、客户致谢、5 星评分或续约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同样的触发时机，或您流程中的一个固定节点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何时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成果后 2 到 4 周，或客户致谢的当天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触发后 1 天内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可以向谁开口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没有未解决问题的满意客户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同一节点的每位客户，绝不只挑满意的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奖励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一份固定奖励没问题，在被推荐人购买后兑现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没有，任何时候都没有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跟进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一次，7 天后，附介绍文本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一次，7 天后，再附一次链接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 步设置好转介绍和评价邀请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先写好您自己的版本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填好方括号：公司、一句话推荐对象描述、评价链接。邮件保存为草稿，短消息保存为已保存回复。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拿到您的评价链接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在您的 Google Business Profile 中复制评价链接或二维码。在手机上点一下必须直接打开评价表单。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选定您的触发时机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决定四个触发时机中哪些适用，以及谁负责开口：交付成果的那个人。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决定转介绍奖励，或者不给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一份固定奖励，在被推荐人购买后兑现，写成书面。评价什么都不给。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记录每次请求并关闭它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每次请求一行跟踪表记录或一项 CRM 任务。触发时机、介绍文本和跟进日期使其完整；结果使其关闭。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在左侧菜单中打开“Custom Fields”（自定义字段），点击“Add field”（添加字段）：“Entity type”（实体类型）选“联系人”，“Field label”（字段名称）填“推荐人”，“Field type”（字段类型）选“文本”，然后点击“Create field”（创建字段）。对“潜在客户”重复一次。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在“联系人”中，给做过介绍的客户在“标签”下添加“转介绍人”标签。被推荐人来信时，在线索上填写“推荐人”，再用“Convert”（转换）一键把它转为联系人、公司和交易。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打开“任务”，为每次请求点击“New Task”（新建任务）：“Task title”（任务标题）填“转介绍请求”或“评价邀请”加客户姓名，设置“Assignee”（负责人）和“Deadline”（截止日期）（评价为触发时机加 1 天，转介绍为加 14 到 28 天）。发送后，在“Status summary”（状态摘要）中写下渠道、介绍文本和跟进日期，点击“Mark done”（标记完成），再创建跟进任务。“My Tasks”（我的任务）会显示“Due today”（今天到期）和“Overdue”（逾期）。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使用 Growth 版时，在“设置” &gt; “已保存回复”中用“新建回复”保存短消息：“快捷键”（/ref-ask、/ref-yes、/ref-no、/review-ask）、“标题”、“回复内容”、“与团队共享”、“创建回复”。在聊天中输入快捷键并替换方括号。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在“我的机器人”中打开您的机器人，在“行为”选项卡开启“满意度评分”：对话结束时客户会看到星级评分提示。评分显示在“分析”的“满意度”下；5 星评分就是您发出评价邀请的触发时机。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不会自动发送评价或转介绍请求：每条消息由您自己发送，任务负责把握时间。联系人、1 条管道和基础任务免费。WhatsApp、Telegram 和 Instagram 随 Launch 版提供，按年付费每月 $19；已保存回复随 Growth 版提供，每月 $49。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每周请求复盘，10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每次进行中的请求都有跟进日期和负责人。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今天到期的跟进今天发出，在同一对话中。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7 天或更早之前发出的跟进已按无回应关闭。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每次介绍都有一条填了“推荐人”的线索，并已发出感谢。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每条已发布的评价都有回复。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https://crmsoftware.pro/zh/templates/referral-request-templates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转介绍与评价邀请消息包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