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销售 AI 提示词：按交易阶段分类的模板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16 个适用于 ChatGPT、Claude、Gemini 或 Microsoft Copilot 的提示词：客户开发、需求挖掘、产品演示、异议处理、方案报价、跟进、追加销售、房地产和招聘，附 6 项检查。来自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按您的交易阶段选择提示词，把[方括号]中的每一处都换成您的真实事实，然后粘贴到您的 AI 助手中。每个输出在发送、保存或发布之前，都要运行第 1 部分中的 6 项检查。把每次测试记入 Excel 文件；检查未通过时，保存提示词的新版本。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提示词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销售 AI 提示词规则：粘贴什么，检查什么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检查：6 · 规则块：7 行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这些销售 AI 提示词适用于 ChatGPT、Claude、Gemini 或 Microsoft Copilot。在[方括号]处填入您的事实，并在每个提示词末尾加上规则块，或者把规则块一次性保存到 AI 助手的自定义指令中。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规则块：粘贴在任何提示词的末尾：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规则</w:t>
        <w:br/>
        <w:t>1. 只使用这条消息中的事实。如果缺少信息，写“缺失”并说明缺少什么。不要猜测。</w:t>
        <w:br/>
        <w:t>2. 不要编造人名、职位、数字、日期、价格、引语、客户案例或成效。</w:t>
        <w:br/>
        <w:t>3. 引用别人的话时，只用我笔记中的原话，并加上引号。</w:t>
        <w:br/>
        <w:t>4. 凡是你推断出来的内容，都在后面标注（推测）。</w:t>
        <w:br/>
        <w:t>5. 除非我给了你数字及其来源，否则不要声称能节省多少或带来什么成效。</w:t>
        <w:br/>
        <w:t>6. 不奉承，不套近乎，不制造虚假的紧迫感。</w:t>
        <w:br/>
        <w:t>7. 用词简单，不超过 [字数上限] 字。结尾只给一个下一步。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发送、保存或发布前的 6 项检查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事实: 来自您粘贴的内容，或经您亲自核实。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数字和日期: 与笔记、报价单或数据一致，包括单位。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名称: 真实的人名、公司名和职位，且写法正确。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引语和成效: 没有编造的引语、推荐语、客户案例或成效。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承诺: 没有您无法兑现的价格、日期、功能或保证。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规则: 开发信基本规则、公平住房、公平招聘，不含个人数据。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绝不粘贴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患者信息、健康信息或其他敏感个人信息、家庭住址、薪资、密码或 API 密钥。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整份 CRM 导出数据，或公司 AI 政策不允许的任何内容。只粘贴任务需要的列。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检查未通过时：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先修改草稿，再修改提示词：加一条规则，保存为新版本，并把两次运行都记入 Excel 测试记录表。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每次都要填写：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对方的原话, 您的事实, 字数上限, 一个下一步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客户开发 AI 提示词：客户调研和首封邮件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理由：最多 3 个 · 首封邮件：180 字以内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用于新线索或首封邮件。请您自己从对方公司的公开网站复制文字粘贴进来，这样您就知道 AI 读了什么。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2A：根据公开网站做客户调研：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我向[目标客户]销售[您的产品]。</w:t>
        <w:br/>
        <w:t>以下是[公司]公开网站上的文字：[粘贴 2 到 3 个页面的文字，例如首页、服务、门店]。</w:t>
        <w:br/>
        <w:t>任务：</w:t>
        <w:br/>
        <w:t>1. 不超过 5 行：他们做什么、在哪里、为谁服务。</w:t>
        <w:br/>
        <w:t>2. 最多 3 个他们可能需要[您的产品]的理由，每个理由都附上所依据的网站原句。</w:t>
        <w:br/>
        <w:t>3. 网站没有回答的 3 个问题。</w:t>
        <w:br/>
        <w:t>规则：每个事实都要引用来源句。如果文字中没有提到，就写“网站上没有”。不要凭记忆补充任何内容：不写成立年份、员工人数、老板姓名或评价。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每个事实都有来源句。没有来源句的事实一律删除。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在买方确认之前，这些理由都只是猜测：要提问，不要下结论。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2B：根据您的事实写首封邮件：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请以[您的公司]的[您的姓名]的身份，给[公司]的[职位][名字]写一封首次联系的邮件。</w:t>
        <w:br/>
        <w:t>我写信的原因：[一个理由及其来源：对方的聊天、对方的网站或他人推荐]。</w:t>
        <w:br/>
        <w:t>我们做什么：[您提供的服务，一句话]。</w:t>
        <w:br/>
        <w:t>我可以分享的一个证明：[经客户许可分享的成果，或无]。</w:t>
        <w:br/>
        <w:t>请求：[一个下一步，写明哪一天]。</w:t>
        <w:br/>
        <w:t>规则：不超过 [180] 字。只使用以上事实。不恭维；除非上面有这个事实，否则不写“我注意到”；不编造客户、成效或数字。主题行简单明了，与邮件内容一致。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变体：用买方的原话改写：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根据这些原话，用买方自己的说法改写这份草稿：[粘贴对方的原话]。保留每个事实和数字，删掉对他们没有帮助的内容，不超过 [180] 字。草稿：[粘贴您的草稿]。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开发信：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要写给从没和您联系过的人？请使用开发信模板。美国法律适用于商业邮件，包括 B2B 邮件：主题行要与内容一致，要写明您的邮寄地址，并提供清晰的退订方式。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对方网站的文字, 您提供的服务, 一个真实的理由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需求挖掘电话 AI 提示词：通话准备和通话笔记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字段：6 · 空字段：未提及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通话前：一份议程和待问的问题。通话后：把您自己的笔记整理成交易字段，空缺处写“未提及”。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3A：需求挖掘电话准备：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我在[日期]要和[公司]的[职位][名字]进行一次 [30] 分钟的需求挖掘电话。</w:t>
        <w:br/>
        <w:t>我已知的信息：[粘贴聊天记录、表单回答或邮件，以及提示词 2A 中已核实的调研结果]。</w:t>
        <w:br/>
        <w:t>任务：列一份标出分钟节点的议程，以及最多 8 个问题，用来填写以下字段：用对方原话描述的问题、这个问题让他们付出的代价、谁做决定、时间线、预算、下一步。先列出我已经能填写的字段，并注明每个字段出自哪一句。</w:t>
        <w:br/>
        <w:t>规则：不要问他们已经告诉过我的事。一次只问一个问题，用词简单。第 [15] 分钟之前不推销。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3B：把通话笔记整理成 CRM 字段：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以下是我在[日期]与[公司]的[名字]通话的笔记：[粘贴您自己的笔记]。</w:t>
        <w:br/>
        <w:t>把它们整理成 6 个字段：用对方原话描述的问题；对方给出的数字；谁做决定；时间线；预算；下一步（含日期和负责人）。</w:t>
        <w:br/>
        <w:t>规则：只使用我的笔记。逐字引用对方的原话，并加上引号。如果某个字段没有谈到，写“未提及”。不要对数字四舍五入、添加或估算，并保留单位（每周、每月、每家门店）。最后列出笔记中不属于任何字段的内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存入 CRM 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每句引语都能在您的笔记中逐字找到，每个数字都带单位。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使用您自己的笔记。只有在公司允许、且通话各方都同意的情况下，才粘贴录音或文字记录。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然后：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把核对过的字段粘贴到交易的“Notes”（备注）中。通话要问的问题见需求挖掘电话话术模板。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绝不编造：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预算, 谁做决定, 引语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产品演示和异议处理 AI 提示词：先定制，再练习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展示的功能：最多 3 个 · 角色扮演：5 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根据买方的问题定制演示，然后让 AI 扮演买方，让您先把难回答的问题练一遍。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4A：根据买方定制演示：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这是我的标准演示大纲：[粘贴您的大纲]。</w:t>
        <w:br/>
        <w:t>需求挖掘电话中核对过的字段：[粘贴 6 个字段]。</w:t>
        <w:br/>
        <w:t>参会人员：[姓名、角色以及每个人负责什么]。</w:t>
        <w:br/>
        <w:t>演示时长：[45] 分钟。</w:t>
        <w:br/>
        <w:t>任务：调整演示顺序，把他们最主要的问题放在最前面。最多展示 [3] 个功能，每个功能都对应他们说过的一句话，并引用原话。为每位参会人员准备一个问题。列出你删掉了哪些内容以及原因。</w:t>
        <w:br/>
        <w:t>规则：只用我大纲里的功能。不承诺大纲里没有的日期、集成或成效。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演示前检查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您展示的每个功能都在大纲里，而且现在就能用。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每句引语都来自需求挖掘字段。不对集成、日期或成效做任何承诺。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4B：异议处理角色扮演：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请扮演一家[业务类型]的[职位]，正在和我谈[您的产品]。你的顾虑来自真实通话：[粘贴 3 到 5 个异议，用买方的原话]。</w:t>
        <w:br/>
        <w:t>一次只提一个顾虑，然后等我回答。如果我的回答含糊，就反驳一次。5 轮之后，给我的每个回答打分：我是否先问了一个问题，是否用一个能拿出证据的事实来回答，是否以一个下一步结尾？</w:t>
        <w:br/>
        <w:t>规则：始终保持角色。不要编造关于我产品的任何事实：需要时直接问我。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保留最好的回答：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把得分高的回答保存下来。关于价格、时机和信任的经过检验的回答，见销售异议处理话术。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练习：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价格, 时机, 我们以前试过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方案报价和跟进 AI 提示词：数字来自报价单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数字来源：报价单 · 跟进邮件：140 字以内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负责写数字周围的文字。每个价格、数量和日期都来自报价单。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5A：根据报价单写方案摘要：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请为[公司]的[名字]写一段简短的摘要，放在报价单前面一起发送。</w:t>
        <w:br/>
        <w:t>对方的问题，用对方的原话：[需求挖掘字段中的引语]。</w:t>
        <w:br/>
        <w:t>对方能得到什么：[报价单中的明细项目]。</w:t>
        <w:br/>
        <w:t>价格和条款，从报价单中照抄：[总价、计费周期、有效期至]。</w:t>
        <w:br/>
        <w:t>下一步：[一个步骤，写明哪一天和几点]。</w:t>
        <w:br/>
        <w:t>规则：不超过 [300] 字。每个数字和日期都要原样照抄。不要添加上面没有的折扣、截止日期、开始日期或成效。以下一步结尾。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总价、数量和日期与报价单逐行一致。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没有新承诺：上线日期、支持时间或成效。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5B：未回复后的跟进：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请给[公司]的[名字]写一封跟进邮件。我上一封邮件于[日期]发出：[粘贴邮件]。</w:t>
        <w:br/>
        <w:t>我可以补充的一个新的、有用的事实：[一个新答案、一个日期或一份简短资料]。</w:t>
        <w:br/>
        <w:t>规则：不超过 [140] 字。不要重复上一封邮件。不写“只是想跟进一下”，不让对方有愧疚感。不要提及档期、名额或截止日期。问一个对方用一句话就能回答的简单问题。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两次后就停：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跟进两次都没有回复，就停止。由人撰写的回顾邮件和方案邮件，见覆盖交易每个阶段的销售邮件模板。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绝不添加：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折扣, 虚假截止日期, 上线日期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追加销售 AI 提示词：从使用数据中找出候选客户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候选客户：最多 5 个 · 数据：仅限账户级别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适用于现有客户。粘贴账户级别的使用数据，而不是个人数据。联系谁、提供什么方案，由人来决定。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6A：从使用数据中找出追加销售候选客户：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我们的套餐：[套餐名称、限额和价格]。</w:t>
        <w:br/>
        <w:t>过去 [3] 个月的账户使用数据，每个账户一行：[粘贴账户 ID、套餐、用户数、用量与限额对比等列]。不含姓名、邮箱或个人数据。</w:t>
        <w:br/>
        <w:t>任务：列出最多 [5] 个接近套餐限额、或正在使用更高套餐功能的账户。每个账户写明：能说明这一点的数字、适合的套餐，以及给客户经理的一个开场问题。</w:t>
        <w:br/>
        <w:t>规则：只使用这些数据。如果缺少某个数字，写“缺失”，不要估算。证据不足的要标明。不要建议任何折扣。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打电话前检查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每个数字都在您粘贴的数据里，而且推荐的套餐符合您给出的限额。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有未解决投诉或账单问题的账户，先解决问题，而不是推销。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6B：升级或续约邮件：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请给[公司]的[名字]写一封邮件，对方自[日期]起使用[当前套餐]。</w:t>
        <w:br/>
        <w:t>数据显示的情况：[提示词 6A 中的 2 个事实]。</w:t>
        <w:br/>
        <w:t>对方告诉我们他们想要什么：[对方的目标，用对方的原话]。</w:t>
        <w:br/>
        <w:t>方案：[套餐]，[从价目表照抄的价格]，自[日期]起。</w:t>
        <w:br/>
        <w:t>规则：不超过 [240] 字。先写对方的目标，再写事实，最后写价格，写得清楚直白。不施压，不设截止日期。以一个问题结尾。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由人撰写：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由人撰写的续约和追加销售邮件，见覆盖交易每个阶段的销售邮件模板。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不要包含：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姓名和邮箱, 患者或客户信息, 折扣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房地产 AI 提示词：附公平住房检查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事实来源：房源信息表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房源信息表和您的带看笔记是唯一的事实来源。根据美国规定，发布基于种族、肤色、宗教、性别、残障、家庭状况或原国籍表示偏好或限制的住房广告或声明，属于违法行为。描述房子本身，而不是谁应该住在这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7A：根据房源信息表写房源描述：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请为[地址或区域]写一段房源描述，只使用这份房源信息表：[粘贴卧室数、浴室数、面积、占地、建造年份、特色、费用以及包含的项目]。</w:t>
        <w:br/>
        <w:t>规则：不超过 [300] 字。每个数字都要原样照抄。描述房子及其特色，而不是可能住在这里的人。不对学区、治安、邻居或未来升值做任何说法。如果信息表上没有某项内容，写“缺失”。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7B：带看后跟进买家：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请在[日期]带看[地址]之后，给[买家名字]写一条简短的短信。</w:t>
        <w:br/>
        <w:t>对方在带看时说的话：[粘贴您的笔记，用对方的原话]。</w:t>
        <w:br/>
        <w:t>下一步：[第二次带看、披露文件或电话，写明哪一天]。</w:t>
        <w:br/>
        <w:t>规则：不超过 [120] 字。只提对方对房子说过的话。不评论这一带的居民。以一个问题结尾。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7C：公平住房用语检查：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检查这份草稿中描述人而不是描述房产的用语：[粘贴房源描述、广告或邮件]。</w:t>
        <w:br/>
        <w:t>列出所有可能表示基于种族、肤色、宗教、性别、残障、家庭状况或原国籍的偏好或限制的词语或短语。对每一处，建议改为描述房产的说法。如果没有发现，就直接说明。其他内容一律不改。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房源文案中绝不出现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房子适合谁住：“仅限成年人”“不要小孩”“基督教社区”“仅限说英语的人”。不对治安、学区或邻居做任何说法。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检查只是帮您发现问题。最终由您的经纪公司、MLS 规则和法律决定。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美国住房领域受保护的特征：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种族, 肤色, 宗教, 性别, 残障, 家庭状况, 原国籍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招聘人员的 ChatGPT 提示词：面向客户和候选人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销售对象：客户和候选人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人力派遣公司要卖两次：一次卖给招聘企业，一次卖给候选人。只使用客户批准的职位信息。美国法律禁止在招聘广告和招聘过程中表现出基于种族、肤色、宗教、性别、原国籍、年龄（40 岁或以上）、残障或遗传信息的偏好。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8A：给招聘经理的业务拓展邮件：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请以[您的公司]的[您的姓名]的身份，给[公司]的[职位][名字]写一封首次联系的邮件。</w:t>
        <w:br/>
        <w:t>为什么是现在：[一个公开事实，例如对方招聘页面上的一个空缺职位]。</w:t>
        <w:br/>
        <w:t>我们做什么，一句话：[您招聘的职位、地区、工作方式]。</w:t>
        <w:br/>
        <w:t>我可以分享的一个证明：[客户同意分享的成功招聘案例，或无]。</w:t>
        <w:br/>
        <w:t>请求：[一个 15 分钟的电话，写明哪一天]。</w:t>
        <w:br/>
        <w:t>规则：不超过 [180] 字。不编造客户、职位填补率或招聘周期数字。以请求结尾。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8B：联系候选人：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请给[候选人名字]写一条简短的消息，介绍一个[职位]岗位。</w:t>
        <w:br/>
        <w:t>客户批准的职位信息：[地点、薪资范围、工作时间、必备条件]。</w:t>
        <w:br/>
        <w:t>为什么找对方：[对方公开资料中与某项必备条件相符的一个事实]。</w:t>
        <w:br/>
        <w:t>规则：不超过 [160] 字。写明薪资范围。不提及年龄、家庭、健康、宗教、原籍，或任何与工作无关的内容。不写无法用上述事实支撑的赞美。邀请对方进行 15 分钟的电话沟通。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 8C：招聘广告用语检查：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检查这则招聘广告中可能因种族、肤色、宗教、性别、原国籍、年龄、残障或遗传信息而让人不敢申请的用语：[粘贴广告]。</w:t>
        <w:br/>
        <w:t>对每个短语，说明原因并建议中性的说法。同时标出这个职位其实不需要的要求。其他内容一律不改。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发出前检查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要求“应届大学毕业生”的广告可能会让 40 岁以上的人望而却步，要求“女性”的广告可能会让男性望而却步。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薪资范围和必备条件要由客户书面提供。每位候选人都由人来审核；只有在贵公司允许的情况下，才能把简历放进 AI 工具。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联系候选人时绝不提：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年龄, 婚育计划, 健康, 宗教, 原籍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示例：一笔诊所交易，六个提示词，每个输出都经过检查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看看这些销售 AI 提示词如何用在一笔交易上。Fieldfare Software 是一家虚构的公司，向诊所销售在线预约软件。它在与 Maya Lindqvist 的交易中使用了这些提示词，她是 Halden Physical Therapy（3 家门店）的诊所经理。销售代表 Elliot Navarro 运行提示词，检查每个输出，并把结果保存在 CRMsoftware.pro 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Maya（买方）：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日（周一）21:10，网站聊天：你好，我是 Maya Lindqvist，Halden Physical Therapy 的诊所经理。我们有 3 家诊所，我们的前台每天上午都在打电话帮患者改约。你们的软件能让患者在线预约和改约吗？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Maya 您好。可以：患者可以在线预约、改约或取消，每家诊所都有自己独立的日历。Elliot Navarro 可以给您演示 3 家诊所怎么用。请问您的邮箱是什么？哪天上午方便进行一个 20 分钟的电话？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Maya（买方）：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maya@halden-pt.example。周四上午最好。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 Maya。Elliot 会在明天 10:00 前给您发邮件，告知 10 月 8 日（周四）的通话时间。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Elliot（销售）：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日（周二）9:20，用提示词 2B 写的邮件：Maya 您好，您提到你们的前台每天上午都在打电话帮患者改约。10 月 8 日（周四），我可以给您演示 3 家诊所的患者如何在线自己改约。9:00 或 10:30 方便吗？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Elliot（销售）：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8 日（周四）9:24，电话：也就是说，3 家诊所每周大约有 60 通改约电话，而且 3 家都要在 1 月 4 日（周一）之前上线。我理解得对吗？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Maya（买方）：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对。软件由我来选，但凡是签一年的合同，都要老板签字。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Elliot（销售）：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14 日（周三）11:05，报价单 Q-1048，附用提示词 5A 写的摘要：每家门店每年 $1,788，3 家门店共 $5,364，有效期至 10 月 30 日。下一步：10 月 16 日（周五）9:00，与您和老板通话。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提示词 3B，通话笔记整理成 CRM 字段，10 月 8 日（周四）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输出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问题，她的原话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“我们的前台每天上午都在打电话帮患者改约。”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逐字一致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她给出的数字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每周大约 60 通改约电话，3 家诊所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谁做决定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Maya 选择；凡是签一年的合同都由老板签字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时间线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家诊所全部在 2027 年 1 月 4 日（周一）前上线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一致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未提及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已修正：第 1 版编造了“每月约 $500”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日（周二）14:00 演示，Maya 和 3 位前台主管参加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一致；已建任务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14 日在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在线预约 · Halden Physical Therapy，$5,364，阶段“Proposal”（方案报价）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“Notes”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提示词 3B 的 6 个字段，已对照 Elliot 的笔记核对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报价单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Q-1048：3 家门店，每家每年 $1,788，“Sent”（已发送），“Valid Until”（有效期至）10 月 30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检查发现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编造的预算（3B）和上线时间承诺（5A），均在发送前修正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与 Maya 和老板通话，“Deadline”10 月 16 日（周五）9:00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从未粘贴给 AI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Maya 的邮箱地址和任何患者数据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虚构的公司和买方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按交易阶段分类的销售 AI 提示词：粘贴什么，检查什么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提示词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您粘贴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先检查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新线索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2A 客户调研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对方公开网站上的文字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每个事实都有来源句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首次联系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2B 首封邮件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一个真实的理由，您提供的服务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没有编造的赞美、客户或数字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3A 通话准备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聊天、表单回答、调研结果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不问对方已经回答过的问题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3B 通话笔记整理成 CRM 字段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您自己的通话笔记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引语逐字一致；空缺处写“未提及”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产品演示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4A 定制演示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演示大纲和 6 个字段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只展示现在就能用的功能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异议处理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4B 角色扮演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来自真实通话的异议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一个问题、一个事实、一个下一步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方案报价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5A 方案摘要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报价明细、总价、日期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每个数字都与报价单一致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未回复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5B 跟进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您的上一封邮件，一个新事实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没有虚假截止日期；两次后就停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现有客户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6A 和 6B 追加销售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账户级别的使用数据、套餐限额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数字只来自数据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哪些内容绝不能粘贴给 AI，也绝不能发出去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六个会失去信任或违反规则的错误，无论用哪个助手都一样。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不能分享的个人数据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业务事实可以；关于个人的隐私信息不行：患者信息或健康信息、家庭住址、薪资、密码。公司的 AI 政策优先。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可能被用来训练模型的聊天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ChatGPT 中，进入“设置”&gt;“数据控制”，关闭“为所有用户改进模型”；商业版套餐的数据默认不用于训练。Google 要求 Gemini 用户不要输入不希望审核人员看到的机密信息。Claude 免费版、Pro 版和 Max 版用户可以在“Privacy Settings”（隐私设置）中选择；Copilot 用户可以选择退出。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编造的个性化内容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“很喜欢您最近发的那篇帖子”、一位共同联系人，或对方从没提过的问题。如果不在您粘贴的内容里，那就是 AI 编的。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虚假的推荐语或成效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FTC 的规定禁止虚假推荐语：出自不存在的人（例如 AI 生成的），或出自对您的业务没有真实体验的人。引用真实客户的话要一字不差，并征得许可。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无法证明的说法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节省多少、成效如何、“大多数诊所”或“排名第一”。美国法律要求您在提出说法之前要有合理依据，即使这句话是 AI 写的也一样。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缺少基本要素的商业邮件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CAN-SPAM 适用于商业邮件，包括 B2B 邮件：主题行与内容一致，写明您的邮寄地址，并提供清晰的退订方式，且在 10 个工作日内处理退订。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本页内容不构成法律建议。各个国家、州和行业的规则不同：请查看您销售所在地的官方规定，以及您的经纪公司、MLS 或公司的规定。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如何使用这些销售 AI 提示词模板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为当前阶段选择提示词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一个提示词只做一件事，而不是用一个提示词搞定整笔交易。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粘贴事实，而不是猜测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填写每一个方括号，否则删掉这一行。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运行 6 项检查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修改草稿，绝不修改事实。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记录测试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测试记录表中记下“通过”或“未通过”以及问题。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修改提示词，而不只是修改输出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加一条规则，保存为新版本，再测试一次。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在“基础知识”选项卡中把您提供的服务、价格和限制添加到“说明”和“知识库”中。在“行为”选项卡中开启“收集用户数据”。点击“保存更改”，然后用“尝试机器人”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网站聊天会进入“潜在客户”。把提示词 2A 中核对过的调研结果粘贴到潜在客户的“备注”中。约好通话后，点击“转为交易”。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每次通话后，把提示词 3B 中核对过的字段粘贴到交易的“Notes”中。在“任务”中点击“New Task”（新建任务），填写“Task title”（任务标题）、“Assignee”、“Deadline”和“Linked deal”（关联交易）。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Launch 版时，在“Quotes”（报价单）中使用“New Quote”（新建报价单），设置“Valid Until”，并把提示词 5A 中核对过的摘要粘贴到报价单的“Notes”中。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您在自己的 AI 助手中运行提示词，把核对过的结果保存在交易上。潜在客户、1 条管道、“Notes”和基础任务对 3 位用户免费。报价单从 Launch 版起提供，按年付费每月 $19；Growth 版每月 $49，增加无限管道和 CRM AI Co-Pilot。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每周提示词复查，15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哪项检查最常未通过？给那个提示词加一条规则。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每个“修改后复测”的提示词：一个新版本和 3 次新测试。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抽查 3 笔交易的“Notes”：每句引语都能在通话笔记中找到。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https://crmsoftware.pro/zh/templates/sales-ai-prompt-templates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 AI 提示词：按交易阶段分类的模板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