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电话销售话术模板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通话流程、新线索回电、呼入电话、语音留言和短信、报价跟进、决策电话、续约电话，以及 8 个行业的话术。来自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选择与您的通话类型对应的话术，把[方括号]中的每个词替换为买方告诉您的信息。每通电话都遵循同样的五个步骤，并以一个约好日期和时间的下一步结束。打下一通电话之前，先把每通电话记录到 Excel 通话记录表中。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电话销售话术模板：5 步通话流程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步骤：5 · 通话时长：10 到 15 分钟 · 结尾：约定日期和时间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适用于意向客户电话和呼入电话：对方请您联系、主动打给您，或者已经是您的客户。如果对方没有请您联系，请使用陌生电话销售话术。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五个步骤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姓名和来意: 您是谁，对方咨询了什么，用对方的原话说。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时长和安排: 需要多长时间，要谈哪些内容。问对方现在是否方便。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复述: 说出您已经了解的信息，免得对方再讲一遍。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一个问题: 决定下一步的那一个问题。然后认真听。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带日期的下一步: 只定一个下一步，约好日期和时间，在挂电话前达成一致。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五句话说完流程：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您好，[名字]，我是[公司]的[您的名字]。您之前咨询过[对方的需求]。</w:t>
        <w:br/>
        <w:t>大概需要[10]分钟：我先核对一下您告诉我们的信息，问一两个问题，然后建议下一步。您现在方便吗？</w:t>
        <w:br/>
        <w:t>目前我了解到的是[对方告诉您的信息]。对吗？</w:t>
        <w:br/>
        <w:t>[您的那一个问题]？</w:t>
        <w:br/>
        <w:t>那下一步就是[下一步]。[日期][时间]您方便吗？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通话结束后，下一通电话之前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把复述内容写进笔记：对方的原话、数字和日期。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把下一步设成任务，指定负责人和截止日期；记录这通电话，并在当天发一封简短的总结邮件。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没有日期，就不算下一步：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“我再联系您”不是下一步。如果对方定不下日子，就约好您什么时候再打电话来定。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复述之前就推销, 两个下一步, 没有日期的下一步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新线索回电话术：1 小时内回电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回电时限：1 小时 · 拨打次数：3 个工作日内 3 次 · 无人接听时：语音留言和 1 条短信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何时打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在营业时间内，收到网页表单、聊天或预约请求后 1 小时内打：1 小时内接到电话的线索，联系到决策人的可能性要高得多。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如果对方选了时间，就按对方选的时间打。晚上进来的线索：在下一个工作日的第一个小时内打。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您好，[名字]，我是[公司]的[您的名字]。您[今天]在我们网站上咨询了[对方的需求]。现在方便聊 10 分钟吗？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如果对方现在不方便：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没关系。今天晚些时候[时间]，还是明天[时间]更方便？我会用这个号码打给您。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复述和一个问题：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您写到需要[对方写的内容]，时间是[对方的日期]。在给您建议之前，我想先问一个问题：[您的那一个问题]？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谢谢，这很有帮助。那我会在[日期][时间]前[发书面报价 / 预约上门 / 预约演示]。我们能在[日期][时间]再通个电话，一起过一遍吗？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说明您会用哪个号码打来：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 2020 年的一项调查中，80% 的美国成年人表示，他们通常不接陌生号码的来电。请在聊天、表单确认或邮件中说明谁会打来、用哪个号码打。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拨号之前：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对方的需求，用对方的原话, 对方的时区, 您的那一个问题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呼入电话销售话术：接听电话并约定下一步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姓名和号码：第一分钟 · 价格：给区间，或书面报价 · 回电：约一个您做得到的时间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接听：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感谢致电[公司]，我是[您的名字]。请问有什么可以帮您？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先问姓名和号码：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很乐意帮您。万一电话断了，能告诉我您的姓名，以及方便回拨的号码吗？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复述和一个问题：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那您是在找[对方要的东西]，时间是[对方的日期]。为了给您准确的答复，我先问一个问题：[您的那一个问题]？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如果对方先问价格：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问得好。价格取决于[影响价格的两个因素]。像[对方的情况]，通常在[您的价格区间，如果有的话]。准确价格我会在[时间]前通过书面报价发给您。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如果您不知道答案：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我不想随便猜。我跟[同事]确认一下，今天[时间]前给您回电话。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我可以为您[发报价 / 预约上门 / 保留日期]，定在[日期][时间]吗？挂了电话后，我会发邮件给您一份简短的总结。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手机语音信箱问候语：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您好，这里是[公司]。请留下您的姓名、电话和需求，我们会在[1 个工作小时]内给您回电。您也可以在[网站]上通过聊天联系我们。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守不住的价格, “会有人给您回电话”, 没有下一步就挂电话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销售电话未接通后的语音留言和短信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语音留言：20 秒 · 短信：1 条，不超过 160 个字符 · 拨打次数：3 次，然后结束跟进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对方没接电话时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第 1 次拨打: 一条语音留言，不超过 20 秒：您是谁、为什么打来、您的号码。如果对方同意接收短信，再发一条短信。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第 2 次拨打: 当天晚些时候或下一个工作日，换个时段打。不再发第二条短信。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第 3 次拨打: 第 3 个工作日：最后打一次，然后发一封简短的邮件，说明这是您最后一次联系。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语音留言：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您好，[名字]，我是[公司]的[您的名字]，打电话是想聊聊[对方的需求]。我会在[时间]再打给您，您也可以打[电话]找我。谢谢。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您好，[名字]，我是[公司]的[您的名字]。刚才给您留了语音，想聊聊[对方的需求]。我会在[时间]再打来，您也可以打[电话]。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最后一次，发邮件：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我在[日期]和[日期]打电话联系过您，想聊聊[对方的需求]。这是我最后一次联系，之后就不再打扰了。</w:t>
        <w:br/>
        <w:br/>
        <w:t>如果这件事还在您的计划中，请回复一个方便的时间，或打[电话]找我。如果不需要了，不用回复。</w:t>
        <w:br/>
        <w:br/>
        <w:t>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短信也算电话：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只给对方提供用于联系的手机号码，或对方用来给您打电话的手机号码发短信。在美国，短信视同电话，Do Not Call（谢绝来电）保护也适用于短信。如果对方回复要求停止，就停止：2024 年通过的 FCC 规则规定，人们可以用任何合理的方式撤回同意。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语音留言和短信中绝不提：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价格, 健康或财务信息, 施压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报价后跟进电话话术：报价或方案发出之后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打电话：约定的日期 · 或者：报价后 2 个工作日 · 目标：解答问题，定下决策日期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何时打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在发报价时约定的日期和时间打：发报价之前就约好这通电话。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没有约定时间？在发出报价两个工作日后打。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您好，[名字]，我是[公司]的[您的名字]。按照约定，我打电话来跟您聊聊[日期]发给您的[项目]报价。现在还方便吗？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三个问题：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您看完之后有哪些问题？</w:t>
        <w:br/>
        <w:t>它涵盖了您[对方的日期]需要的一切吗？</w:t>
        <w:br/>
        <w:t>有没有和您预想的不一样的地方？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询问决策：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您和[另一位决策人]需要决定什么，什么时候之前要定？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如果对方还没看：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没关系。我现在花五分钟带您过一遍，还是[日期][时间]再给您打？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如果价格超出对方预算：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谢谢您告诉我。哪一部分超出了预算？我可以给您看看，如果我们[去掉或更换某一项]，会有什么变化。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不要“只是问问”：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打电话要有理由：对方的问题、对方的日期，或者您能提供的一个调整。如果报价有截止日期，按书面写的说一次。遇到价格和时机方面的异议，请参考销售异议处理话术。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“只是问问进展”, 报价单上没有的截止日期, 对方没要求的折扣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成交电话话术：复述、提问、确认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提问：一次 · 邮件总结：当天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何时使用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对方的问题都已解答，双方已约定决策日期。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做决定的人在电话中。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复述：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我确认一下是否都了解清楚了：您在[对方的日期]需要[对方的需求]。报价是[总价]，包括[包含内容]，您之前问的[对方的问题]也已经解答了。对吗？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您看我们可以定下来吗？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然后停下：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只问一次，然后等待。沉默几秒钟没关系。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如果同意：确认：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谢谢您。接下来的安排是：今天[第一步，例如定金发票]，[日期][下一步]，[日期][交付或开始]。我会在[时间]前把这份总结发邮件给您。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如果还没准备好：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没关系。您还需要看到或了解什么才能做决定？我们能在[日期][时间]再聊一次吗？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如果拒绝：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谢谢您告诉我。可以问一下是什么让您做了这个决定吗？我这边会先把这单关闭。如果有任何变化，请打[电话]找我。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施压, 虚假的截止日期, 对方拒绝后还争辩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面向现有客户的续约和升级电话话术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续约前天数：60 到 90 · 问题：3 · 价格变化：直接说明，再书面确认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何时打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续约：在续约日期前 60 到 90 天，这样有时间解决问题。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升级或下一笔订单：在对方看到成效之后，或在对方提到新需求时。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您好，[名字]，我是[公司]的[您的名字]。您的[服务]将于[日期][续约或到期]，在那之前，我想花 10 分钟了解一下使用情况。现在方便吗？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三个问题：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哪些方面效果好？</w:t>
        <w:br/>
        <w:t>哪些方面不好用，或者花的时间太长？</w:t>
        <w:br/>
        <w:t>在[明年或下一季]，您这边会有什么变化？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提出方案，仅在合适时：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您提到[新需求，用对方的原话]。[方案]可以满足这一点，价格[价格变化]。要我把它加进续约报价，还是一切保持不变？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如果对方想终止合作：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谢谢您提前告诉我。我们当时应该在哪些方面做得不一样？我会确保[最后一次交付或交接]顺利完成。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美国的老客户：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如果消费者的号码在 National Do Not Call Registry（全国谢绝来电名单）上，在其最后一次购买、交付或付款后的 18 个月内，您仍可以给对方打电话，除非对方要求您不要再打。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让续约变成意外, 对方没要求的升级, 只在电话里说价格变化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各行业电话销售话术：哪些地方不同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行业：8 · 每个行业：有何不同、下一步、现成话术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通话流程保持不变。不同行业变化的是：您问什么，以及下一步是什么。在复述之后说出现成话术。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牙科和医疗诊所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有何不同：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患者会先问费用和保险。先预约检查；检查之前绝不报治疗价格。语音留言只说姓名、诊所名称和号码。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一次约好日期和时间的初诊。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问得好。具体费用要看医生检查的结果，所以我们先安排一次初诊吧。我这边[日期][时间]有空位，帮您约上好吗？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酒店和活动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有何不同：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先问日期和人数。先确认那天有空档，再谈价格。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实地看场、试菜或书面报价。只有收了定金才保留日期。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在给您发资料之前，想先确认一下：[日期]已经定了吗？预计大概有多少位客人？我先查一下那天有没有空档。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招聘和人力派遣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有何不同：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有两类买方：用人经理和候选人。只问与职位相关的问题：技能、薪资范围、到岗日期。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雇主：在约定日期前给出候选人名单。候选人：约好面试时间。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您需要在[日期]前招到一位[职位]。到目前为止您面试了多少人，他们缺了什么？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8.4 零售门店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有何不同：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来电者会问库存、价格或订单：先查清楚再回答。在店里当面接待时，也用同样的流程。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约好取货时间，或保留到某个时间。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[商品]有[尺码或颜色]的。我帮您保留到明天[时间]，好吗？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8.5 向小企业销售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有何不同：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老板什么都要管。按对方选的时间打，控制在 10 分钟内，用对方的数字说话。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一个小步骤：试用、上门或报价。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我知道您还要忙生意，所以只占用 10 分钟。您说[问题]每周让您损失大约[对方的数字]。现在还是这样吗？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8.6 家居服务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有何不同：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问清地址、照片和紧急程度。看到现场之前，只给上门时间段，不给确定价格。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一次上门估价，时间段为 2 小时。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您能把[问题]的两张照片发短信给我吗？这样我就可以帮您约[日期][时间]到[时间]之间上门。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8.7 房地产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有何不同：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先问是买房还是卖房，再问时间安排；买方还要问贷款。只介绍房子本身，绝不评论某个区域住的是什么人。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看房，或挂牌委托面谈。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您是想买房、卖房，还是两者都有？时间上大概是怎么安排的？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8.8 B2B 服务和软件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有何不同：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申请演示的人很少能单独做决定。问问还有谁参与。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与决策人进行一次演示或需求挖掘电话。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这个决定还有谁会参与？他们要不要一起参加[日期]的演示？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受监管行业：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在医疗、保险、金融和房地产行业，请遵守您的执照和行业规定。绝不承诺任何没有书面写明的结果、利率或价格。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接着使用：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通话流程, 报价之后, 销售异议处理话术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示例：从网站聊天到赢单，只用了三通电话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Meadowlark Event Rentals 是一家虚构的公司，为婚礼和企业活动出租帐篷、桌子和灯光。它用这套电话销售话术模板与 Juniper Hollow Vineyard 的活动经理 Clara Jensen 沟通。所有数字都来自 Clara 或书面报价。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Clara（场地）：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8 日（周四）21:15：您好，我是 Juniper Hollow Vineyard 的活动经理 Clara Jensen。我们 11 月 7 日（周六）要为一位企业客户办一场丰收晚宴，120 位客人，在草坪上。你们出租这类活动用的帐篷、桌子和灯光吗？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谢谢您，Clara。是的，我们可以为 120 位客人提供帐篷、桌子和灯光。合适的帐篷取决于座位安排和草坪情况，所以 Gideon Ward 会给您打电话确认，然后发一份书面报价。他该打哪个号码，什么时间方便？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Clara（场地）：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541-555-0147，明天 9 点到 10 点之间。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好的。Gideon 会在周五 9 点到 10 点之间用 541-555-0162 给您打电话。如果没打通，他会留一条语音留言并发一条短信。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Gideon（销售）：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9 日（周五）9:05，电话：无人接听。语音留言，15 秒：“您好，Clara，我是 Meadowlark Event Rentals 的 Gideon Ward，打电话是想聊聊那场 11 月 7 日晚宴要用的帐篷。我会在 11 点再打给您，您也可以打 541-555-0162 找我。谢谢。”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Gideon（销售）：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9:06，短信：您好，Clara，我是 Meadowlark Event Rentals 的 Gideon Ward。刚才给您留了语音，想聊聊那场 11 月 7 日晚宴要用的帐篷。我会在 11 点再打来，您也可以打 541-555-0162。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Clara（场地）：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9:31，Clara 回电：您好，Gideon，不好意思，我刚才在酒窖里。现在方便了。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Gideon（销售）：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谢谢您回电。我需要 10 分钟：先核对一下您在聊天里告诉我们的信息，问一个问题，然后我们把报价的事定下来。目前了解到的是：11 月 7 日（周六），120 位客人，在草坪上。对吗？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Clara（场地）：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对，用圆桌，还要一个舞池。客户担心下雨。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Gideon（销售）：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有一个问题决定用哪种帐篷：草坪平不平，能不能打地桩？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Clara（场地）：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草坪是平的，可以打地桩，不过东侧边缘埋着灌溉管线。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Gideon（销售）：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那 40 × 60 英尺（约 12 × 18 米）的框架帐篷正合适，再配上透明围布防雨。今天 14:00 前给您发书面报价。我们周二 10 点一起过一遍，可以吗？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Clara（场地）：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周二 10 点可以。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Gideon（销售）：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13 日（周二）10:00，报价跟进：按照约定，我打电话来聊聊报价。您和您的客户看完后有哪些问题？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Clara（场地）：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就一个：如果天气干燥，还需要围布吗？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Gideon（销售）：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不下雨的话，围布会一直卷起来。那么：$5,420，包括帐篷、围布、15 张桌子、120 把椅子、一个舞池和灯光，含送货、搭建和撤场。您看我们可以定下来吗？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Clara（场地）：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可以，就这么定了。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Gideon（销售）：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谢谢您。定金发票今天发出。11 月 5 日（周四）送货，11 月 6 日（周五）搭建，11 月 9 日（周一）撤场。我会在中午前把这份总结发邮件给您。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通话记录：Juniper Hollow Vineyard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通话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类型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日（周五）9:05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新线索回电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语音留言和短信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日（周五）9:31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呼入电话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14:00 前发报价，周二通话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13 日（周二）10:00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报价跟进，决策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同意，$5,420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通话流程，10 月 9 日（周五）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来意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丰收晚宴用的帐篷、桌子和灯光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复述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120 位客人，草坪，11 月 7 日（周六）；担心下雨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一个问题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草坪平不平，能不能打地桩？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回答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平，可以打地桩，东侧边缘有灌溉管线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下一步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14:00 前发报价；10 月 13 日（周二）10:00 通话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13 日在 CRMsoftware.pro 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潜在客户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来自网站聊天，已转为交易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丰收晚宴帐篷 · Juniper Hollow Vineyard，$5,420，“Closed Won”（赢单）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报价单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日（周五）发送，10 月 13 日（周二）“Accepted”（已接受）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东侧边缘有灌溉管线；不下雨时围布保持卷起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今天发定金发票 · 11 月 5 日（周四）送货 · 11 月 17 日（周二）活动后回访电话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哪种电话用哪套电话销售话术，以及要记录什么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通话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目标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在 CRM 中记录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新线索回电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小时内，或按对方选的时间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复述、一个问题、带日期的下一步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来源、用对方原话写的需求、设为任务的下一步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呼入电话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未接来电：1 个工作小时内回电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姓名和号码、对方的需求、带日期的下一步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来源为“电话”的新潜在客户、备注、设为任务的下一步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语音留言和短信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未接通后，一次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对方回电，或知道您何时再打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第几次拨打、已发语音留言和短信、设为任务的下次拨打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报价跟进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约定的日期，或报价后 2 个工作日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解答问题，定下决策日期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备注中的对方问题、决策日期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决策电话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决策日期，与做决定的人通话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同意、拒绝，或还缺什么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更新阶段、总结邮件、交付任务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续约或升级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续约前 60 到 90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哪些有效、哪些要变、续约报价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备注中的对方回答、续约日期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意向客户销售电话、语音留言和短信的规则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意向客户也不代表什么都可以做。三条规则让您的电话受欢迎，也让您在美国发送的短信合法合规。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只在获得同意时发短信，且只发一次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只给线索提供用于联系的手机号码发短信，只谈对方咨询的内容，并说明您是谁。根据美国法律，短信视同电话，自动发送的销售短信需要事先获得明确的书面同意。如果对方回复要求停止，就停止：2024 年通过的 FCC 规则规定，人们可以用任何合理的方式撤回同意，例如回复“stop”（停止）。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老线索和老客户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在美国，如果消费者的号码在全国谢绝来电名单上，对方咨询后 3 个月内，或购买、交付、付款后 18 个月内，您可以给对方打电话。对方要求不要再打，这一许可就终止。大多数打给企业的销售电话不受此限制。更早的线索属于陌生电话。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三次拨打，然后结束跟进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1 次拨打：一通电话、一条语音留言和一条短信。第 2 次拨打：当天晚些时候或下一个工作日，换个时段。第 3 次拨打，在第 3 个工作日：最后打一次，再发一封简短的最后联系邮件。然后停止，并记录原因。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本页内容不构成法律建议。以上是美国联邦规则；美国各州和其他国家对销售电话和短信有各自的规定，请查看买方所在地的官方规定。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如何使用这些电话销售话术模板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选择通话类型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每个选项卡对应一种通话：新线索、呼入、未接通、报价、决策或续约。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填写通话准备表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用对方原话写的需求、您已知的信息、您的那一个问题和下一步。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按时打电话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新线索 1 小时内打，跟进电话在约定的日期打，并用对方知道是您的号码。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以日期结束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一个约好日期和时间的下一步，并在当天发一份简短总结。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记录每通电话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在下一通电话之前记录。每周检查回电用时，以及已接通但没有下一步的电话。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网站聊天和网页表单会进入“潜在客户”。如果是打进来的电话，点击“添加潜在客户”，填写“潜在客户标题”、“电话”、“来源”（选“电话”）和“负责人”。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把回电设为任务：在“任务”中点击“New Task”（新建任务），填写“Task title”（任务标题），例如“回电：Clara Jensen”，再填写“Assignee”（负责人）、一小时内的“Deadline”（截止日期），并把“Priority”（优先级）设为“High”（高）。“My Tasks”（我的任务）会显示“Due today”（今天到期）和“Overdue”（逾期）的任务。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通话后，把总结写进“备注”。如果是真实的商机，点击“转为交易”：系统会创建联系人、公司和交易。把“Expected close date”（预计成交日期）设为决策日期。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使用 Launch 版时，在“Quotes”（报价单）中点击“New Quote”（新建报价单）发送报价，设置“Valid Until”（有效期至）日期，并添加一项带“Linked deal”（关联交易）的跟进电话任务。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在“我的机器人”中打开您的机器人，在“基础知识”选项卡的“说明”里告诉 AI 客服谁会回电、用哪个号码。在“行为”选项卡中，开启“收集用户数据”并选择“收集电话号码”。点击“保存更改”，然后用“尝试机器人”测试。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这些话术适用于任何电话。每次通话后，CRM 会保存潜在客户、备注、任务和交易。潜在客户、1 条管道、备注和基础任务对 3 位用户免费。报价单和带日历同步的预约从 Launch 版起提供，按年付费每月 $19。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每周通话复盘，15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等待超过 1 小时的新线索：原因是什么？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已接通但没有下一步的电话：缺了什么？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到了第 3 次拨打的线索：收到最后那封邮件了吗？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每笔进行中的交易都有一项带截止日期的任务。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https://crmsoftware.pro/zh/templates/sales-call-script-templates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电话销售话术模板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