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覆盖交易每个阶段的销售邮件模板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交易 8 个阶段的邮件和简短版：回复咨询线索、通话或演示总结、价格询问、方案或报价、采购小组沟通、赢单：下一步、丢单：询问原因，以及续约或增购。来自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根据交易当前所处的阶段选择模板，把[方括号]中的每个词替换为买方自己的话和数字。每封邮件只提一个请求，并以带日期的下一步结尾。把每封邮件和下一步都记在 Excel 交易邮件记录表中，这样就没有哪笔交易要靠某个人的记忆来推进。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回复咨询线索并约好通话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 个工作小时 · 唯一请求：选一个通话时间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收到咨询后 1 个工作小时内。非工作时间发来的咨询，第二天一早回复。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先回答对方的问题，再给出两个具体的通话时间。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是对方先来信，所以这不是开发信。写给没有咨询过的人，请使用开发信模板。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关于[话题]：两个可选通话时间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感谢您来信咨询[话题]。[直接回答对方的问题]。</w:t>
        <w:br/>
        <w:br/>
        <w:t>为了给您推荐合适的方案，我需要和您沟通 20 分钟，了解[您需要的 2 到 3 项信息，例如：有几家门店、希望何时开始]。</w:t>
        <w:br/>
        <w:br/>
        <w:t>[星期几][时间]或[星期几][时间]，您方便吗？如果都不合适，请告诉我您方便的时间。</w:t>
        <w:br/>
        <w:br/>
        <w:t>[您的名字]</w:t>
        <w:br/>
        <w:t>[公司]，[电话]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简短版（聊天或短信）：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[名字]您好，感谢您咨询[话题]。[简短回答]。[星期几][时间]或[星期几][时间]，我们能通话 20 分钟吗？[您的名字]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如果没有回复：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在第 2 和第 5 个工作日各发一条简短的提醒，第 10 天发最后一封。具体措辞见客户未回复跟进邮件模板。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首次回复中切勿出现：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千篇一律的宣传册, 一连串五个问题, 虚假的紧迫感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需求挖掘电话或产品演示后的总结邮件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发送时限：当天 · 唯一请求：如有误请指正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通话或演示当天发送，尽量在 2 小时内。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使用对方的原话和数字：他们会把邮件转发给没参加通话的人。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总结：[对方公司]的[对方目标]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感谢您今天抽出时间。以下是我了解到的情况：</w:t>
        <w:br/>
        <w:br/>
        <w:t>- 现状：[对方目前的做法，用对方的数字]。</w:t>
        <w:br/>
        <w:t>- 目标：[日期]前实现[对方想要的结果]。</w:t>
        <w:br/>
        <w:t>- 决策人：[姓名和职位]，[日期]做决定。</w:t>
        <w:br/>
        <w:br/>
        <w:t>下一步：我会在[星期几]前发送[价格或方案]。如果有理解不对的地方，请直接回复，我来更正。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简短版（聊天或短信）：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[名字]，谢谢您今天的时间。您希望在[日期]前实现[目标]，由[姓名]在[日期]做决定。我会在[星期几]前发送[下一项内容]。有理解不对的地方吗？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如果总结里写不出谁来决策、何时决策，先问清楚再报价。通话流程见需求挖掘电话话术模板。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必须包含：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对方的数字, 谁来决策, 下一步和日期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回答价格问题：先给出数字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发送时限：同一个工作日 · 唯一请求：在您的预算内吗？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在对方询问的同一个工作日内回复，不要等到发方案时再说。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把数字放在前两行。如果价格取决于范围，就给出区间，并说明哪些因素会影响价格。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价格说明：[对方公司]，每[月或年][价格]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[范围]的价格为每[月][价格]，按[年]付费，即每年[年度总额]。</w:t>
        <w:br/>
        <w:br/>
        <w:t>包含：[对方最看重的 3 项内容]。一次性费用：[实施费]。不包含：[需额外付费的项目]。</w:t>
        <w:br/>
        <w:br/>
        <w:t>[按月付费的选项或更小规模的起步方案，如果您提供的话]。</w:t>
        <w:br/>
        <w:br/>
        <w:t>这在您预期的范围内吗？如果是，我会在[星期几]前发送方案。如果不是，请告诉我您的预算范围，我会如实告诉您哪种方案合适。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简短版（聊天或短信）：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[范围]每[月][价格]，按[年]付费，另加[实施费]。在您的预算范围内吗？我可以在[星期几]前发送方案。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如果对方说太贵：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下一封邮件里不要降价。先问对方在和什么做比较，再参考销售异议处理话术。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切勿：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隐瞒数字, 主动给折扣, 要通话才肯报价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方案邮件：发送报价，只提一个下一步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 个工作日 · 有效期至：明确的日期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在确定范围的那次通话后 1 个工作日内发送。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报价单写明价格、开始日期和有效期。邮件本身是写给签字人的 3 行摘要。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方案[编号]：[对方公司]的[范围]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附件是给您的方案。为了方便您转发，这里用三行概括：</w:t>
        <w:br/>
        <w:br/>
        <w:t>- 内容：[范围]，[日期]前上线。</w:t>
        <w:br/>
        <w:t>- 价格：[首年总额]，含[一次性费用]。有效期至[日期]。</w:t>
        <w:br/>
        <w:t>- 原因：[对方的目标，用对方的原话]。</w:t>
        <w:br/>
        <w:br/>
        <w:t>下一步是一次 20 分钟的通话来解答疑问，如果[另一位决策人]愿意，也欢迎一起参加。[星期几][时间]或[星期几][时间]，您方便吗？</w:t>
        <w:br/>
        <w:br/>
        <w:t>[您的名字]</w:t>
        <w:br/>
        <w:t>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简短版（聊天或短信）：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[名字]，[范围]的方案已发到您的邮箱：[价格]，有效期至[日期]。我们能在[星期几][时间]一起过一遍吗？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如果没有回复：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按照销售跟进邮件序列，从第 2 天跟进到第 14 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附件：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方案或报价单, 一个类似案例, 不附其他内容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决策前与采购小组沟通确认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决策前：1 周 · 抄送他人：须经联系人同意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决策人不止一位时发送。在对方的决策会议前一周发送，有新成员加入时再发一次。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写给您的主要联系人。只有在对方同意时才抄送其他人，并点名回答每个人的问题。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供您[日期]决策参考：价格、条款和开始日期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[名字]、[另一位的名字]，您好！</w:t>
        <w:br/>
        <w:br/>
        <w:t>为了让[会议]上的每个人掌握同样的信息：</w:t>
        <w:br/>
        <w:br/>
        <w:t>- 价格：[首年总额]，[付款条款]。</w:t>
        <w:br/>
        <w:t>- [另一位的名字]的问题：[一句话回答]。</w:t>
        <w:br/>
        <w:t>- 开始：如果您在[日期]前做决定，[日期]前完成[第一个里程碑]。</w:t>
        <w:br/>
        <w:t>- 如果效果不理想：[会怎样处理]。</w:t>
        <w:br/>
        <w:br/>
        <w:t>在[星期几]前，会议还需要我提供什么吗？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简短版（聊天或短信）：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[名字]，关于您[日期]的会议：[星期几]前，[另一位的名字]或团队还需要我提供什么吗？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绝不要绕过您的联系人。如果需要联系签字人，请让联系人帮您引荐，并说明原因。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要回答：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财务：费用和条款, 老板：风险, 使用者：上手时间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对方同意后：下一步和分工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对方同意后：当天 · 唯一请求：确认启动会时间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对方同意的当天发送，要早于任何发票或自动欢迎邮件。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写清双方各由谁、在什么时间之前做什么。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下一步：[对方公司][日期]前上线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谢谢您，欢迎选择[您的公司]。接下来的安排如下：</w:t>
        <w:br/>
        <w:br/>
        <w:t>1. [日期]：由[人员]发送[合同文件、发票或付款链接]。</w:t>
        <w:br/>
        <w:t>2. [日期]：[时间]召开启动会，[对方参会人员]参加。</w:t>
        <w:br/>
        <w:t>3. [日期]：[第一个成果，例如：第一份周报]。</w:t>
        <w:br/>
        <w:br/>
        <w:t>需要您在[日期]前提供[对方需要发送的内容]。[事项]方面由[姓名，职位]与您对接。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简短版（聊天或短信）：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谢谢您，[名字]！接下来：今天发出[合同文件]，[星期几][时间]召开启动会，[日期]前交付第一份[成果]。详细安排随后通过邮件发送。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保持交易类邮件性质：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根据美国 CAN-SPAM 规定，只用于完成买方已同意交易的邮件属于交易类邮件，可豁免大部分规定，但其发件人和路由信息必须准确。不要在其中加入增购推销。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切勿加入：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增购推销, 转介绍请求, 问卷调查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丢单邮件：询问原因，留有余地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发送时限：2 个工作日 · 跟进：无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对方拒绝后 2 个工作日内发送，或在最后一封跟进邮件仍无回复之后发送。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只问一个问题，然后停止。只有对方要求或说过具体时间时才再联系。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关闭跟进前，想请教一个问题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谢谢您告诉我结果。我这边已经关闭了这份方案。</w:t>
        <w:br/>
        <w:br/>
        <w:t>想请教一个问题，帮助我们改进：主要原因是什么？回复数字即可：</w:t>
        <w:br/>
        <w:t>1. 价格</w:t>
        <w:br/>
        <w:t>2. 时机</w:t>
        <w:br/>
        <w:t>3. 您选择了其他方案</w:t>
        <w:br/>
        <w:t>4. 我们做了或没做到的某件事</w:t>
        <w:br/>
        <w:br/>
        <w:t>如果[对方可能回来的理由，例如：新门店]让情况有变，随时联系我。除非您提出，我不会再跟进。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简短版（聊天或短信）：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明白了，[名字]，谢谢您告诉我。是因为价格、时机、其他方案，还是我们哪里没做好？回一个词就行。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以后：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如果对方提到了时间，例如“3 月以后”，就为那个月创建一个任务。对于以前的客户，请使用客户召回邮件模板。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切勿：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反驳对方的拒绝, 最后关头打折, 下周再问一次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写给现有客户的续约和增购邮件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续约：提前 60 天 · 增购：须有对方的理由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续约：在续约日前 60 天发送；如果通知期更早开始，则在通知期开始前发送。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增购：只在客户自己有理由时发送，例如新开门店或增加用户，并且要在交付第一个成果之后。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续约：主题：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您[日期]的续约：20 分钟回顾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续约：邮件：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您的[套餐或合同]将于[日期]按[价格]续约。在此之前，我想和您一起回顾这一年：[一项用对方数字表示的成果]、哪些地方效果不好，以及哪些仍然适合您。</w:t>
        <w:br/>
        <w:br/>
        <w:t>[星期几][时间]，您方便花 20 分钟聊聊吗？如需做任何调整，通知截止日期是[日期]。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增购：主题：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[对方的理由，例如：您的第五家餐厅]：要加入[产品]吗？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增购：邮件：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您提到[月份]会有[对方的理由]。[目前的一项成果，用对方的数字]。</w:t>
        <w:br/>
        <w:br/>
        <w:t>按您现有的条款，增加这一项每[月][价格]，另加[实施费]。需要我现在发一份报价，方便您做预算吗？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一定要写明通知截止日期，这样续约就不会以一张意外的发票出现。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要带上：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一项量化成果, 通知截止日期, 一个选项，而不是五个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示例：销售邮件范文：一笔餐厅交易，从聊天到成交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Lanternfish Analytics 是一家虚构的公司，向餐厅销售报表软件，并在一笔交易中使用了这些销售邮件模板。Jonah Whitaker 的客户是 Olive Branch Bistro Group（4 家餐厅）的运营总监 Ines Moreau。决策前，财务部的 Paul Okonkwo 也加入进来。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 日周四 21:40，网站聊天：您好，我是 Olive Branch Bistro Group 的 Ines Moreau。每周一我都要把 4 家餐厅的食材成本和人工数据复制到一张表格里。你们能帮我们做这件事吗？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可以。Lanternfish 每周一早上为您所有餐厅发送一份统一的周报。销售部的 Jonah 会在明天 9:00 前给您发邮件，提供两个可选的通话时间。请问您的邮箱和电话是？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Jonah（销售）：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2 日周五 8:20，邮件“关于 4 家餐厅的周报：两个可选通话时间”：可以，我们能替代周一那张表格。10 月 6 日周二 10:00 或 10 月 7 日周三 14:00，您方便通话 20 分钟吗？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Jonah（销售）：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日周二 11:40，邮件“总结：Olive Branch 的统一周报”：目前这份报表要花您大约 5 小时。目标：每周一 8:00 前准备好。您和 Paul Okonkwo（财务）将在 10 月 28 日做决定。10 月 12 日周一前发送方案。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日周三 11:30：没错。4 家餐厅要多少钱？Paul 会先问这个。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Jonah（销售）：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日周三 11:55，邮件“价格说明：Olive Branch，每月 $480”：每家餐厅每月 $120，按年付费：每年 $5,760，另加 $900 实施费。按月付费：每家餐厅 $145。在您的预算范围内吗？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Jonah（销售）：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12 日周一 9:30，邮件“方案 Q-1042：4 家餐厅的周报”：首年 $6,660，有效期至 10 月 30 日，11 月 23 日前上线。10 月 15 日周四 10:00 我们能和 Paul 一起过一遍吗？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Jonah（销售）：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21 日周三 10:00，发给 Ines 和 Paul 的邮件“供您 10 月 28 日决策参考：价格、条款和开始日期”：Paul，是的：按年计费从上线当天（11 月 23 日）开始。在 10 月 27 日周二前，会议还需要我提供什么吗？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29 日周四 9:10：昨天批了。4 家都按年付费，开始吧。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Jonah（销售）：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29 日周四 11:00，邮件“下一步：Olive Branch 11 月 23 日前上线”：今天签字并开发票。11 月 3 日周二 10:00 召开启动会。11 月 16 日周一出第一份报表（2 家餐厅），11 月 23 日周一覆盖全部 4 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Jonah（销售）：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11 月 24 日周二 9:00，邮件“您的第五家餐厅：要加入报表吗？”：周一的报表已包含全部 4 家餐厅。您提到 2 月会开第五家：按您现有的条款每月 $120，另加 $225 实施费。需要我发一份报价，方便您做预算吗？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11 月 24 日周二 10:05：好的，麻烦了。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交易邮件记录：7 封邮件，7 次回复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阶段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发送时间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回复咨询线索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2 日周五 8:20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有，42 分钟后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通话或演示总结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日周二 11:40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有，次日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价格询问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日周三 11:55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有，在预算范围内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方案或报价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12 日周一 9:30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有，约在 10 月 15 日通话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采购小组沟通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21 日周三 10:00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有，来自 Paul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赢单：下一步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29 日周四 11:00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有，启动会已确认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续约或增购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11 月 24 日周二 9:00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有，11 月 26 日已发报价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11 月 26 日 CRMsoftware.pro 中的记录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Olive Branch Bistro Group，10 月 29 日“Won”（赢单）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金额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首年 $6,660，含 $900 实施费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Ines Moreau（主要联系人）、Paul Okonkwo（财务）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报价单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Q-1042，“Accepted”（已接受）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 个下一步，全部在“Deadline”（截止日期）前完成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新交易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第五家餐厅，首年 $1,665，已发报价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各阶段的销售邮件规则：何时发送，何时停止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阶段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发送时间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唯一请求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如果没有回复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回复咨询线索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个工作小时内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从两个通话时间中选一个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 和第 5 天提醒，第 10 天发最后一封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通话或演示总结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通话当天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指正我理解有误的地方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照样按时发送承诺的内容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价格询问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同一个工作日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这在您的预算范围内吗？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在承诺的那天发送方案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方案或报价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通话后 1 个工作日内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在约定时间通话 20 分钟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2、5、9 和 14 天跟进，然后停止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采购小组沟通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决策前一周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会议还需要我提供什么吗？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决策前 2 天给主要联系人打一个电话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赢单：下一步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对方同意当天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确认启动会时间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下一个工作日打电话：对方已经是客户了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丢单：询问原因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对方拒绝后 2 个工作日内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主要原因是什么？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不跟进。只有对方说过日期时才再发一条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续约或增购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续约前 60 天，或对方给出理由时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 分钟回顾，或一份报价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一周后提醒一次，然后打电话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按行业划分的销售邮件模板：有哪些不同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行业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有哪些不同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现成主题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B2B 服务和代理机构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提出需求的人很少是付钱的人。每封邮件都要写得能直接转给财务。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供您 10 月 28 日决策参考：价格、条款和开始日期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SaaS 和初创公司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试用就是方案。先约定 2 到 3 个成功指标，并在试用结束前总结对方的使用情况。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您的试用：已建 3 份报表，还剩 5 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IT 服务和 MSP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安全问题来自您没见过的人。先发送评估结果，再给出按用户或设备计算的月价。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网络检查结果：3 项需修复，1 项紧急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房地产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平台线索归最先回复的人。几分钟内回复，每次看房后只问一个问题。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枫树大道的三居室：两个可选看房时间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保险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买家会逐项比较报价。用通俗的话说明保什么、不保什么以及续保日期。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您的报价：保什么、不保什么，以及价格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理财顾问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信任第一。提前发送议程，绝不承诺收益，每个模板都要经过合规部门批准。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周二回顾会需要带哪些资料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律师事务所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咨询结束后，把服务范围、收费方式和委托协议一起发送。请查阅您所在律师协会的广告规定。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咨询后的下一步：您的委托协议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医疗（面向诊所销售）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诊所经理、医生和合规人员都参与决策。用书面形式回答安全问题，绝不包含患者信息。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供合规审查的安全问题答复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酒店和活动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档期会被订满。每份团体报价都要写明日期、人数、人均价格以及保留期限。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 月 12 日 40 人晚宴，保留至周五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汽车经销商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买家比较的是落地价。把全价、各项费用和旧车置换价都写下来。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您周六试驾的 SUV：落地价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招聘和人力外包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费用和替换条款就是方案。连同第一份候选人短名单的日期一起发送。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个仓库岗位的费用条款和短名单日期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非营利组织（赞助）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您向企业出售的是曝光度。在印刷截止日期前给出 2 到 3 个赞助级别和决策日期。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月 9 日 5 公里跑活动的赞助方案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电商和零售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一对一邮件适用于批发和大额订单。群发给名单的促销邮件属于营销邮件：需要提供退订方式并写明您的邮寄地址。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每月 24 件的批发价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专业销售邮件的六条规则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适用于每个阶段、每个行业。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一封邮件，一个请求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一个通话时间、一处更正、对价格区间的认可，或一个决策日期。等对方第一次回复后再提第二件事。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主题要说清邮件内容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总结、价格、方案、下一步：直接写明。不要伪造“Re:”或“回复：”前缀。美国法律禁止商业邮件使用欺骗性主题。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价格说明：Olive Branch，每月 $480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为您从未见过的人而写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B2B 中，您的邮件会被转发。把摘要放在前三行，并使用对方的数字。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每次都要有带日期的下一步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每封邮件都以下一步和一个日期结尾，并在关闭邮件前把它记为任务。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一对一，用您自己的邮箱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每次只写给一个人。Gmail 对每天向 Gmail 账户发送超过 5,000 封邮件的发件人有额外要求，例如一键退订。促销邮件需要写明您的邮寄地址并提供退订方式。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对方说停就停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一次拒绝、一句“别再发了”，或最后一次跟进后仍无回音，就到此为止。美国法律规定最多在 10 个工作日内处理退订请求；当天处理更好。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本页内容不构成法律建议。以上是美国的规定，请查阅您的买家所在地的规定。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如何使用这些销售邮件模板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找到阶段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打开交易当前所处阶段的选项卡。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填入对方的原话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把方括号中的每个词替换为买方自己的数字、日期和名字。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检查：一个请求，一个日期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删掉所有对买方做决定没有帮助的内容。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记录下来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把邮件、下一步及其截止日期记在 Excel 记录表中，或建成 CRM 任务。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如果没有回复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回复咨询线索或发送总结后，使用客户未回复跟进邮件模板。发送方案后，使用销售跟进邮件序列。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在“我的机器人”中选择您的机器人，打开“行为”选项卡并开启“收集用户数据”，这样每位访客都会留下姓名和邮箱。点击“保存更改”。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新的聊天会进入“Sales”（销售）下的“潜在客户”。约好通话后，点击“转为交易”：系统会创建联系人、公司和交易。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在“交易”中填写金额、阶段、预计成交日期、主要联系人和“Assigned to”（负责人）。用“新建联系人”添加采购小组的其他成员，“公司”填同一家，并在交易的“Notes”（备注）中写明每个人的角色。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每发一封邮件，就打开“任务”并点击“New Task”（新建任务）：把下一步写在“Task title”（任务标题）里，再设置“Assignee”（执行人）、“Deadline”（截止日期）和“Linked deal”（关联交易）。“My Tasks”（我的任务）会显示“Due today”（今天到期）和“Overdue”（逾期）；完成后点击“Mark done”（标记完成）。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使用 Launch 版时，在“Quotes”（报价单）中用“New Quote”（新建报价单）制作报价，并设置“Valid Until”（有效期至）。对方同意后，用“From Quote”（从报价单生成）创建发票，并使用“Create Payment Link”（创建付款链接）。把交易设为“Won”（赢单），或设为“Lost”（丢单）并在“Notes”中写明原因。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使用 Growth 版时，把简短版保存在“设置” &gt; “已保存回复” &gt; “新建回复”中，并设置“快捷键”，例如 /pricing。在聊天回复框中输入快捷键即可插入。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不发送销售邮件、自动邮件序列或群发邮件，也不追踪邮件打开情况：每封邮件都由您从自己的邮箱发送。潜在客户、1 条管道和基础任务对 3 位用户免费。报价单、发票、电子签名和付款链接从 Launch 版起提供，按年付费每月 $19；已保存回复在 Growth 版，每月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每周交易邮件检查，10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已逾期：今天就发邮件或打电话。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无带日期的下一步：给每笔进行中的交易定一个。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丢单：原因已写在“Notes”中。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未来 60 天内续约的交易：回顾邮件已发送。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https://crmsoftware.pro/zh/templates/sales-email-templates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覆盖交易每个阶段的销售邮件模板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