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44"/>
        </w:rPr>
        <w:t>销售跟进邮件序列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2"/>
        </w:rPr>
        <w:t>报价或方案发出后 14 天内的五封邮件，附邮件主题、发送时间、停止规则、CRM 任务、异议回复和会议总结。来自 CRMsoftware.pro。</w:t>
      </w:r>
    </w:p>
    <w:p>
      <w:pPr>
        <w:spacing w:after="28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把[方括号]中的每个词替换为您自己的信息，并把每封邮件保存为您邮箱中的草稿或模板。从报价日期开始计算天数，每封邮件创建一个 CRM 任务；一旦收到回复、约好通话或被拒绝，就停止序列。</w:t>
      </w:r>
    </w:p>
    <w:p>
      <w:pPr>
        <w:spacing w:after="160"/>
      </w:pPr>
      <w:r>
        <w:rPr>
          <w:rFonts w:ascii="Microsoft YaHei" w:hAnsi="Microsoft YaHei" w:cs="Microsoft YaHei" w:eastAsia="Microsoft YaHei"/>
          <w:b/>
          <w:color w:val="15131F"/>
          <w:sz w:val="32"/>
        </w:rPr>
        <w:t>邮件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1. 第 0 天：报价邮件，概述要点并只提一个下一步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发送时间：第 0 天 · 长度：120 词以内 · 目标：约好一次 15 分钟的通话，一起过一遍报价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发送之前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已在电话或上门沟通中确定工作范围。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报价写明了价格、包含内容、开始日期和有效期。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您知道谁来决策，以及对方希望何时做决定。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您的[项目]报价及下一步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或：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[您的公司]报价：[开始日期]起实现[主要成果]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[名字]，您好！</w:t>
        <w:br/>
        <w:br/>
        <w:t>感谢您[星期几]抽时间与我沟通。附件是[项目]的报价。</w:t>
        <w:br/>
        <w:br/>
        <w:t>简要来说：[包含内容]，[开始日期]开始，价格为[价格]。报价有效期至[有效期截止日期]。</w:t>
        <w:br/>
        <w:br/>
        <w:t>下一步是一次 15 分钟的通话，一起过一遍报价并解答您的问题。[星期几][时间]或[星期几][时间]，您哪个时间方便？如果[决策人]想一起参加，非常欢迎。</w:t>
        <w:br/>
        <w:br/>
        <w:t>祝好，</w:t>
        <w:br/>
        <w:t>[您的名字]</w:t>
        <w:br/>
        <w:t>[电话]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把下一步直接写进邮件，并给出两个具体时间。没有约定下一个日期的报价，往往就石沉大海了。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CRM 任务（关联到交易）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字段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填写内容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“Task title”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发送报价：[交易]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“Assignee”、“Deadline”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交易负责人，通话或上门后 1 个工作日内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完成后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在“Status summary”中填写：[日期]已发送，[金额]，有效期至[日期]。然后创建第 2 天任务。</w:t>
            </w:r>
          </w:p>
        </w:tc>
      </w:tr>
    </w:tbl>
    <w:p/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出现以下情况即停止序列：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客户回复, 已约好通话, 客户拒绝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2. 第 2 天：就报价或方案做一次简短确认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发送时间：第 2 天 · 长度：60 词以内 · 目标：确认对方已收到，并再次提出通话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何时发送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发出报价邮件 2 天后仍未收到回复。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还没有约好通话。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第 2 天赶上周末：改在周一发送。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回复：您的[项目]报价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或：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报价您收到了吗？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[名字]，您好！</w:t>
        <w:br/>
        <w:br/>
        <w:t>想确认一下，[项目]的报价您是否已经收到。我在这封邮件里再附上一份。</w:t>
        <w:br/>
        <w:br/>
        <w:t>如果有帮助，我可以用 15 分钟和您一起过一遍。[星期几][时间]或[星期几][时间]，您方便吗？</w:t>
        <w:br/>
        <w:br/>
        <w:t>祝好，</w:t>
        <w:br/>
        <w:t>[您的名字]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在同一个邮件线程中回复，这样客户点一下就能看到报价。第 2 天不要报新价格，也不要给折扣。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CRM 任务（关联到交易）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字段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填写内容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“Task title”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 2 天确认：[交易]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“Assignee”、“Deadline”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交易负责人，报价日期 + 2 天，上午 10 点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完成后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在“Status summary”中填写：[日期]已发送，未回复。然后创建第 5 天任务。</w:t>
            </w:r>
          </w:p>
        </w:tc>
      </w:tr>
    </w:tbl>
    <w:p/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出现以下情况即停止序列：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客户回复, 已约好通话, 客户拒绝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3. 第 5 天：发一样有用的东西，而不是提醒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发送时间：第 5 天 · 长度：100 词以内 · 目标：给客户一个回复的理由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何时发送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发出第 2 天邮件后仍未回复。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您手上有能帮对方做决定的东西，而不只是一句提醒。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[类似客户]是如何解决[问题]的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或：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再给您一份[项目]决策参考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[名字]，您好！</w:t>
        <w:br/>
        <w:br/>
        <w:t>在您审阅报价的同时，这份资料也许有帮助：[一样有用的东西，例如简短案例、检查清单或示例排期]。[用一句话说明它对对方项目的意义。]</w:t>
        <w:br/>
        <w:br/>
        <w:t>如果报价中有哪部分不合适，请告诉我是哪一部分，我可以调整。</w:t>
        <w:br/>
        <w:br/>
        <w:t>[星期几][时间]简短通个电话，会有帮助吗？</w:t>
        <w:br/>
        <w:br/>
        <w:t>祝好，</w:t>
        <w:br/>
        <w:t>[您的名字]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合适的资料：类似客户的一页案例、检查清单、示例排期或完工照片。千万不要给折扣。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CRM 任务（关联到交易）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字段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填写内容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“Task title”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 5 天价值邮件：[交易]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“Assignee”、“Deadline”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交易负责人，报价日期 + 5 天，上午 10 点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完成后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在“Status summary”中填写：[日期]已发送，附[资料]，未回复。然后创建第 9 天任务。</w:t>
            </w:r>
          </w:p>
        </w:tc>
      </w:tr>
    </w:tbl>
    <w:p/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出现以下情况即停止序列：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客户回复, 已约好通话, 客户拒绝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4. 第 9 天：未收到回复时的跟进邮件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发送时间：第 9 天 · 长度：100 词以内 · 目标：拿到任何答复，哪怕是拒绝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何时发送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报价和两次跟进都没有收到回复。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这笔交易在 CRM 中仍处于进行中。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[项目]还需要为您保留吗？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或：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关于您的报价，想简单问一下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[名字]，您好！</w:t>
        <w:br/>
        <w:br/>
        <w:t>关于[项目]的报价，我一直没有收到您的回复，所以想了解一下目前的进展。以下哪种情况最接近？</w:t>
        <w:br/>
        <w:br/>
        <w:t>1. 仍然感兴趣，只是最近太忙。我会在[日期]再联系您。</w:t>
        <w:br/>
        <w:t>2. 需要修改。请告诉我改哪里，我来更新报价。</w:t>
        <w:br/>
        <w:t>3. 现在不需要。请告诉我什么时候再联系您。</w:t>
        <w:br/>
        <w:t>4. 我们决定不做了。</w:t>
        <w:br/>
        <w:br/>
        <w:t>只回复一个数字就可以。</w:t>
        <w:br/>
        <w:br/>
        <w:t>祝好，</w:t>
        <w:br/>
        <w:t>[您的名字]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带编号的选项用手机也很容易回复。选项 4 是特意加上的：一个明确的拒绝，能让您关闭这笔交易。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CRM 任务（关联到交易）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字段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填写内容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“Task title”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 9 天未回复邮件：[交易]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“Assignee”、“Deadline”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交易负责人，报价日期 + 9 天，上午 10 点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完成后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在“Status summary”中填写：[日期]已发送，未回复。然后创建第 14 天任务。</w:t>
            </w:r>
          </w:p>
        </w:tc>
      </w:tr>
    </w:tbl>
    <w:p/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出现以下情况即停止序列：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客户回复, 已约好通话, 客户拒绝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5. 第 14 天：礼貌地收尾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发送时间：第 14 天 · 长度：80 词以内 · 目标：礼貌收尾，并为以后留好余地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何时发送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报价和三次跟进都没有收到回复。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对方公司也没有其他人回复。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关于[项目]，我先暂时结案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或：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这件事是否先告一段落？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[名字]，您好！</w:t>
        <w:br/>
        <w:br/>
        <w:t>一直没有收到您的回复，我想可能现在时机不太合适，所以先在我这边暂时关闭[项目]的报价。</w:t>
        <w:br/>
        <w:br/>
        <w:t>如果情况有变，直接回复这封邮件就可以。报价有效期至[有效期截止日期]，之后我也很乐意为您发送一份更新的报价。</w:t>
        <w:br/>
        <w:br/>
        <w:t>感谢您考虑[您的公司]。</w:t>
        <w:br/>
        <w:br/>
        <w:t>祝好，</w:t>
        <w:br/>
        <w:t>[您的名字]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语气友好，态度明确：不让对方内疚，不设虚假截止日期，也不给最后一刻的折扣。如果双方很匹配，就创建一个 3 到 6 个月后再联系的任务。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CRM 任务（关联到交易）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字段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填写内容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“Task title”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 14 天收尾：[交易]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“Assignee”、“Deadline”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交易负责人，报价日期 + 14 天，上午 10 点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完成后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在“Status summary”中填写：[日期]已发送。再创建一个 3 个工作日后的任务：仍未回复就标记为丢单，原因：没有回复。</w:t>
            </w:r>
          </w:p>
        </w:tc>
      </w:tr>
    </w:tbl>
    <w:p/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出现以下情况即停止序列：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客户回复, 已约好通话, 客户拒绝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6. 异议：针对价格、时机、竞争对手和其他决策人的回复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回复时限：1 天 · 长度：80 词以内 · 规则：调整范围，而不是价格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客户一回复，就停止定时邮件。在一个工作日内答复，并以一个下一步和具体日期结尾。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6.1 价格太高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这超出了我们的预算。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怎么做：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问对方拿什么做比较。调整范围，而不是价格。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谢谢您坦诚告诉我。可以问一下您是和什么做比较吗？是另一份报价，还是预算？如果预算是[金额]，我可以提供[缩小后的范围]，价格为[较低价格]。要不要我把两个方案并排发给您？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6.2 现在不行，以后再说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现在时机不对，也许下个季度吧。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怎么做：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问清楚需要先发生什么。按对方给的日期创建任务。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明白。在您准备好之前，需要先解决哪些事？我应该什么时候再联系您？我先在日历上记下[日期]，如果您觉得别的日子更合适，告诉我就行。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6.3 我们在和别家公司谈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[竞争对手]给了我们更便宜的报价。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怎么做：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绝不批评竞争对手。提出按同等内容做对比。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谢谢您坦诚相告。不同报价的包含内容往往不一样，所以值得按同等内容比较一下。我们的报价包括[关键项目]。如果您愿意告诉我另一份报价涵盖哪些内容，我很乐意在[星期几]和您一起对比两份报价。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6.4 我需要和别人商量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我需要先问问[决策人]。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怎么做：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提出提供一页摘要，并和决策人进行一次简短通话。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当然。一页摘要会有帮助吗？写明价格、包含内容和开始日期。我也可以参加和[决策人]的 15 分钟通话，直接解答问题。[星期几][时间]方便吗？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在交易备注中把每个异议记录为“价格”“时机”“竞争对手”或“决策人”。做完 20 份报价后，您就能看出该在报价本身中解决哪一个。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CRM 任务（关联到交易）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字段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填写内容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“Task title”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答复异议：[交易]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“Assignee”、“Deadline”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交易负责人，当天或下一个工作日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完成后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在“Status summary”中填写：异议内容、您提供的方案和下一步。然后为这一步创建任务。</w:t>
            </w:r>
          </w:p>
        </w:tc>
      </w:tr>
    </w:tbl>
    <w:p/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将异议记录为：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价格, 时机, 竞争对手, 决策人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7. 通话后：当天发送会议总结邮件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发送时间：通话当天 · 长度：150 词以内 · 目标：一份书面记录和一个决策日期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何时发送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您和客户就报价进行了通话、演示或上门沟通。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几个小时之内，趁细节还记得清楚。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会议总结和下一步：[项目]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或：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今天关于[项目]达成的共识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[名字]，您好！</w:t>
        <w:br/>
        <w:br/>
        <w:t>感谢您今天抽出时间。以下是我们达成的共识：</w:t>
        <w:br/>
        <w:br/>
        <w:t>1. [范围或调整，例如新的排期]。</w:t>
        <w:br/>
        <w:t>2. 开始日期：[开始日期]。</w:t>
        <w:br/>
        <w:t>3. 价格：[价格]，有效期至[日期]。</w:t>
        <w:br/>
        <w:br/>
        <w:t>下一步：[谁]将在[日期]前[行动]。我会在[日期]前发送更新后的报价。</w:t>
        <w:br/>
        <w:br/>
        <w:t>如有遗漏，请回复告诉我，我来更正。</w:t>
        <w:br/>
        <w:br/>
        <w:t>祝好，</w:t>
        <w:br/>
        <w:t>[您的名字]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写总结时，要让客户可以直接转发给审批预算的人。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如果客户同意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发送报价单或合同供对方签署；如果收取定金，再附上付款链接。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只有在拿到签字、付款或书面同意后，才把交易设为赢单。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CRM 任务（关联到交易）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字段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填写内容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“Task title”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发送会议总结：[交易]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“Assignee”、“Deadline”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交易负责人，通话当天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完成后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在“Status summary”中填写：达成了什么共识，谁在什么时候之前做决定。然后创建任务“确认决定：[交易]”。</w:t>
            </w:r>
          </w:p>
        </w:tc>
      </w:tr>
    </w:tbl>
    <w:p/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满足以下条件才标记为赢单：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已签字, 已付款, 书面同意</w:t>
      </w:r>
    </w:p>
    <w:p>
      <w:pPr>
        <w:spacing w:after="16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示例：一份报价，两次跟进，第 13 天签约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Brightway Office Cleaning 是一家虚构的公司，为两家牙科诊所报价夜间保洁服务，并使用了这套销售跟进邮件序列。客户在回复第 5 天邮件时提出了两个异议，随后双方通了电话，报价发出 13 天后签约。第 9 天和第 14 天的邮件都没有用上。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您好，我们两家牙科诊所需要夜间保洁的报价，总面积约 6,500 平方英尺。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谢谢，Elena。我们团队的 Kim 今天会给您发邮件，约时间实地查看两家诊所。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Kim（销售）：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第 0 天，9 月 22 日周二：感谢您带我参观两家诊所。附件是您的报价：从 11 月 2 日起每周 5 晚，每月 $2,150，有效期至 10 月 22 日。周四上午 10 点或周五下午 2 点，方便通一个 15 分钟的电话吗？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Kim（销售）：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第 2 天，9 月 24 日周四：Elena 您好，想确认一下报价您是否已收到。周五下午 2 点或周一上午 10 点，我们能花 15 分钟聊聊吗？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Kim（销售）：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第 5 天，9 月 28 日周一（周日顺延到周一）：这是我们给牙科诊所用的一页检查清单。如果报价中有哪部分不合适，请告诉我是哪一部分。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谢谢，很有帮助。不过这超出了我们的预算，而且每月超过 $2,000 的开支都需要 Patel 医生批准。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Kim（销售）：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可以理解。一个方案是：主诊所每周 5 晚，小诊所每周 3 晚，每月 $1,890。周三中午 12:30 我们能和 Patel 医生一起花 20 分钟通个电话吗？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周三中午 12:30 我们俩都可以。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Kim（销售）：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总结，9 月 30 日周三：按约定，主诊所每周 5 晚，第二家诊所每周 3 晚，从 11 月 2 日起每月 $1,890。更新后的报价已附上，可直接电子签名。Patel 医生将在 10 月 9 日周五前做决定。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5 日周一：已签。11 月 2 日见。</w:t>
      </w:r>
    </w:p>
    <w:p>
      <w:pPr>
        <w:spacing w:after="8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10 月 5 日 CRM 中的交易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交易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夜间保洁 · Harbor Dental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主要联系人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Elena Ruiz，诊所经理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负责人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Kim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已发报价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9 月 22 日周二，每月 $2,150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回复前邮件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 5 天邮件：价格、决策人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最终金额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每年 $22,680（每月 $1,890）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状态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5 日赢单，第 13 天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跟进任务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截止日期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任务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结果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9 月 24 日周四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 2 天确认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已发送，未回复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9 月 28 日周一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 5 天价值邮件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已发送，当天回复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9 月 28 日周一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答复异议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已约通话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9 月 30 日周三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发送会议总结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已发送，新报价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9 日周五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确认决定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5 日已签约</w:t>
            </w:r>
          </w:p>
        </w:tc>
      </w:tr>
    </w:tbl>
    <w:p/>
    <w:p>
      <w:pPr>
        <w:spacing w:after="24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虚构的公司和客户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应该发几封跟进邮件，什么时候发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天数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邮件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作用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以下情况停止或切换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 0 天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发送报价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概述报价内容，并约一次 15 分钟的通话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客户约好通话：通话后发送会议总结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 2 天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简短确认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确认对方已收到，并再次提出通话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任何回复、已约通话或拒绝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 5 天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提供价值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发送一样能帮对方做决定的东西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任何回复、已约通话或拒绝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 9 天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未回复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给出四个容易回答的选项，包括拒绝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任何答复，包括“以后再说”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 14 天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礼貌收尾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礼貌收尾，并为以后留好余地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3 个工作日内仍未回复：丢单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什么时候停止序列，以及改做什么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定时邮件只针对没有回音的情况。客户一有任何动作，就停止序列，把它当作一次对话来处理。在“Status summary”中写明情况后关闭当前任务，让交易记录显示发生了什么。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客户回复了一个问题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停止定时邮件。在一个工作日内答复，并以一个下一步结尾。用这个下一步的任务替换当前任务。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客户约好了通话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把跟进任务标记为完成，并创建一个在通话当天发送会议总结的任务。把报价附在日历邀请里。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客户说以后再说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问清楚需要先发生什么，以及什么时候再联系。为那个日期创建任务。交易保持进行中。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谢谢告知。我在[日期]再联系您，可以吗？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客户拒绝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感谢对方，问一个关于原因的问题，然后把交易关闭为丢单，并在备注中写明原因。绝不争辩。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感谢您告诉我。可以问一下是什么让您做了这个决定吗？这能帮助我们改进，也希望以后有机会合作。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收到“不在办公室”自动回复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这不算答复。把当前任务改到对方回来后的第二天，然后从那里继续。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其他人回复了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把这位新联系人添加到交易中，给对方发送报价并附上两句简短介绍，然后从第 2 天重新开始。</w:t>
      </w:r>
    </w:p>
    <w:p>
      <w:pPr>
        <w:spacing w:after="80"/>
      </w:pP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绝不设虚假截止日期，绝不因为客户没回复就把对方加入邮件订阅，也绝不发一封毫无新内容的“只是跟进一下”。</w:t>
      </w:r>
    </w:p>
    <w:p>
      <w:pPr>
        <w:spacing w:after="12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 步建立报价跟进流程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 一次写好您的版本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填好方括号中的内容，把每封邮件保存为邮箱中的草稿或模板。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 每份报价指定一位负责人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由发送报价的人发送所有跟进邮件。指定一位后备人员，在其请假时接手。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 一次只建一个任务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发送邮件，把任务标记为完成，写下发生了什么，再创建下一个任务。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 收到第一个答复就停止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一条回复、一次已约的通话或一个拒绝，都会结束定时邮件。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 记录结果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在得知结果的当天标记为赢单或丢单，并写明原因。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在 CRMsoftware.pro 中设置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在左侧菜单中打开“交易”。打开这笔交易，或点击“New Deal”（新建交易），填写标题、金额、阶段、预计成交日期、主要联系人和“Assigned to”（负责人）。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使用 Launch 版时，在“Quotes”（报价单）中用“New Quote”（新建报价单）制作报价，将其关联到交易，并设置“Valid Until”（有效期至）。用邮件发出报价后，把它的“Status”改为“Sent”（已发送）。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在左侧菜单中打开“任务”，点击“New Task”（新建任务）。填写“Task title”（任务标题），选择“Assignee”（负责人），设置“Deadline”（截止日期），并选择“Linked deal”（关联交易）。交易页面会在“Linked tasks”下列出该任务。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从您自己的邮箱发送邮件。然后在任务的“Status summary”（状态摘要）中写下发生了什么，点击“Mark done”（标记完成），再创建下一个任务。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每天早上打开“My Tasks”（我的任务），先处理“Due today”（今天到期）和“Overdue”（逾期）。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6. 客户同意后，在交易页面使用“Send for Signature”（发送签署），在发票上使用“Create Payment Link”（创建付款链接）。然后把交易的“Status”设为“Won”（赢单），或设为“Lost”（丢单）并在“Notes”（备注）中写明原因。</w:t>
      </w: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CRMsoftware.pro 不会替您发送这些邮件：邮件由您从自己的邮箱发送，任务负责把握时间。含 1 条管道和基础任务的交易功能免费。报价单、发票、电子签名和付款链接从 Launch 版起提供，按年付费每月 $19。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每周跟进复盘，10 分钟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每份进行中的报价都有一个未完成的跟进任务。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逾期任务：今天就发，或写明原因后改期。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第 14 天后 3 个工作日仍未回复：把交易关闭为丢单。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已停止的交易都有下一步行动和日期。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已关闭的交易都有结果和原因。</w:t>
      </w:r>
    </w:p>
    <w:p>
      <w:pPr>
        <w:spacing w:after="160"/>
      </w:pP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CRMsoftware.pro 免费模板。示例数据均为虚构。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6B3CF0"/>
          <w:sz w:val="18"/>
        </w:rPr>
        <w:t>https://crmsoftware.pro/zh/templates/sales-follow-up-email-sequence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销售跟进邮件序列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