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销售话术模板和范例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话术构建器，一句话、30 秒、2 分钟、邮件和聊天话术，以及 14 个行业的开场白。来自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根据买方告诉您的内容填好五句话：用对方原话说出的问题、用对方数字说出的代价、您的方案、一个证明和一个邀约。然后按时长和渠道选择版本，替换[方括号]中的每个词。在 Excel 推销记录表中给每次推销打分，并改进您最常漏掉的那一项检查。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销售话术模板：推销前先填好 5 句话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句数：5 · 证明：一个，选最有力的 · 邀约：一个，带日期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本页的每段话术都由这五句话构成。等买方说出自己的问题之后再填写。如果对方还没说，先提问：要问的问题都在需求挖掘电话话术模板里。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五句话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对方的问题，用对方的原话: 照买方的原话写，不要换成您产品的术语。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代价，用对方的数字: 小时、金额、丢掉的生意或错过的日期，都来自对方的记录。对方没给数字？就用对方的原话，不要自己去算。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您的方案，一句话说清: 您会做什么、对方得到什么、什么时候得到。不列功能清单。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一个证明: 选最有力的一个：经客户同意分享的结果、前后对比、样品或书面保证。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一个邀约，带日期和时间: 只提一个下一步：上门拜访、20 分钟通话、试用，或在某个日期前给出报价。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一口气说完的话术：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[对方的问题，用对方的原话]。您说这让您付出的代价是[对方的数字]。我们的方案：[您的方案]。[一个证明]。我们能不能在[日期][时间][一个邀约]？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准备好了吗：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如果您无法根据买方告诉您的内容填出第 1 句和第 2 句，说明还没准备好推销。先提问，再推销。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不要放进去：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功能介绍, 拿不出依据的数字, 第二个邀约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一句话销售话术：您帮助谁，怎么帮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长度：1 句话 · 结尾：一个提问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适用场景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在活动上、电话里或消息中有人问“你们是做什么的？”，或者作为您网站或个人简介的第一句话。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您还不知道买方的问题。这时用一个提问结尾，而不是继续推销。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模板：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[公司]为[您服务的对象]提供：[您的方案]。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示例：Sunvale Solar：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Sunvale Solar 为图森夏季电费高的小企业提供：按您自己 12 个月的电费账单设计的屋顶太阳能系统，预计发电量和价格都写进书面报价。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已经知道对方的问题时：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您提到[对方的问题，用对方的原话]。我们正是帮[您服务的对象]解决这个问题的：[您的方案]。[一个邀约]对您有帮助吗？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还不知道对方的问题时：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我们帮[您服务的对象]解决[您解决的问题]。在[对方的业务领域]，您现在最头疼的是什么？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活动, 个人简介, 语音留言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30 秒销售电梯演讲：要大声说出来的版本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长度：30 秒 · 邀约：15 分钟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适用场景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首次通话时，您还不太了解情况，买方就说“说说你们是做什么的”；或者在活动上做自我介绍。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计时：对着计时器大声读，一直删到 30 秒以内。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模板：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[名字]您好，我是[公司]的[您的名字]。我们的客户是[您服务的对象]，通常是在[对方认同的问题]的时候找到我们。[您的方案，一句话说清]。[一个证明]。能不能在[日期]抽 15 分钟，让我了解一下您的[业务]，再坦白告诉您我们是否合适？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示例：如果 Marcus 在活动上遇到 Lydia：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Lydia 您好，我是 Sunvale Solar 的 Marcus Bell。我们的客户是图森的小企业，对他们来说，夏天的电费是唯一控制不了的开支。我们在屋顶安装太阳能，按您自己 12 个月的电费账单设计，发电量和价格都写进书面报价。Romero Brake &amp; Muffler 的 Dave Romero 同意把自己的电费账单分享给来问的老板。这周能不能抽 15 分钟，让我了解一下您的店，再坦白告诉您合不合适？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提问，然后停下：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用提问结尾，然后停下来，不再说话。30 秒的话术换来的是一次对话，而不是一笔成交。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大声说出：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您帮助谁, 一个证明, 一个邀约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2 分钟销售话术：用于电话或会议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长度：2 分钟以内 · 部分：5 · 然后：倾听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适用场景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需求挖掘之后：您已经知道买方的问题、代价以及谁来决定。可以在同一通电话里，也可以在第二次会面时。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两分钟是上限。说完就停下，让对方说。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五个部分，2 分钟以内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复述: 我确认一下我理解得对不对：[对方的问题，用对方的原话]。是这样吗？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代价: 您说这让您付出的代价是[对方的数字]。[它影响了什么，用对方的原话]。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您的方案: 我们的方案：[您的方案]。您将在[日期]前得到[对方得到的东西]。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一个证明: [客户公司]的[客户姓名]也遇到过同样的问题。[带来的变化，用客户的数字]。他们同意您直接打电话问他们。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一个邀约: 下一步：[日期][时间][一个邀约]。您看可以吗？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示例：Sunvale Solar：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我确认一下我理解得对不对：夏天的电费是您唯一控制不了的开支，因为维修工位的冷风机和空压机整天开着。光 7 月和 8 月就是 $3,900。</w:t>
        <w:br/>
        <w:t>我们的方案：我们测量您的屋顶，看一遍您最近 12 个月的账单，然后发一份书面报价，写明系统规模、预计发电量和价格。</w:t>
        <w:br/>
        <w:t>Romero Brake &amp; Muffler 的 Dave Romero 离您两英里，也有过同样的担心，他同意分享自己的账单，并接听您的电话。</w:t>
        <w:br/>
        <w:t>下一步：周五 7:30 您开门前，用 45 分钟测量屋顶。您看可以吗？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提出邀约之后：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停下来，不再说话。如果对方同意，挂电话前就约好。如果对方在价格、时机上推脱，或者说“先发点资料给我”，就用销售异议处理话术。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功能介绍, 两个邀约, 对方没给过您的数字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销售话术邮件：在通话或咨询之后发送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发送：当天 · 长度：250 字以内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发送时机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通话当天，或收到咨询后的一个工作日内。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只发给和您聊过或主动索取资料的人。写给陌生人的第一封邮件：请用开发信模板。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[对方公司]：[对方的问题，几个字概括]，以及[下一步]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</w:t>
        <w:br/>
        <w:br/>
        <w:t>感谢您[今天抽时间通话]。您提到[对方的问题，用对方的原话]，这让您付出的代价是[对方的数字]。</w:t>
        <w:br/>
        <w:br/>
        <w:t>我们的方案：[您的方案]。</w:t>
        <w:br/>
        <w:br/>
        <w:t>[一个证明，附上客户同意公开的姓名]。</w:t>
        <w:br/>
        <w:br/>
        <w:t>下一步：[日期][时间][一个邀约]。这个时间还方便吗？</w:t>
        <w:br/>
        <w:br/>
        <w:t>[您的名字]</w:t>
        <w:br/>
        <w:t>[公司]，[电话]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示例：Sunvale Solar：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主题：Pinecrest：您的夏季电费，以及周五 7:30</w:t>
        <w:br/>
        <w:br/>
        <w:t>Lydia 您好，</w:t>
        <w:br/>
        <w:br/>
        <w:t>感谢您今天抽时间通话。您提到夏天的电费是您唯一控制不了的开支：7 月和 8 月共 $3,900。</w:t>
        <w:br/>
        <w:br/>
        <w:t>我们的方案：我们测量您的屋顶，看一遍您最近 12 个月的账单，然后发一份书面报价，写明系统规模、预计发电量和价格。</w:t>
        <w:br/>
        <w:br/>
        <w:t>Romero Brake &amp; Muffler 的 Dave Romero 在等您的电话：520-555-0193。</w:t>
        <w:br/>
        <w:br/>
        <w:t>下一步：10 月 9 日（周五）7:30 您开门前上门看屋顶。书面报价会在 10 月 14 日（周三）前发给您。</w:t>
        <w:br/>
        <w:br/>
        <w:t>Marcus Bell</w:t>
        <w:br/>
        <w:t>Sunvale Solar，520-555-0127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简短版：短信或 WhatsApp：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[名字]您好，我是[公司]的[您的名字]。按约定：[日期][时间][一个邀约]。如有变动，直接回复这条消息即可。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250 字以内：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一个问题、一个证明、一个邀约。不要附上对方没要的东西：价格和细节写进报价方案。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绝不要加：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第二个方案, 对方没要的附件, 虚假的截止期限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用于网站聊天和 AI 客服的推销话术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长度：2 到 3 句话 · 然后：联系方式和一通电话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适用场景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访客在网站聊天中问“你们是做什么的？”“为什么选你们？”或“这适合我吗？”。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您的 AI 客服先回答，所以它需要和您的团队一样的方案、证明和限制。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[对方的问题，用对方的原话]，正是我们解决的问题：[您的方案]。[一个证明]。[您的名字]可以给您打[15 分钟]电话，看看是否合适。请问您方便的电话号码和时间是？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给 AI 客服的说明，修改后粘贴：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当访客问我们是做什么的、为什么选我们，或者我们是否适合他们时，用 2 到 3 句话回答：用对方的原话复述他们的问题，介绍[您的方案]，并给出知识库中的[一个证明]。然后询问对方的姓名、电话号码，以及方便与[您的名字]通话的时间。绝不要说出知识库中没有的节省金额、价格、效果、补贴或保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所有地方说法一致：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把方案和证明放进知识库，和您团队的说法一字不差。AI 客服会复述您给它的内容，所以只给它您拿得出依据的东西。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它绝不说：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节省金额, 没给过它的价格, 保证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B2B 行业的销售话术范例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行业：7 · 每个行业：开场白、证明、邀约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不同行业有三点不同：问题、对方信任的证明，以及邀约的大小。先提问，再说开场白，然后接着用 2 分钟话术。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B2B 服务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相似客户的前后对比，需获同意。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与决策人谈 20 分钟。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您提到公司考核您的是[业务目标]，而[对方的问题]一直在拖后腿。今天我只想谈这件事。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咨询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一个简短案例：症状、原因、结果。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一次付费的范围梳理会议，或在某个日期前交付一页计划。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您提到了[症状]。根据我的经验，这很少是真正的问题，所以我想先从它背后的原因谈起。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IT 服务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同等规模客户的响应时间，需获同意。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一次评估，并在某个日期前交付书面总结。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您提到上次故障让您的团队损失了[对方的数字]小时，而造成故障的那套配置现在还在用。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7.4 制造业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您在同类零件上的准时交付和缺陷记录。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一次试产，或一笔小额首单。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您采购[零件或材料]，从您说的情况看，比起价格，您更担心交货延迟导致产线停工。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7.5 营销代理公司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某个客户合作前后的线索数，需获同意。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审计一个渠道，在某个日期前给出三项发现。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您提到每月在广告上花[对方的数字]，却分不清哪些线索是广告带来的。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7.6 SaaS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用对方自己的数据试用，或一家同等规模的客户。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一次试用，设一个成功指标和一个复盘日期。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您提到团队每周在[任务]上大约要花[对方的数字]小时，而且替代方案必须能和[对方的工具]配合使用。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7.7 初创公司（创始人主导）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早期客户的成果，规模小但真实，需获同意。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一个简短的试点，设一个成功指标。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我是创始人，所以我就直说了：您提到[对方的问题]每月让您损失[对方的数字]，而且没有人负责解决。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接着用：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2 分钟话术, 邮件话术, 异议处理话术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本地和消费者业务的销售话术范例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行业：7 · 数字：对方的，或书面的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这些买方是店主、会员、患者、捐赠人或房主，其中好几个行业对您能承诺什么有严格规定。只使用来自对方记录或书面报价的数字。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电商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一家同等规模的店铺，用它同意分享的数字。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花 15 分钟一起看看对方的店铺。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您提到大多数访客在[环节]离开，而您不知道原因。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健身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一位目标相同、同意分享自己经历的会员。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一周试用，或定好日期的第一节课。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您说您来这里，是因为想在[日期]前[目标]。我今天给您看的一切都围绕这一点。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8.3 医疗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一家同等规模的诊所，需获同意。绝不涉及患者信息。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给前台主管做一次简短演示。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您提到前台每天要花[对方的数字]小时接电话，患者还是得等答复。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8.4 保险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对方现有保单和您的方案并排对比，以书面形式。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查看一遍对方现有的保单文件。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在谈价格之前，我想先以书面形式给您看看您现有保单中的[您发现的缺口]。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8.5 房贷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基于对方资料的书面估算，而不是广告利率。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在某个日期前提供办理书面估算所需的材料。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您告诉我，您现在的月供是[对方的数字]，希望在[日期]前[目标]。我会以书面形式告诉您，按您目前的资料能做到什么。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8.6 非营利组织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去年的成果，用您对外报告的数字。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一笔具体的捐款、一个赞助级别或一次实地参观。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在介绍我们之前，先跟您讲讲今年在[社区]发生的[一个真实的瞬间]。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8.7 太阳能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合适的证明：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某位客户安装前后的账单，需获同意。补贴只引用官方来源，并在当天核实。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邀约：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一次上门看屋顶，以及对方最近 12 个月的账单。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开场白：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您说您的电费 7 月是[对方的数字]，8 月是[对方的数字]。今天我不承诺能省多少，但可以书面告诉您，您的屋顶能发多少电。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受监管的行业：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在保险、房贷、医疗和太阳能行业，绝不要承诺没有来源方书面确认的利率、保障范围、节省金额或补贴。请遵守您的执业许可和公司的合规规定。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利率, 节省金额, 补贴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示例：从一个聊天提问到约好上门看屋顶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Sunvale Solar 是亚利桑那州图森的一家虚构商业太阳能安装公司，它用这些销售话术范例与 Pinecrest Auto Repair 的老板 Lydia Chen 沟通。AI 客服给出聊天话术，Marcus Bell 先提问再推销。每个数字都来自 Lydia 自己：没有人向她承诺能省多少钱。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买方：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5 日（周一）20:40：你好，我是 Lydia Chen，开了一家 Pinecrest Auto Repair，一家店，四个工位。我们的电费 7 月是 $1,840，8 月是 $2,060。像我这样的店装太阳能划算吗？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谢谢您，Lydia。像您 $1,840 和 $2,060 这样的夏季电费，正是我们解决的问题：我们为图森的小企业安装屋顶太阳能，按您自己 12 个月的电费账单设计，预计发电量和价格都写进书面报价。Romero Brake &amp; Muffler 的 Dave Romero 和您一样开修车店，他同意把自己的电费账单分享给来问的老板。Marcus Bell 可以给您打 15 分钟电话，看看您的屋顶是否合适。请问您方便的电话号码和时间是？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买方：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520-555-0148，明天 12:30。那是我的午休时间。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Marcus（销售）：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 月 6 日（周二）12:30，电话：谢谢您，Lydia。在谈太阳能之前，我能先问几个关于您店里和电费的问题吗？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买方：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12:38：问题就出在夏天。工位冷风机和空压机整天开着，车还在举升机上，我没法关。我只想要一个能做预算的数字。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Marcus（销售）：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12:41：我确认一下我理解得对不对：夏天的电费是您唯一控制不了的开支，因为维修工位的冷风机和空压机整天开着。光 7 月和 8 月就是 $3,900。我们的方案：我们测量您的屋顶，看一遍您最近 12 个月的账单，然后发一份书面报价，写明系统规模、预计发电量和价格。Romero Brake &amp; Muffler 的 Dave Romero 离您两英里，也有过同样的担心，他同意分享自己的账单，并接听您的电话。下一步：周五 7:30 您开门前，用 45 分钟测量屋顶。您看可以吗？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买方：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周五 7:30 可以。报价要花多少钱？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Marcus（销售）：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不收费。10 月 14 日（周三）前您会收到书面报价；如果这些数字对您的店不划算，我会直接告诉您。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Marcus（销售）：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13:05，邮件“Pinecrest：您的夏季电费，以及周五 7:30”：同样的五句话，250 字以内，附上 Dave Romero 的电话号码和报价日期 10 月 14 日（周三）。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话术构建器：Pinecrest Auto Repair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她的问题，她的原话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夏季电费控制不了：工位冷风机和空压机整天开着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代价，她的数字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7 月 $1,840，8 月 $2,060：共 $3,900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方案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测量屋顶，看 12 个月账单，书面报价写明规模、发电量和价格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一个证明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Dave Romero，Romero Brake &amp; Muffler：分享账单，接听她的电话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一个邀约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日（周五）7:30 上门看屋顶，在店铺开门前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评分卡：2 分钟话术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检查项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复述了她的问题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一个证明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一个邀约，带日期和时间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分钟以内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已约定下一步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是，10 月 9 日（周五）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10 月 6 日在 CRMsoftware.pro 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屋顶太阳能 · Pinecrest Auto Repair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阶段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已推销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她的原话；7 月 $1,840，8 月 $2,060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9 日（周五）7:30 上门看屋顶 · 10 月 14 日（周三）前报价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没有说的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没有节省金额或补贴数字，没有截止期限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虚构的公司和买方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如何为每种时长和渠道写销售话术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版本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场合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说什么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邀约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一句话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活动、个人简介、语音留言、网站首屏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您帮助谁，怎么帮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一个关于对方问题的提问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30 秒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首次通话、自我介绍、展会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您帮助谁、对方认同的问题、您的方案、一个证明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15 分钟用来提问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分钟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需求挖掘之后的电话或会议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复述对方的问题、代价、您的方案、一个证明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一个带日期的下一步：上门、试用或报价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通话或咨询的当天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同样的五句话，250 字以内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确认下一步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网站聊天和您的 AI 客服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 2 到 3 句话说出对方的问题、您的方案和一个证明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联系方式和一通电话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销售话术中不该说的话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下面每一条在当下听起来都很有力，事后却会让您失去信任。虚假的截止期限和贬低竞争对手也一样。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拿不出依据的数字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没有记录支撑的节省金额、效果或“大多数客户”数据。用买方的数字，或客户同意分享的数字。美国法律要求先有证据，再提出说法。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换个说法：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今天我不承诺具体数字。报价会以书面形式写清楚。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无法证实的证言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编造的客户、改写过的引语，或没有同意被点名的客户。先征得同意，一字不差地引用；如果对方的效果异常好，要说明客户通常能达到什么水平。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功能介绍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十个功能就是十次失去对方的机会。只说能解决对方所提问题的那一项。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两三个邀约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“演示、试用或方案都行”等于给了对方三个拖延的理由。选一个带日期和时间的下一步。同一个下一步给出两个时间供选择是可以的。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本页不构成法律建议。广告和推荐规则因国家和行业而异：请查阅您销售所在地的官方规定，以及保险、房贷、医疗和太阳能行业的执业许可规定。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如何使用这些销售话术模板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推销前先提问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先做需求挖掘，至少问清楚问题是什么、代价有多大。记下对方的原话。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填好五句话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使用第 1 个标签页或“话术构建器”工作表。如果有一句填不出来，说明您还没准备好。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选择时长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还不了解对方时用一句话或 30 秒，需求挖掘之后用 2 分钟，当天发邮件，网站上用聊天。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只邀约一次，然后停下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一个带日期和时间的邀约，然后倾听。挂电话前约好下一步。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给每次推销打分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把它记进 Excel 推销记录表。每周改进您最常漏掉的那一项检查。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网站聊天会进入“潜在客户”。打开这条线索，点击“Convert”（转换）：系统会创建联系人、公司和交易。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在“交易”中，用“New pipeline”（新建管道）和“Add stage”（添加阶段）添加一个阶段，例如“已推销”。把买方的原话和数字写进交易的“Notes”（备注）。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把邀约变成任务：在“任务”中点击“New Task”（新建任务），填写“Task title”（任务标题），例如“上门看屋顶：Pinecrest Auto Repair”，再设置“Assignee”（负责人）、“Deadline”（截止日期）和“Linked deal”（关联交易）。“My Tasks”（我的任务）会显示“Due today”（今天到期）和“Overdue”（逾期）。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对于聊天话术，打开“我的机器人”，选择您的机器人，在“基础知识”选项卡中把方案和证明加入“说明”和“知识库”。点击“保存更改”，然后用“尝试机器人”测试。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使用 Growth 版时，在“设置”&gt;“已保存回复”&gt;“新建回复”中保存聊天话术：“快捷键”例如 /pitch，再填写“标题”和“回复内容”，然后开启“与团队共享”。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CRMsoftware.pro 不会录下通话，不会给通话打分，也不会替您发送推销邮件：邮件由您从自己的邮箱发送，每次推销在 Excel 记录表中打分。线索、1 条管道、备注和基础任务对 3 位用户免费。用于下一步的报价单从 Launch 版起提供，按年付费每月 $19；已保存回复从 Growth 版起提供，按年付费每月 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每周推销复盘，15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下次改进：您最常漏掉哪一项检查？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对比 4 项全部达标与达标 3 项或以下时的下一步比例。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在“实时支持”中抽查几段 AI 客服聊天：方案一致、证明一致、没有编造的数字。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推销后的每笔进行中交易都有一项带截止日期的任务。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https://crmsoftware.pro/zh/templates/sales-pitch-templates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销售话术模板和范例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