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销售提案模板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需确认的事实、封面、执行摘要、工作范围和不包含的内容、含 3 个方案的价格表、付款条款和接受方式、提案邮件和一页式版本，附完整示例和 14 个行业的调整要点。来自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动笔前先确认第 1 部分中的 7 项事实。替换所有[方括号]中的文字，摘要中使用客户的原话，发送前在 Excel 价格计算表中核对每个总额。连同提案邮件一起发送，并在第 2、5、9、14 天跟进。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模板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写提案之前：先确认 7 项事实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发送时限：2 个工作日内 · 总结邮件：通话当天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确认这 7 项事实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问题，用客户自己的话说。把对方的原话记下来。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客户想要的结果，以及他们如何判断是否达到了。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工作范围：包括什么、不包括什么，以及客户期望的标准（多久一次、多快、多少）。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预算范围。可以这样问：“为了给您推荐最合适的方案，您心里的预算大概是多少？”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谁来决定，还有谁需要审批，以及在什么日期之前。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开始日期，以及背后的原因。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客户拿您和谁比较：现在的供应商、另一份报价，还是维持现状。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总结邮件，当天发送：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感谢您今天抽时间[通话或带我实地查看]。在写提案之前，我先把了解到的情况整理如下：</w:t>
        <w:br/>
        <w:br/>
        <w:t>- 问题：[客户的原话]</w:t>
        <w:br/>
        <w:t>- 您想要的：[日期]前实现[结果]</w:t>
        <w:br/>
        <w:t>- 预算：[范围]</w:t>
        <w:br/>
        <w:t>- 决策：[决策人]在[日期]前决定</w:t>
        <w:br/>
        <w:br/>
        <w:t>有哪里理解错了或遗漏了吗？我会在[星期几]前把提案发给您。</w:t>
        <w:br/>
        <w:br/>
        <w:t>[您的名字]</w:t>
        <w:br/>
        <w:t>[电话]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缺了两项？：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先别写提案。先约一个 15 分钟的电话：要问的问题在需求探索通话话术里，线索资格审核话术则能帮您判断这笔交易到底值不值得写提案。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绝不靠猜：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预算, 决策人, 开始日期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封面和执行摘要：用客户的原话写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篇幅：1 页 · 摘要：150 词以内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封面：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致[客户公司]的[服务]提案</w:t>
        <w:br/>
        <w:t>提交给：[客户姓名]，[职位]</w:t>
        <w:br/>
        <w:t>提交人：[您的名字]，[您的公司]，[电话]，[邮箱]</w:t>
        <w:br/>
        <w:t>提案编号 [编号] · [日期] · 有效期至[有效期截止日期]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执行摘要：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您告诉我们：[问题，用客户的原话]。</w:t>
        <w:br/>
        <w:br/>
        <w:t>您的目标：[日期]前实现[结果]。</w:t>
        <w:br/>
        <w:br/>
        <w:t>我们推荐[方案名称]：[用一句话说明它做什么]，费用为每[年或月][总额]。另外两个方案的总额从[最低总额]到[最高总额]，见第[页码]页。</w:t>
        <w:br/>
        <w:br/>
        <w:t>如需在[开始日期]开始，请在[有效期截止日期]前选定方案并签署。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为什么选我们，3 行：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为什么选择[您的公司]：</w:t>
        <w:br/>
        <w:t>[证明 1，例如：在您所在地区为公寓社区提供养护服务 11 年]。</w:t>
        <w:br/>
        <w:t>[证明 2：一位可供您致电核实的老客户]。</w:t>
        <w:br/>
        <w:t>[证明 3：一项书面标准，例如：夜间下雪后 7:00 前清理完人行道]。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沿用客户的说法：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写“租赁办公室台阶上结冰”，而不是“冬季风险缓解”。客户读到自己的原话，就知道您认真听了；审批预算的人不用开会也能看懂问题。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这些要用客户的话：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问题, 目标, 截止日期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工作范围、前提假设和不包含的内容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额外工作：先报价 · 每项任务：写明频率和标准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工作范围：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我们将在[地点或公司]提供以下服务，时间为[开始日期]至[结束日期]：</w:t>
        <w:br/>
        <w:t>1. [任务]：[频率]，[标准，例如：草坪修剪到 3.5 英寸]</w:t>
        <w:br/>
        <w:t>2. [任务]：[频率]，[标准]</w:t>
        <w:br/>
        <w:t>3. [任务]：[频率]，[标准]</w:t>
        <w:br/>
        <w:br/>
        <w:t>您会收到：每[周或月]一份[报告、照片或上门记录]。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前提假设：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此价格基于以下前提：</w:t>
        <w:br/>
        <w:t>- [面积或数量，例如：9 英亩草坪和 1,800 英尺人行道，于 10 月 5 日测量]</w:t>
        <w:br/>
        <w:t>- [进出条件，例如：一个大门密码和一个供我们货车停放的车位]</w:t>
        <w:br/>
        <w:t>- [由您提供的条件，例如：灌溉用水]</w:t>
        <w:br/>
        <w:t>如有任何前提发生变化，我们会在施工前以书面形式报出差价。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不包含：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本提案不包含：[项目]、[项目]和[项目]。如有需要，我们很乐意单独报价。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变更：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超出范围的工作，只有在书面报价并得到书面同意后才开始。现在就把这句话写进提案，而不是等到第一次发生分歧之后。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一定要列出：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包含的内容, 不包含的内容, 客户需提供的条件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价格表：3 个方案，每个总额都准确无误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方案数：2 或 3 个 · 推荐方案：一个，并说明理由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定价规则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每个方案都是完整的价格，绝不是基础价加上待定的额外费用。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说明方案之间有什么不同，每项差异写一行。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把一个方案标为推荐，并用客户的原话说明理由。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每一行都写明数量、单价、折扣率和税率，即使税率为 0%。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把每一行标为固定或预估。预估的工作要写明费率和上限。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价格表，每个方案一张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项目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数量 x 单价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折扣率 / 税率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金额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[项目 1]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[数量] x [单价]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[0]% / [0]%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[金额]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[项目 2]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[数量] x [单价]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[0]% / [0]%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[金额]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[项目 3]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[数量] x [单价]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[10]% / [0]%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[金额]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小计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[小计]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折扣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[折扣]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税额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[税额]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总计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[总计]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方案汇总：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方案 1，[名称]：[包含内容]。总计[总额]。</w:t>
        <w:br/>
        <w:t>方案 2，[名称]，推荐：包含方案 1 的全部内容，另加[差异]。总计[总额]。</w:t>
        <w:br/>
        <w:t>方案 3，[名称]：包含方案 2 的全部内容，另加[差异]。总计[总额]。</w:t>
        <w:br/>
        <w:br/>
        <w:t>我们推荐方案 2，因为[理由，用客户的原话]。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固定或预估：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固定：[项目]，无论发生什么都不变。预估：[项目]，按每[单位][费率]计费，未经您书面同意不超过[上限]。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核对计算：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每一行 = 数量 x 单价，减去折扣率，再加上税率。定金加各期付款必须与总额分毫不差。示例中，标准套餐为 $50,760：定金 $5,076，加上 12 期、每期 $3,807。Excel 价格计算表会替您算好。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绝不要写：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起价, 额外费用待定, 特价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付款条款、时间安排和接受提案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价格有效期：30 天 · 定金：签约时支付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时间安排：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开始：[开始日期]。</w:t>
        <w:br/>
        <w:t>[首次上门或里程碑]：[日期]。</w:t>
        <w:br/>
        <w:t>[里程碑]：[日期]。</w:t>
        <w:br/>
        <w:t>结束或续约：[日期]。[续约规则，例如：任何一方提前 60 天书面通知即可终止协议]。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付款条款：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[方案]总额：[总额]。</w:t>
        <w:br/>
        <w:t>签约时支付定金：[定金]（占总额的[定金比例]），用于预留[人员、设备或日期]。</w:t>
        <w:br/>
        <w:t>之后分[期数]期支付，每期[金额]，于[每月几号或里程碑]到期。</w:t>
        <w:br/>
        <w:t>付款方式：[银行卡、银行转账或付款链接]。发票须在[天数]天内付清。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有效期至：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本提案中的价格有效期至[有效期截止日期]。过了这个日期，我们会在您签署前重新确认价格。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接受提案：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如接受本提案，请在[有效期截止日期]前选择方案、在下方签字并支付定金。</w:t>
        <w:br/>
        <w:t>所选方案：[方案]</w:t>
        <w:br/>
        <w:t>姓名和职位：[姓名]，[职位]</w:t>
        <w:br/>
        <w:t>签名：[签名]</w:t>
        <w:br/>
        <w:t>日期：[日期]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电子签名：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在美国，ESIGN Act 规定，不得仅因合同订立时使用了电子签名而否认其法律效力。该法列有例外，例如遗嘱和法院文件。在欧盟，eIDAS 条例规定，不得仅因签名是电子形式而否认其法律效力。以上内容不构成法律建议。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一定要写明：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定金和到期日, 有效期截止日期, 终止通知期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发送提案的邮件，以及后续跟进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跟进：第 2、5、9、14 天 · 下一步：约定时间的通话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您的[服务]提案：[数量]个方案，有效期至[日期]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感谢您[星期几]抽时间[带我实地查看或与我通话]。附件是您的[服务]提案。</w:t>
        <w:br/>
        <w:br/>
        <w:t>简要来说：共[数量]个方案，总额从[最低总额]到[最高总额]。我推荐[方案]，因为[理由，用客户的原话]。价格有效期至[日期]。</w:t>
        <w:br/>
        <w:br/>
        <w:t>下一步：通一个 15 分钟的电话，解答您和[决策人]的问题。[星期几][时间]或[星期几][时间]，您哪个时间方便？</w:t>
        <w:br/>
        <w:br/>
        <w:t>[您的名字]</w:t>
        <w:br/>
        <w:t>[电话]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没有回复时的跟进计划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第 2 天：确认对方已收到，并再次提出通话。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第 5 天：发一样有用的东西，例如对方提过的某个问题的答案。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第 9 天：请对方给个答复，哪怕是拒绝。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第 14 天：礼貌收尾。然后把提案标记为“已拒绝”，原因写“未回复”。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每一天要发的邮件都在销售跟进邮件序列里。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处处数字一致：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邮件、提案、报价单和发票上的总额和日期都要一致。在 Gartner 的一项调查中，69% 的 B2B 买家表示，卖方网站上的信息与其销售人员告诉他们的内容不一致。不要再弄出第三个版本。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以下情况即停止：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客户回复, 已约好通话, 客户拒绝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一页式销售提案：适合小项目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篇幅：1 页 · 方案数：1 个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适用情况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只有一个人做决定。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只有一个方案，或者项目太小，提供多个方案也帮不上忙。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工作范围五行就能写完。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一页式提案：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[您的公司]：致[客户公司]的提案</w:t>
        <w:br/>
        <w:t>[日期] · 有效期至[有效期截止日期]</w:t>
        <w:br/>
        <w:br/>
        <w:t>您的需求：[问题和目标，用客户的原话]。</w:t>
        <w:br/>
        <w:br/>
        <w:t>我们将：在[开始日期]至[结束日期]期间完成[任务 1]、[任务 2]和[任务 3]。</w:t>
        <w:br/>
        <w:t>不包含：[项目]。</w:t>
        <w:br/>
        <w:t>前提假设：[最重要的那一项前提]。</w:t>
        <w:br/>
        <w:br/>
        <w:t>价格：[总额]，含税费[税额]。签约时支付定金[定金]，余款于[付款时间]支付。</w:t>
        <w:br/>
        <w:br/>
        <w:t>如接受本提案，请在[有效期截止日期]前在下方签字。</w:t>
        <w:br/>
        <w:t>姓名：[姓名]</w:t>
        <w:br/>
        <w:t>签名：[签名]</w:t>
        <w:br/>
        <w:t>日期：[日期]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连同选项卡 6 中的提案邮件一起发送，并像其他提案一样记录下来。一页式提案同样需要有效期截止日期和同样的跟进。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必须保留：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含税价格, 不包含的内容, 签署截止日期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示例：销售提案范例：3 个方案，客户 5 天内接受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Bluestem Landscape Co. 是一家虚构的商业园林绿化公司，位于密苏里州堪萨斯城。它用这份销售提案模板为 Harbor Point Apartments 准备提案，这是一个虚构的公寓社区，共有 180 套公寓。老板 Owen Castellano 在实地查看两天后发出三个报价方案。第一条消息来自网站聊天，由 AI 客服先行接待。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1 日周四 19:40，网站聊天：您好，我负责管理 Harbor Point Apartments，共 180 套公寓。我们的园林养护合同 11 月 30 日到期。去年冬天，承包商有两次下雪都没来清理，潜在租户来参观时，花坛看起来也很没精神。你们能报一个全年养护的价格吗？包括除雪。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可以，我们全年为公寓社区提供养护，包括除雪和除冰。老板 Owen Castellano 可以在 10 月 5 日周一 9:00 和您一起实地查看物业。这个时间可以吗？方便留一下您的邮箱和电话吗？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Owen（老板）：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5 日周一 15:10，总结邮件：感谢您今天上午带我查看。我了解到的情况：人行道和租赁办公室台阶结冰，参观路线上的花坛没精神，希望全年由一家承包商负责，预算每年 $45,000 到 $52,000，12 月 1 日开始。由您推荐，业主的资产经理审批。我有遗漏吗？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5 日周一 16:02：没错。还有一点：资产经理希望除雪是固定价格，而不是按次收费。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Owen（老板）：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7 日周三 10:30，发送提案的邮件：三个方案，每年 $37,800 到 $56,160。我推荐标准套餐，每年 $50,760，因为它涵盖了您提到的两件事：人行道和台阶的固定除雪费，以及为潜在租户会看到的花坛铺设覆盖物和修剪。价格有效期至 11 月 6 日周五。周五 10:00 我们一起过一遍可以吗？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9 日周五 10:15，通话：标准套餐包括人工清理租赁办公室的台阶吗？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Owen（老板）：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9 日周五 11:00，邮件：包括。积雪达到 2 英寸时，我们会清理人行道和台阶并撒盐，夜间下雪后 7:00 前完成。我已把这一条加进工作范围，其他内容都没有变。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12 日周一 14:05：资产经理批准了标准套餐。请把协议发过来。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Owen（老板）：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12 日周一 14:30：谢谢您，Sabine。标准套餐的协议已发出，供您电子签名，同时附上 $5,076 的定金发票。我们的首次上门时间是 12 月 1 日周二。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提案 Q-1041：三个方案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方案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每年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定金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每期（共 12 期）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基础套餐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$37,800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$3,780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$2,835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标准套餐，已接受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$50,760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$5,076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$3,807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全面套餐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$56,160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$5,616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$4,212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标准套餐：明细项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项目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数量 x 单价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金额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每周割草，4 月至 11 月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32 x $525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$16,800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春季和秋季清理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 x $2,700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$5,400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除雪除冰（整季），最多 12 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 x $15,600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$15,600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施肥和除草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 x $780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$3,900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灌木和绿篱修剪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 x $1,980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$3,960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覆盖物铺设，按立方码计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60 x $85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$5,100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总计，折扣率 0，税率 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$50,760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10 月 12 日在 CRMsoftware.pro 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交易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Harbor Point 园林养护，$50,760，已成交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报价单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Q-1041，标准套餐，有效期至 11 月 6 日，已接受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发票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定金 $5,076，已发送付款链接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备注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固定除雪费。夜间下雪后 7:00 前清理完人行道和台阶。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下一个任务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首次上门，12 月 1 日周二，Owen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各行业的销售提案模板：需要修改什么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行业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定价方式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在提案中补充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可直接使用的句子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咨询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按项目固定收费，或按月收取预付服务费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交付成果及其完成标准，以及客户必须提供的人员和数据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费用涵盖上述交付成果，而不是按工时计算。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理财顾问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固定规划费、按小时收费，或按管理资产的百分比收费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用通俗的话说明您如何收费，以及监管机构要求的信息披露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没有人能承诺投资回报。本提案描述的是服务，而不是结果。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医疗供应商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开通费加月度订阅费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患者数据如何受到保护、员工培训和上线日期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我们会在上线前完成贵方的安全和供应商审查。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IT 服务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每月按用户或按设备收费，另加一次性项目费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按优先级划分的响应时间，以及哪些属于范围之外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超出本范围的工作，会在开始前书面报价。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律师事务所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按小时收费、固定收费或预付金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案件事务的范围、由谁负责，以及费用如何计收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法院费用和其他第三方费用按实际成本收取，不包含在律师费内。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制造业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按数量定单价，设最低订购量，模具费一次性收取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交货周期、质量标准，以及原材料价格的保持期限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单价在有效期截止日期前保持不变。过期后需重新确认原材料成本。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营销代理公司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月度服务费，广告投放费用单独计算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每月的交付内容、报告日期和终止通知期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广告费由您直接支付给广告平台，不包含在我们的服务费中。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房贷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每个贷款方案的利率、点数和费用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报价的日期和时间，以及利率是否已锁定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此利率尚未锁定。在您书面锁定之前，利率可能会变化。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非营利组织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固定金额的赞助等级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每个等级赞助方能获得什么、活动日期，以及您能证明的受众人数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本提案中的所有受众人数都来自去年的记录。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房地产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佣金或固定费用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基于近期可比成交的定价策略、营销计划和挂牌期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我的费用在交割时支付，并且只有成交才支付。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招聘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按首年薪资的百分比收费，预付委托制或成功付费制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保证期，以及候选人离职时如何处理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如果候选人在 90 天内离职，我们会重新寻找，不另收费。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SaaS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按月或按年，按套餐或按用户收费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套餐限制、上手培训、续订日期和取消方式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除非您在续订日期前 30 天取消，否则套餐每年自动续订。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小企业和技工服务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按项目或按每次上门固定收费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包含的内容、开始日期、定金和联系人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价格包含所列的全部人工和材料。其他任何内容都会在开工前报价。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太阳能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享受补贴前后的系统价格，或租赁或 PPA 费率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系统规模、节省估算的依据，以及标注为估算值的补贴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节省金额是根据您过去 12 个月的电费账单得出的估算值，并非保证。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诚实报价的六条规则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它们适用于每个方案和每个行业。团队一次性达成共识，让每份提案都按同样的方式定价。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总额精确到分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每一行 = 数量 x 单价，减去折扣，再加上税费。每个方案的总额是各行之和，定金加各期付款等于总额。只要有一个合计算错，客户就会怀疑其他所有数字。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税费单独列一行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每一行都显示税率，即使是 0%，并在小计下方列出税额合计。某项服务或材料是否需要缴税取决于您所在的州和城市，所以请向会计师确认一次，并把答案写进您的价目表。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固定还是预估，写清楚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把每一行标为固定或预估。对事先无法确定的工作，写明费率和上限。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明细行：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第 12 次之后的降雪：每次 $1,300，只在实际发生时收费。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折扣要有理由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把折扣写在对应那一行的折扣率中，并在旁边注明理由。含糊的“特价”只会引来下一个问题：最低能降到多少？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明细行：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除雪除冰季：选择全面套餐可优惠 10%。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写日期，而不是期限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写“有效期至 2026 年 11 月 6 日”，而不是“30 天内有效”。过了这个日期，在任何人签署之前都要重新确认价格，因为您自己的成本可能已经变了。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定金和付款计划紧挨价格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写明定金、它预留的是什么、何时到期，然后列出每期付款及其日期。把它们放在价格页上，而不是条款的第 9 页。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本页内容不构成法律建议。合同、税务和电子签名规则因国家、州和行业而异，请查看您和客户所在地的官方规定。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如何使用这份销售提案模板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确认 7 项事实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通话时使用选项卡 1，并在当天发送总结邮件。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计算价格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 Excel 价格计算表中输入每个方案的明细项。检查定金加各期付款是否等于总额。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填写 Word 文件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替换选项卡 2 到 5 中所有方括号里的文字；小项目可改用选项卡 7。摘要中使用客户的原话。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发送并记录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在通话后 2 个工作日内连同提案邮件一起发出。记录发送日期、金额和有效期截止日期。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跟进并记录结果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在第 2、5、9、14 天跟进。一旦知道结果，当天就标记为“已接受”或“已拒绝”，并写明原因。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当一条线索值得写提案时，在“潜在客户”中打开它并点击“转为交易”，或打开“交易”并点击“New Deal”（新建交易）：填写标题、金额、阶段、预计成交日期和“Assigned to”（负责人）。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使用 Launch 版时，打开“Quotes”（报价单）并点击“New Quote”（新建报价单）。关联“Deal”（交易）、“Contact”（联系人）和“Company”（公司），设置“Valid Until”（有效期至），并用“Add Item”（添加明细项）逐行添加：“Name”（名称）、“Qty”（数量）、“Price”（单价）、“Disc%”（折扣率）和“Tax%”（税率）。报价单会显示“Subtotal”“Discount”“Tax”和“Total”（小计、折扣、税额和总计）。点击“Create Quote”（创建报价单）。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从您自己的邮箱发送提案，把报价单的“Status”（状态）设为“Sent”（已发送），并把交易移到“Proposal”（提案）阶段。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每次跟进，打开“任务”并点击“New Task”（新建任务）：填写“Task title”（任务标题）、“Assignee”（负责人）、“Deadline”（截止日期）和“Linked deal”（关联交易）。“My Tasks”（我的任务）会显示“Due today”（今天到期）和“Overdue”（已逾期）。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客户同意后，把报价单设为“Accepted”（已接受），用“New Invoice”（新建发票）为定金开具发票，并点击“Create Payment Link”（创建付款链接）。如果客户拒绝，就设为“Declined”（已拒绝），并在交易的“Notes”（备注）中写明原因。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CRMsoftware.pro 不会替您撰写或发送提案，不会显示提案何时被打开，也不会自动发送跟进邮件。交易（1 条管道）和基础任务对 3 位用户免费。报价单、发票、电子签名和付款链接随 Launch 版提供，按年付费每月 $19，支持 8 位用户。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发送前：8 项检查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摘要使用了客户的原话。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每个方案都有总额，每个总额都算得对。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每一行都写了税率，即使是 0%。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预估的行写明了费率和上限。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定金、各期付款及其日期都在价格页上。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写明了有效期截止日期。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签署栏写明了所选方案。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提案邮件给出了两个具体时间来约通话。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https://crmsoftware.pro/zh/templates/sales-proposal-template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销售提案模板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