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服务中断通知模板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为服务出现故障的小企业准备的八个选项卡：首次通知、有或没有预计修复时间的进展更新、临时方案、愤怒的客户、恢复通知、事后跟进和 AI 客服指令。来自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先写好故障说明：出问题的服务、仍正常的部分、受影响的客户、临时方案和下次更新时间。用这些事实替换[方括号]中的每个词，并在每个渠道发送同样的事实。把每条消息都记入 Excel 故障沟通记录表。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消息模板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聊天和邮件中的首次通知：15 分钟内发出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发送时限：15 分钟内 · 负责人：故障负责人 · 下次更新：30 分钟后 · “已确认”是指：您自己测试失败、负责修复的人确认了故障，或两位客户报告了相同的错误。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这份服务中断通知模板从一条消息开始，在确认故障后 15 分钟内发出：您自己看到了故障，或者负责修复的人确认了故障。这条消息说明哪里出了问题、哪些仍正常、影响了谁、现在可以怎么做，以及下次更新何时发出。不说原因，也不说修复时间。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谢谢您告诉我们。是的，[出问题的服务]从[开始时间]起就无法使用了。[仍正常的部分]。[受影响的客户]。目前您可以[临时方案]。即使还没有新消息，我们也会在[下次更新时间]前在这里发布下一次更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[服务]暂时无法使用：哪些仍正常，[时间]前发布下次更新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从今天[开始时间]起，[出问题的服务]一直无法使用。我们正在和[谁在修复，例如我们的预约系统服务商]一起处理。</w:t>
        <w:br/>
        <w:br/>
        <w:t>仍正常的部分：[仍正常的部分]。</w:t>
        <w:br/>
        <w:t>受影响的客户：[受影响的客户]。</w:t>
        <w:br/>
        <w:t>您现在可以：[临时方案]。</w:t>
        <w:br/>
        <w:br/>
        <w:t>我们会在[下一封邮件时间]前发送下一封邮件，修好后会更早通知您。每 30 分钟更新一次：[发布位置，例如我们的网站聊天]。</w:t>
        <w:br/>
        <w:br/>
        <w:t>给您带来不便，非常抱歉。</w:t>
        <w:br/>
        <w:t>[您的姓名]，[职位]</w:t>
        <w:br/>
        <w:t>[公司名称]，[电话]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社交媒体帖子：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[服务]从[开始时间]起无法使用。[仍正常的部分]。[临时方案]。我们会在[下次更新时间]前在这里发布下一次更新。如有疑问：[聊天链接或电话]。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如果尚未确认：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谢谢您，[名字]。我们正在核实[服务]无法使用的反馈。您的屏幕上显示的是什么？我会在 15 分钟内在这里回复您。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已确认的影响：出问题的服务、仍正常的部分、受影响的客户。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临时方案：您亲自试过的办法，或写“暂无”。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下次更新时间：从现在起 30 分钟后的具体时间点。然后把这条消息记入记录表。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修复时间、原因，或“几分钟就好”。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暂无新消息时的进展更新：写明下次更新时间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更新频率：每 30 分钟 · 最长间隔：60 分钟 · 负责人：故障负责人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在有真正的新进展之前，每 30 分钟发送一次。Atlassian 建议：在客户无法使用服务期间，两次更新的间隔绝不超过一小时；每次都说明下一次更新的时间；即使“没有新进展”也要发布，而不是什么都不说。时间是您唯一能兑现的承诺。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聊天和社交媒体更新：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[时间]更新：[出问题的服务]仍无法使用。[谁在修复]仍在处理，我们暂时还没有预计修复时间。[仍正常的部分]照常可用。在此之前：[临时方案]。我们会在[下次更新时间]前在这里发布下一次更新。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回复“有消息了吗？”：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还没有，[名字]。与其乱猜，我更愿意如实告诉您。下次更新在[下次更新时间]前。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如果故障超过 2 小时：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[时间]更新：[出问题的服务]仍无法使用，[谁在修复]预计修复需要更长时间。从现在起，我们每 [60] 分钟更新一次，下一次在[下次更新时间]，如有任何变化会立即通知。[临时方案]仍然有效。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本次更新的时间，让客户看到这是最新消息。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自上次更新以来的变化，或写“没有变化”：只写负责修复的人告诉您的内容。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再次写明临时方案和下次更新时间。在下次更新前 5 分钟设置日历提醒。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没人给过您的修复时间，或“马上就好”。不要因为没有新消息就跳过更新。PagerDuty 的指南允许在两小时后减少更新次数，但每次更新仍要写明下一次的时间。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用这些代替预计修复时间：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具体的时间点, 暂无预计修复时间, 仍正常的部分, 临时方案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有预计修复时间的进展更新：只在确认后给出，并留出缓冲时间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给出预计修复时间：仅在确认后 · 缓冲时间：+30 分钟或 +50% · 如果推迟：提前说明 · 示例：服务商说 08:30，您对外说“09:00 前”。08:20 修复，08:44 发出恢复通知：承诺兑现。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只有当负责修复的人（您的服务商、开发人员或 IT 支持）确认了修复时间，最好是书面确认，才把这个时间告诉客户。然后加上缓冲时间：至少 30 分钟，长时间维修则加上预估时长的一半。客户会记住您说过的时间。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聊天和社交媒体更新：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[时间]更新：[谁在修复]已找到原因，预计[出问题的服务]将在[含缓冲的预计修复时间]前恢复正常。在此之前，[临时方案]。恢复后我们会第一时间在这里确认。下次更新在[下次更新时间]前。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最新进展：[服务]预计在[含缓冲的预计修复时间]前恢复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[谁在修复]已经找到[出问题的服务]故障的原因，预计今天[含缓冲的预计修复时间]前恢复正常。</w:t>
        <w:br/>
        <w:br/>
        <w:t>在此之前：[临时方案]。</w:t>
        <w:br/>
        <w:t>对您的影响：[例如，故障前的预约都会保留]。</w:t>
        <w:br/>
        <w:br/>
        <w:t>修复后我们会发邮件通知您，最晚在[下一封邮件时间]前。</w:t>
        <w:br/>
        <w:br/>
        <w:t>[您的姓名]，[职位]</w:t>
        <w:br/>
        <w:t>[公司名称]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如果预计修复时间推迟：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[时间]更新：修复用时比预期长，[含缓冲的预计修复时间]已无法兑现。[新的含缓冲预计修复时间，或：我们暂时还没有新的预计修复时间]。[临时方案]仍然有效。下次更新在[下次更新时间]前。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预计修复时间的来源：谁确认的、何时、以什么方式。记入记录表。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下次更新时间：即使有了预计修复时间，仍每 30 分钟更新一次。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没人确认过的时间，或没有留出缓冲的时间。如果会推迟，要在时间到之前说明。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按故障类型列出的临时方案和仍正常的部分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原则：只用测试过的 · 重复写明：每次更新都写 · 提前准备：每晚导出第二天的预约，准备一个备用电话号码，并录好故障期间的语音信箱问候语。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大多数故障只影响一个环节，而不是全部。在每条消息里写明哪些仍正常，并且只提供您测试过的临时方案。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预约系统故障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仍正常：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您照常营业；已有的预约通常会保留（请向服务商确认）。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临时方案：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通过电话、聊天或邮件预约或取消；到店报姓名签到。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我们的在线预约暂时无法使用，但我们照常营业，所有预约都按原计划进行。如需预约或取消，请在这里回复或致电[电话]。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在线下单故障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仍正常：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电话订单、到店自提、故障前已下的订单。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临时方案：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通过电话或聊天接单，并逐一书面确认。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在线下单暂时无法使用。您仍可拨打[电话]或在这里聊天下单，[开始时间]前下的订单会按计划发出。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网站无法访问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仍正常：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电话、邮件、社交媒体私信、您的门店或办公室。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临时方案：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置顶一条社交媒体帖子，并设置故障期间的语音信箱问候语。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我们的网站从[开始时间]起无法访问，但我们照常营业。请致电[电话]或通过[社交媒体渠道]给我们发消息。下次更新在[下次更新时间]前。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4.4 银行卡支付故障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仍正常：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服务本身；如果您接受现金或银行转账，也可以使用。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临时方案：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现在先确认订单，稍后再发送付款请求。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目前银行卡支付暂时无法完成。您的[订单或预约]已确认。支付恢复后我们会给您发送付款请求，不会重复扣款。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4.5 网络、电话或软件故障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仍正常：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手机、移动数据和纸质记录。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临时方案：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手机热点、备用号码、打印好的当天预约清单。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我们的电话线路从[开始时间]起无法使用。请在这里给我们留言或发邮件至[邮箱地址]，我们会在 [30] 分钟内回复。今天的预约照常进行。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故障期间愤怒或着急的客户：简短回复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回复长度：2 到 3 句 · 钱款由谁决定：仅限老板 · 转人工后回复：10 分钟内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有些客户会有实际损失：错过的预约、今晚就要的订单。用 2 到 3 句话回复：表示理解，给出事实和临时方案，并说明其余问题由谁决定。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因故障而生气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很不满，但没有提出具体要求。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客户要求找真人、威胁要离开，或回复一次后仍然生气时。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[名字]，您生气完全可以理解，非常抱歉。[出问题的服务]从[开始时间]起无法使用；目前您可以[临时方案]。下次更新在[下次更新时间]前。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今天有截止时间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今天的预约、订单或配送，临时方案无法解决。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是，转给故障负责人。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我理解[客户的需求]等不了。我现在把这件事连同您的信息转给[姓名]，对方可以[对方能做的事]。[姓名]会在[时间]前在这里回复您。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退款、补偿或免收费用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要求退款、SLA 补偿或免收某项费用。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一律转人工。只有[审批人]能决定。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这个问题很合理。我无法在聊天中决定退款或补偿，所以已经把您的请求转给[审批人]。您会在[时间]前收到答复。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5.4 担心数据、付款或安全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我的数据、付款或账户安全吗？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是，立即转。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这是个重要的问题，我不想乱猜。我已经把它转给[姓名]，对方会在[时间]前答复您。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涉及钱款、今天的截止时间、法律威胁、数据或安全、威胁要离开，或第二次要求找真人时，转人工。其他客户都收到事实、临时方案和下次更新时间。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以下情况转人工：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退款或补偿, 今天的截止时间, 法律威胁, 数据或安全, 第二次要求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已解决：在您用过的每个渠道发送恢复通知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发送前提：您自己的测试 · 观察：15 分钟 · 渠道：每个用过的渠道 · 然后：从 AI 客服中删除故障说明，恢复原来的语音信箱问候语，取消置顶社交媒体帖子，并为每个渠道记录一行恢复通知。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只有在您自己的测试通过（用手机预约、下单或打开页面）并且平稳运行 15 分钟后，才发送恢复通知，并且要发到每个收到过首次通知的渠道。PagerDuty 的指南指出，最后一条消息要确认已完全恢复，并清楚说明是否有数据丢失。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聊天和社交媒体：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已修复：[之前出问题的服务]从[修复时间]起已恢复正常。[后续影响，例如没有预约丢失]。[需要客户做的事，如有]。我们会在[跟进日期]前给[接收跟进邮件的人]发邮件，说明发生了什么。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已修复：[服务]已恢复正常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从今天[修复时间]起，[之前出问题的服务]已恢复正常。我们在[测试时间]亲自做了测试。</w:t>
        <w:br/>
        <w:br/>
        <w:t>- [后续影响，例如：没有预约丢失，也没有数据丢失]</w:t>
        <w:br/>
        <w:t>- [您需要做的事，或：无需任何操作]</w:t>
        <w:br/>
        <w:t>- [已经做出的决定，例如故障时段不收取逾时取消费]</w:t>
        <w:br/>
        <w:br/>
        <w:t>我们会在[跟进日期]前发送一封简短的跟进邮件，说明发生了什么，以及我们将做出哪些改变。</w:t>
        <w:br/>
        <w:br/>
        <w:t>感谢您的耐心，再次向您致歉。</w:t>
        <w:br/>
        <w:t>[您的姓名]，[职位]</w:t>
        <w:br/>
        <w:t>[公司名称]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发送前确认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您自己的测试已通过，之后 15 分钟没有报错。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解决情况：修复时间、修好了什么、丢失了什么，或写“没有任何丢失”。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以后再也不会发生，或没人确认过的原因。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故障后的跟进：发生了什么，做了哪些改变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 个工作日 · 补偿批准人：老板 · 发送人：故障负责人 · 补偿由谁决定：条款或 SLA 承诺了补偿：照章执行，由老板确认。没有书面规则：由老板决定，对所有受影响的人统一决定一次。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1 个工作日内，给所有受影响或联系过您的人发邮件。Atlassian 给出的框架是：承认问题并道歉，说明出了什么问题，说明如何修复以及如何防止再次发生，然后再次道歉。再加上补偿决定以及由谁批准。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[日期][服务]发生了什么，以及我们做了哪些改变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[日期]，[之前出问题的服务]从[开始时间]到[修复时间]无法使用。我们深表歉意：[用一句话说明对客户造成的影响]。</w:t>
        <w:br/>
        <w:br/>
        <w:t>发生了什么：[用平实的话说明原因，例如我们的预约系统服务商出现服务器故障]。</w:t>
        <w:br/>
        <w:t>我们做了什么：[故障期间您采取的措施]。</w:t>
        <w:br/>
        <w:t>我们将做出的改变：[1 到 3 项具体改变，附日期]。</w:t>
        <w:br/>
        <w:t>补偿：[补偿内容及批准人，或删除这一行]。</w:t>
        <w:br/>
        <w:br/>
        <w:t>如果您认为被误扣了费用，请在[日期]前回复，[姓名]会为您核查。</w:t>
        <w:br/>
        <w:br/>
        <w:t>感谢您一直以来的支持。</w:t>
        <w:br/>
        <w:t>[您的姓名]，[职位]</w:t>
        <w:br/>
        <w:t>[公司名称]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补偿请求：您的条款中有补偿规定：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谢谢您，[名字]。我们的记录显示，[之前无法使用的服务]从[开始时间]到[修复时间]无法使用，共计[时长]。根据[规则所在位置]，您可获得[补偿]。[审批人]已经批准，您将在[位置和时间]看到。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补偿请求：您的条款中没有补偿：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谢谢您，[名字]。[之前无法使用的服务]从[开始时间]到[修复时间]无法使用，给您带来不便，非常抱歉。我们的条款中不包含故障补偿，但我已把您的请求转给[审批人]，对方会在[日期]前回复。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结案检查：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只有当每个用过的渠道都已发出恢复通知、这封跟进邮件已发送、记录表的每一行都已填写完整时，才算结案。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故障期间的 AI 客服指令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更新故障说明：每 30 分钟 · 转人工：钱款、截止时间、法律 · 删除：恢复通知发出后立即 · 在 CRMsoftware.pro 中：“我的机器人”&gt;选择机器人&gt;“基础知识”选项卡：“说明”和“知识库”，然后点击“保存更改”。转人工的聊天会进入“实时支持”。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大多数故障聊天只问三件事：是不是出故障了、我现在能做什么、什么时候恢复。AI 客服几秒钟就能回答，但只能依据您提供的事实。把规则粘贴到它的“说明”，把故障说明粘贴到它的“知识库”。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粘贴到“说明”：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故障期间规则（自[日期][开始时间]起生效，直到删除为止）</w:t>
        <w:br/>
        <w:t>1. [出问题的服务]目前无法使用。回答相关问题时，只能使用知识库中“故障说明”里的事实。不要添加原因、数字或时间。</w:t>
        <w:br/>
        <w:t>2. 除非故障说明中写有修复时间，否则绝不给出修复时间。如果没有，就说我们暂时还没有预计修复时间，并给出下次更新时间。</w:t>
        <w:br/>
        <w:t>3. 每次回答与故障有关的问题时，都要包含仍正常的部分、临时方案和下次更新时间。</w:t>
        <w:br/>
        <w:t>4. 绝不承诺退款、补偿或免收费用。如果客户提出这些要求、今天有截止时间、提到法律行动、数据或安全，或要求找真人，就把聊天转给团队。</w:t>
        <w:br/>
        <w:t>5. 与故障有关的回答控制在 2 到 3 句。只道歉一次。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粘贴到“知识库”：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故障说明，更新于[日期][时间]</w:t>
        <w:br/>
        <w:t>故障内容：[出问题的服务]，自[开始时间]起。</w:t>
        <w:br/>
        <w:t>仍正常：[仍正常的部分]。</w:t>
        <w:br/>
        <w:t>受影响的客户：[受影响的客户]。</w:t>
        <w:br/>
        <w:t>临时方案：[临时方案]。</w:t>
        <w:br/>
        <w:t>预计修复时间：[含缓冲的预计修复时间，或暂无]。</w:t>
        <w:br/>
        <w:t>决定：[例如故障时段不收取逾时取消费，或无]。</w:t>
        <w:br/>
        <w:t>下次更新：[下次更新时间]，在本聊天和[社交媒体渠道]发布。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 30 分钟一次，以及结束时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先更新故障说明: 新的时间、预计修复时间和下次更新；保存后，再把同样的事实发布到其他渠道。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测试: 问“是不是出故障了？”和“什么时候恢复？”，检查回答是否用了新的故障说明。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发出恢复通知后: 删除这两段内容并保存，然后检查 AI 客服不再提到故障。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绝不让 AI 客服：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猜测修复时间、解释没人确认过的原因，或提出给钱。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示例：给客户的故障通知：一家瑜伽馆的预约系统故障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Ironbark Yoga 是一家虚构的瑜伽馆，约有 600 名会员，06:00 开门。2026 年 10 月 6 日（星期二）06:10，它的预约应用出现故障。店长 Theo 写好故障说明；AI 客服据此回答聊天，Ana 把它发到 Instagram，Theo 给中午 12:00 前有预约的 46 名会员发邮件。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会员：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你们的应用坏了，我取消不了 9:30 的课。要是因为这个收我 $15 的逾时取消费，我就再也不来了。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很抱歉，Jordan。我们的预约应用从 06:10 起无法使用，所以没法在应用里取消。课程照常进行。我无法决定收费问题，所以把您转给我们的店长 Theo。他会在 10 分钟内在这里回复您。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Theo（店长）：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Jordan 您好，我是 Theo。我已经帮您取消了 9:30 的课。今天 06:00 到 12:00 的所有课程都不收取逾时取消费或缺席费；我们的老板 Rosa 几分钟前已经批准。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会员：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好的，谢谢。应用什么时候能恢复？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Theo（店长）：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服务商预计 08:30 前修好，所以我们对外说 09:00 前。下次更新会在 08:00 前发布在这里和 Instagram 上。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07:48 的故障说明：每条消息都照抄的字段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故障内容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自 06:10 起，预约应用和网站预约无法使用：无法新建预约、取消或在线支付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仍正常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瑜伽馆照常开放，所有课程照常进行，06:10 前的预约都保留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受影响的客户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在线预约或取消的会员；12:00 前有预约的 46 名会员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临时方案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到前台报姓名签到；如需取消，请在聊天中回复或发邮件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下次更新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08:00 在聊天和 Instagram 发布；下一封邮件在 09:00 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预计修复时间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服务商：08:30（07:24 确认）。我们对外说：09:00 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决定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06:00 到 12:00 不收取逾时取消费或缺席费，Rosa 于 07:44 批准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事后跟进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 12:00 前发邮件，负责人 Theo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6 日消息记录：17 条消息，3 个渠道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渠道和类型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下次更新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06:29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聊天：首次通知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07:00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06:31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邮件：首次通知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08:30 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06:34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Instagram：首次通知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07:00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07:30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聊天：进展更新（含预计修复时间）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08:00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07:41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Instagram：进展更新，晚了 11 分钟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08:00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07:48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聊天：临时方案和免收费用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08:00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08:44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聊天：恢复通知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08:46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Instagram：恢复通知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08:49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邮件：恢复通知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事后跟进：10 月 7 日 12:00 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 11:00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邮件：事后跟进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结案检查和 CRM 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记录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每个渠道都已发出恢复通知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 08:44，Instagram 08:46，邮件 08:49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事后跟进已发送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 11:00 发送邮件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记录表已填写完整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17 行，没有缺失字段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故障说明已删除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“说明”和“知识库”，08:45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故障聊天已加标签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41 个聊天，标签“10 月 6 日故障”，3 个已转人工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跟进任务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Theo，截止 10 月 7 日 12:00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虚构的瑜伽馆和会员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故障通知邮件、聊天还是社交媒体：各渠道发什么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渠道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发布内容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频率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网站聊天（AI 客服和团队）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首次通知、每次进展更新、恢复通知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 30 分钟：更新故障说明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故障负责人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发给受影响客户的邮件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首次通知、已确认的预计修复时间、恢复通知、事后跟进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每封邮件都写明下一封的时间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故障负责人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社交媒体（Instagram、Facebook、X）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首次通知、每次进展更新、恢复通知；置顶最新一条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 30 分钟，与聊天内容相同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另一名同事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电话和前台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故障期间的语音信箱问候语和前台话术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每次更新时同步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前台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状态页（您自己的或服务商的）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在其他渠道放上它的链接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与聊天相同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故障负责人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如何使用这份服务中断通知模板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提前准备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指定故障负责人、一名备用人员以及补偿审批人。把选项卡 1 到 6 保存为草稿和已保存回复。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确认后发送首次通知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确认后 15 分钟内：填好故障说明，把选项卡 8 粘贴到 AI 客服，在每个渠道发送选项卡 1，并记录每条消息。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每 30 分钟更新一次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没有新消息时用选项卡 2，预计修复时间确认后用选项卡 3。先更新故障说明，再更新各渠道。选项卡 5 中的情况转人工。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恢复通知、跟进、结案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亲自测试，在每个渠道发送选项卡 6，删除故障说明，在 1 个工作日内发送选项卡 7。当“汇总”工作表显示“是”时结案。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“我的机器人”&gt;选择机器人&gt;“基础知识”选项卡：把选项卡 8 的规则粘贴到“说明”，把故障说明粘贴到“知识库”。点击“保存更改”，并在“尝试机器人”中测试。发出恢复通知后，删除这两段内容并保存。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转人工的聊天会进入“实时支持”，状态为“等待客服”。点击“认领”接手聊天，回复后点击“解决”。在“通知设置”中开启提醒。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“设置”&gt;“对话标签”&gt;“新标签”，例如“10 月 6 日故障”，并把它添加到每个故障聊天，方便跟进时找到这些聊天。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使用 Growth 版时，把聊天消息保存为已保存回复：“设置”&gt;“已保存回复”&gt;“新建回复”，填写“快捷键”（例如 /outage-update）、“标题”、“回复内容”，开启“与团队共享”。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“任务”&gt;“New Task”（新建任务）：“Task title”（任务标题）填“故障跟进邮件”，“Assignee”（负责人）选故障负责人，“Deadline”（截止日期）设为下一个工作日，“Priority”（优先级）选“High”（高），并开启“Status summary required on completion”（完成时必须填写状态摘要），这样在点击“Mark done”（标记完成）之前，补偿决定就已记录下来。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聊天、基础知识库和基础任务：免费版，3 位用户。转人工和“实时支持”：Launch 版，按年付费每月 $19。已保存回复：Growth 版，每月 $49。CRMsoftware.pro 没有状态页，也不发送故障邮件或群发消息；请使用您自己的邮件工具和社交媒体账号。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每次故障后复盘，15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从首次报告到首次通知的分钟数，对照 15 分钟的目标。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迟发的更新及原因。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AI 客服答不上来的问题：把它们加到您的故障说明草稿中。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https://crmsoftware.pro/zh/templates/service-outage-live-chat-response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服务中断通知模板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