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物流延迟通知邮件模板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客户询问前的提前通知、快递延误、天气或海关、缺货待发通知、分批发货、丢件或未收到、我的订单在哪里、善意补偿。来自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选择与延误原因和阶段相符的选项卡，把[方括号]中的每个词替换为实际内容。快递公司或供应商的日期注明是他们给的，下次更新写明日期和时间，备用方案附上日期。得知延误当天，就把每个延迟订单记入 Excel 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物流延迟通知邮件模板：在客户询问前提前通知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发送：当天 · 最迟：承诺的日期 · 备用方案：补发或退款，写明日期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一旦得知订单会错过您给出的日期，就在当天使用这份物流延迟通知邮件模板，而且一定要在那个日期之前发出。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发送时机：以下情况以先出现者为准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快递公司发布了延误信息或新的预计送达日期，或者已连续 2 个工作日没有新的物流扫描记录。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已到承诺的送达日，而包裹在 [10:00] 前还没有开始派送。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您无法在承诺的发货日期前发货：发送选项卡 4 中的缺货待发通知，也就是美国规则要求的那份通知。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 将晚于承诺时间送达：新的预计日期为[日期]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您的订单 [订单号] 无法按我们承诺的在[承诺日期]前送达，非常抱歉。</w:t>
        <w:br/>
        <w:br/>
        <w:t>目前了解的情况：包裹已于[发货日期]从我们这里发出，[快递公司]的物流信息显示，包裹自[最后扫描日期]起一直停在[最后位置]。快递公司给出的新预计送达日期是[新日期]。</w:t>
        <w:br/>
        <w:br/>
        <w:t>如果到[停止等待日]仍未送达，我会为您加急补发一件，或者全额退款，由您选择。您现在不需要做任何事。</w:t>
        <w:br/>
        <w:br/>
        <w:t>物流查询：[物流链接]</w:t>
        <w:br/>
        <w:t>我下次更新进度的时间：[星期] [时间]前；如果物流信息有变化，我会更早告诉您。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承诺的是更新，而不是包裹：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快递公司给的日期，就说明是快递公司给的。您自己承诺的日期只有两个：下次更新和停止等待日。快递公司还没给出预计日期？如实说明，同时照样给出下次更新的日期。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“应该很快就到了”, 只怪快递公司，然后不了了之, 快递公司没给过的日期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快递延误邮件：卡在运输途中，附备用方案日期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更新频率：每 2 个工作日 · 向快递公司查件：快递公司的新日期过后 · 停止等待：按事先写下的日期 · 不是您的错，但仍是您的包裹：在欧盟，包裹丢失时，卖家要寄出相同的商品或退款。在英国，客户拿到商品之前，风险一直由卖家承担。以解决问题的人的身份来写这封邮件。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订单按时发出，但物流信息停在某个转运中心或网点，或者显示“延误”却没有说明原因。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您已发送提前通知，而快递公司给出的新日期也已经过了。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[订单号]：包裹仍在[快递公司]运输中，[停止等待日]前的处理方案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向您更新一下订单 [订单号] 的情况。[快递公司]的物流信息显示，包裹仍在[位置]，最后一次扫描是在[日期]。我今天已向他们发起查件，查件单号为[快递公司查件单号]。</w:t>
        <w:br/>
        <w:br/>
        <w:t>我的方案：如果到[停止等待日]包裹仍然没有动静，我会在[日期]为您加急补发一件，或者全额退款，由您选择。回复“补发”或“退款”，我来安排。</w:t>
        <w:br/>
        <w:br/>
        <w:t>下次更新：[星期] [时间]前，即使没有新进展也会告诉您。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 目前仍在[位置]，最后扫描时间为[日期]。我今天已向[快递公司]发起查件。如果到[停止等待日]仍没有动静，我会为您加急补发或退款，由您选择。下次更新会在[星期] [时间]前发在这里。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即使没有新消息，也要在说好的那天更新：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“暂无变化，我们仍在跟进，下次更新在周四”，一句话就能让这个订单不至于变成投诉。每 2 个工作日更新一次，直到送达。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天气、罢工或海关延误邮件：写明真实日期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原因：用快递公司的原话 · 海关：先处理关税和文件 · 备用方案：改走其他线路另寄一个包裹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暴风雨、罢工、港口关闭或海关扣留导致包裹停滞，而且快递公司也已确认。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如果是海关原因：客户可能需要先缴纳关税或提交文件，包裹才能继续运输。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 因[原因]延误：目前情况和您的选择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邮件：天气或罢工：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订单 [订单号] 受[原因，例如东北部的暴风雪]影响，无法在[承诺日期]前送达。[快递公司]已暂停[地区]的派送，预计[日期]恢复；届时他们的预计送达日期是[新日期]。</w:t>
        <w:br/>
        <w:br/>
        <w:t>如果您需要更早收到，请回复我，我会查一下改走其他线路另寄一个包裹，能否在[日期]前送到。如果到[停止等待日]仍未送达，我会为您补发或退款，由您选择。</w:t>
        <w:br/>
        <w:br/>
        <w:t>下次更新：[星期] [时间]前。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海关扣留，需要客户处理：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[姓名]您好，订单 [订单号] 目前被[国家]海关扣留。海关要求先[缴纳关税 / 提供您的身份证件复印件]才能放行；快递公司的处理链接在这里：[链接]。如果您不想支付关税，请回复我，我会安排把包裹退回，并退还商品货款[按我们的政策扣除退货运费]。[您的姓名]，[公司]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“我们也没办法”, 快递公司没给过的恢复日期, 客户结账时没料到的关税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缺货待发通知：新的发货日期，或者全额退款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最迟：承诺的发货日期 · 未给日期时的默认期限：30 天：美国、欧盟、英国 · 取消后退款（美国）：7 个工作日 · 不构成法律建议：美国部分的措辞依据 16 CFR Part 435；欧盟和英国的规则见下文摘要。改发替代商品必须先征得客户同意：参见缺货回复模板。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您无法在承诺的日期前发货，或者没有承诺日期，却无法在 30 天内发货。在美国，FTC 针对邮购、网购和电话订购的规则规定，您必须在该期限之前主动向客户提供一个明确的新发货日期，或者说明无法给出日期，同时让客户可以选择取消订单，并在 7 个工作日内获得全额退款。邮件可以作为这份通知。在欧盟和英国，默认期限同样是 30 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 中的[商品]延期至[新发货日期]发货：继续等待，或取消并全额退款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邮件：新发货日期在 30 天以内：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很抱歉：订单 [订单号] 中的[商品]目前缺货，无法在[承诺发货日期]前发出。供应商已确认新的发货日期为[新发货日期]；发货当天，我会把物流信息发邮件给您。</w:t>
        <w:br/>
        <w:br/>
        <w:t>您有两个选择：</w:t>
        <w:br/>
        <w:t>1. 等待新的日期。您不需要回复：如果在我们发货前没有收到您的消息，我们就视为您同意等待。</w:t>
        <w:br/>
        <w:t>2. 取消订单并全额退款（[金额]）：回复“取消”或点击[取消链接]。我们会在 7 个工作日内原路退回您付款的银行卡。</w:t>
        <w:br/>
        <w:br/>
        <w:t>如果我们无法在[新发货日期]前发货，我会在那天之前再写信给您，让您重新选择。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新日期超过 30 天，或尚无日期：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[姓名]您好，订单 [订单号] 中的[商品]因[原因]缺货，我暂时还无法给您确定的发货日期。在发货之前，您可以随时取消订单并获得全额退款（[金额]）：回复“取消”或点击[取消链接]。如果您没有回复，而我们到[承诺日期加 30 天]仍未发货，我们会取消订单，并在 7 个工作日内全额退款。如果您愿意等到那个日期之后，请回复“等待”。[您的姓名]，[公司]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第二次通知：新日期又延后了：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[姓名]您好，我曾承诺在[新发货日期]前发出[商品]，但我们赶不上了；供应商现在给出的日期是[更晚的日期]。这一次，不回复并不会保留订单：除非您在[日期]前回复“等待”，否则我会取消订单，并在 7 个工作日内全额退还[金额]。[您的姓名]，[公司]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美国的通知规则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新日期最多晚 30 天：客户不回复即视为同意等待。更晚或日期未知：除非客户同意等待，否则订单会在原定日期加 30 天时自动取消，而且客户在发货前可以随时取消。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第二次通知：沉默不再视为同意。7 个工作日内全额退款；店铺抵用金不算退款。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分批发货邮件：已发出什么、还有什么、不另收费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何时分批：1 件晚 3 天以上 · 第二个包裹：运费由您承担 · 晚到的商品：可取消并退款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订单大部分已备好，只有一件商品会晚 [3] 个或更多工作日：先发现有的商品，运费由您承担。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如果客户每个包裹都要缴关税，或者这些商品必须一起用才有意义，先征求客户意见。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 的部分商品今天发货；[商品]将于[日期]发出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为了不让整个订单因为一件商品一直等着，我们把订单 [订单号] 分成了两个包裹。</w:t>
        <w:br/>
        <w:br/>
        <w:t>今天已发出：[已发商品]。物流查询：[物流链接]。预计送达：[日期]。</w:t>
        <w:br/>
        <w:t>稍后发出：[商品]，将于[日期]发货，届时您会收到单独的物流邮件。</w:t>
        <w:br/>
        <w:br/>
        <w:t>第二个包裹不另收运费。如果您不想再等[商品]，请回复“取消这件”，我会在 7 个工作日内退还这件商品的[金额]。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两封邮件和装箱单上都要写明：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 1 个包裹，共 2 个, 每个包裹里有什么, 第 2 个包裹的日期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运输途中丢件或显示已签收：何时停止等待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停止等待：5 个工作日后 · 显示已签收：2 个工作日后处理 · 由谁选择：客户：补发或退款 · 风险由谁承担：在欧盟，包裹丢失时，卖家要寄出相同的商品或退款。在英国，客户拿到商品之前，风险一直由卖家承担。如果商品已售罄、再等一次会错过客户需要的日期，或者客户提出要求，就退款而不是补发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停止等待规则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第 0 天: 快递公司的预计送达日期已过，包裹仍未送达：发送提前通知，或者发送附有停止等待日的更新。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查件: 预计日期过后 [5] 个工作日仍无扫描记录：向快递公司发起查件，并写明您停止等待的日期。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停止等待日: 无论查件有没有结果，都要加急补发或退款，由客户选择。向快递公司索赔是您自己的事。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显示已签收但未收到: 请客户查看常放包裹的地方并问问邻居，当天发起查件。2 个工作日内仍未找到：补发或退款。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[订单号]：我今天就为您补发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邮件：运输途中丢件：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订单 [订单号] 自[最后扫描日期]起就没有任何物流更新，向[快递公司]发起的查件到我告诉您的日期也没有找到包裹。我不想再让您继续等了。</w:t>
        <w:br/>
        <w:br/>
        <w:t>今天就为您加急补发。物流查询：[物流链接]，预计[日期]送达。如果您更希望退款[金额]，请在[时间]前回复“退款”，我会取消补发。</w:t>
        <w:br/>
        <w:br/>
        <w:t>如果第一个包裹之后又送到了，请回复我，我会给您寄一张预付运费的退货面单。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显示已签收但未收到：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[姓名]您好，[快递公司]显示订单 [订单号] 已于[日期] [时间]签收[放在家门口 / 放入快递柜]。能否麻烦您查看一下[门廊、信箱、常放包裹的地方]，并问问邻居？我今天已向快递公司发起查件。如果到[日期，2 个工作日后]仍未找到，我会为您补发或退款，由您选择。[您的姓名]，[公司]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“我的订单在哪里”邮件回复和聊天回答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回复时限：1 个工作小时 · 记为：客户先问 · 尚未发货：选项卡 4，并致歉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客户先来问了，说明提前通知已经晚了。用您能看到的事实来回答，给出附日期的备用方案和下次更新时间。然后把这个订单记为“客户先问”。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回复：订单 [订单号]：包裹在哪里，接下来会怎样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感谢您来信，也很抱歉让您专门来问。订单 [订单号] 已于[发货日期]从我们这里发出，[快递公司]的物流信息显示包裹在[位置]，最后一次扫描是在[日期]。他们目前的预计送达日期是[新日期]。</w:t>
        <w:br/>
        <w:br/>
        <w:t>如果到[停止等待日]仍未送达，我会为您加急补发一件，或者退款，由您选择。我下次更新进度的时间：[星期] [时间]前。</w:t>
        <w:br/>
        <w:br/>
        <w:t>物流查询：[物流链接]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客服人员的聊天回复：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我现在就查一下订单 [订单号]。包裹已于[发货日期]发出；[快递公司]显示在[位置]，预计[新日期]送达。如果到[停止等待日]还没到您手上：我会为您补发或退款。[星期]前我会在这里更新。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客服使用的知识库答案：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的订单在哪里？本聊天无法查看快递公司的实时物流信息，所以不会猜测送达日期。您的物流链接在发货邮件中。如果快递公司的预计送达日期已过，请把订单号发送至[客服邮箱]：客服人员会查看物流，并在[1 个工作小时内，周一至周五]回复您。如果包裹在快递公司预计日期后 [5] 个工作日仍未送达，我们会为您加急补发或退款，由您选择。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这封回复中绝不：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“请联系快递公司”, “请再耐心等几天”, 猜出来的日期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延迟送达后的善意补偿：何时给、给多少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运费：当天退还 · 第二次延误：固定金额，有上限 · 天气、海关：不给补偿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客户为配送速度付了费，您却没做到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知道的当天就主动退还运费，不用等客户开口。这是客户没有得到的那项服务的费用，不是礼物。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给多少：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全额运费，退回客户付款的银行卡。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可以这样说：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由于我们没能按两日达送到，我已退还您支付的 [$18] 两日达运费。退款会在 [5 到 10] 个工作日内显示在您的银行卡上。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第二次延误，或错过了重要日期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您自己给的新日期又没做到，或者延误让客户损失了某样说得出来的东西（一次旅行、一场活动、一份礼物）。给固定金额，绝不给下次订单的折扣百分比。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给多少：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最多为订单金额的 [10]%，上限 [$25]。更多需老板批准。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可以这样说：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我知道这是为[客户的日期]准备的。我已在您的账户中添加 [$15] 店铺抵用金：无需优惠码，永不过期。很抱歉我们没能赶上这个日期。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天气、海关，或包裹在您的方案期限内送达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不给补偿。坦诚的提前通知、按时的更新和送达的包裹，就是解决方案。在这种情况下打折，会让客户习惯每慢一周就要一笔钱。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替代做法：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送达后发一封简短的感谢邮件：参见客户感谢邮件。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可以这样说：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感谢您在快递公司恢复运输期间耐心等待。如果订单有任何问题，请直接回复这封邮件，我会亲自处理。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每次补偿都要记录：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把金额和原因写进延迟订单记录表。如果某一个原因花掉了大部分补偿费用，就去解决这个原因，而不是每个月为它买单。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下次订单打折, 用补偿代替客户要求的退款, 没有记录的补偿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示例：一个两日达包裹走了一周，在客户询问前就处理好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Sablewood Outdoor Gear 是一家虚构的网店，销售露营和徒步装备，它使用这套物流延迟通知邮件模板。客服负责人 Hana Sorensen 为 Jerome Patterson 处理订单 SW-31877：一顶帐篷和一张睡垫，$418，另付 $18 两日达运费，于 2026 年 10 月 5 日（周一）发货，承诺 10 月 7 日（周三）送达。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Hana（客服）：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日（周三）09:20，邮件：Jerome 您好，您的订单 SW-31877 无法按我们承诺的在今天送达，非常抱歉。包裹已于周一从我们这里发出，快递公司的物流信息显示，包裹自周二 03:40 起一直在其区域转运中心。快递公司的新预计送达日期是 10 月 9 日（周五）。如果到 10 月 12 日（周一）仍未送达，我会为您加急补发一件，或者全额退款，由您选择。我下次更新进度的时间：周五 17:00 前；如果物流信息有变化，我会更早告诉您。Hana Sorensen，Sablewood Outdoor Gear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Jerome（客户）：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日（周三）10:05，邮件：谢谢您在我来问之前就告诉我。我需要在 10 月 16 日（周五）前拿到帐篷，17 日我要出发去旅行。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Hana（客服）：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日（周三）10:30，邮件：收到，10 月 16 日（周五）是关键日期。停止等待日仍是 10 月 12 日（周一）：如果那天包裹还没到您手上，补发的包裹会在周二加急寄出，10 月 15 日（周四）前送到。另外，由于我们没能按两日达送到，我已退还您支付的 $18 两日达运费。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Hana（客服）：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9 日（周五）16:40，邮件：SW-31877 的最新情况：包裹今天上午已离开转运中心，快递公司现在预计 10 月 12 日（周一）送达。方案不变。下次更新在周一 10:00 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Jerome（客户）：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10 日（周六）11:30，网站聊天：你好，订单 SW-31877 有消息吗？物流还是显示周一。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本聊天无法查看快递公司的实时物流信息，所以我不会猜测送达日期。我们的规则是：如果包裹到 Hana 邮件中写的停止等待日仍未送达，我们会为您加急补发或退款，由您选择。Hana 会在周一上午查看物流，并在 10:00 前给您发邮件。需要我把您的消息转给她吗？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Jerome（客户）：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好的，麻烦了。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已转好。您的消息和订单号 SW-31877 已交给 Hana。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Hana（客服）：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12 日（周一）09:10，邮件：好消息：SW-31877 已于 07:52 扫描出库，开始派送。如果今天结束前还没送到您手上，补发的包裹会按约定在明天加急寄出。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Hana（客服）：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12 日（周一）17:30，邮件：物流显示 SW-31877 已于 14:10 送到您家门口。能否确认一下包裹完好无损？感谢您的耐心，祝您旅途愉快。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Jerome（客户）：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12 日（周一）18:05，邮件：收到了，一切都好。谢谢你们一直告诉我进展。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延迟订单记录：SW-31877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订单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SW-31877，帐篷和睡垫，$418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快递公司、服务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快递公司，两日达，$18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承诺送达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日（周三）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快递延误，滞留在转运中心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提前通知已发出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日（周三）09:20，在他询问前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新日期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日（周五），后改为 10 月 12 日（周一）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停止等待日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12 日（周一）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补偿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已退运费 $18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12 日（周一）已送达，晚 5 天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全部消息，10 月 7 日至 12 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消息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渠道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日（周三）09:20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提前通知，在他询问前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日（周三）10:30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记下他的日期，已退 $18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日（周五）16:40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恢复运输，10 月 12 日（周一）送达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10 日（周六）11:30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客服，已转给 Hana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12 日（周一）17:30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已送达，已关闭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12 日在 CRMsoftware.pro 中的记录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实时支持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10 日（周六）的聊天：“等待客服”，周一 09:05 认领，周一 18:10 解决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对话标签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shipping-delay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联系人备注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SW-31877：10 月 6 日至 9 日滞留在转运中心；已退 $18 运费；10 月 12 日送达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SW-31877 物流检查，“Deadline”为 10 月 12 日（周一）09:00，已完成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使用的已保存回复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/delay（Growth 版）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虚构的店铺和客户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哪种原因发哪封物流延迟通知邮件，以及何时发送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情况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备用方案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将错过承诺日期，无论是否已发货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主动提前通知（选项卡 1）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得知当天，承诺日期之前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停止等待日：补发或退款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无法在承诺的发货日期前发货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缺货待发通知（选项卡 4）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立即发送，最迟在发货日期或第 30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取消订单，7 个工作日内全额退款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卡在转运中心，快递公司的新日期已过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快递延误更新（选项卡 2）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新日期过后，之后每 2 个工作日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查件，然后补发或退款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暴风雨、罢工或海关扣留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天气或海关邮件（选项卡 3）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快递公司宣布的当天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改走其他线路另寄一个包裹，或者退款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一件商品晚到，其余已备好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分批发货邮件（选项卡 5）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一件商品晚 3 个或更多工作日时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取消晚到的商品并退款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个工作日无扫描记录，或显示已签收但未收到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丢件或未收到（选项卡 6）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停止等待日当天；显示已签收的，当天处理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加急补发或退款，由客户选择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客户先来问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“我的订单在哪里”回复（选项卡 7）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个工作小时内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同上，并记为“客户先问”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美国、欧盟和英国的物流延迟规则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三个官方来源，一条共同规则：没有约定日期时，默认期限是 30 天；取消订单的客户要很快拿回钱。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美国：FTC《邮购、网购或电话订购商品规则》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您声明的任何发货日期都必须有合理依据；没有声明日期时，必须在 30 天内发货（如果客户申请了由您提供的赊账，则为 50 天）。如果做不到，必须在承诺日期之前主动提供明确的新发货日期，或者说明无法给出日期，同时提供取消订单并全额退款的选择。只有新日期最多晚 30 天时，沉默才视为同意；第二次通知之后，沉默绝不视为同意。退款须在 7 个工作日内发出。邮件可以作为通知。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欧盟：第 2011/83/EU 号指令（消费者权利指令）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除非您与客户约定了交付时间，否则必须在 30 天内交付。如果没有做到，客户可以设定一个额外的合理期限；该期限过后，客户可以解除合同，您须尽快退还其支付的全部款项。如果您拒绝交付，或者客户在购买前已说明按时交付至关重要，则无需额外期限；包裹丢失时，卖家要寄出相同的商品或退款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英国：Consumer Rights Act 2015（《2015 年消费者权利法》）第 28 条和第 29 条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没有约定时间时，您必须不得无故拖延地交付，且不超过 30 天。如果没有做到，客户可以设定一个适当期限；如果您拒绝交付，或者约定的时间至关重要，客户可以立即解除合同。所有款项都须不得无故拖延地退还。在客户或其指定的人实际拿到商品之前，风险一直由您承担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本页不构成法律建议。这些规则适用于消费者；企业客户、数字商品和部分行业另有规定，并以客户所在地的规则为准。请阅读“资料来源”中的官方页面。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如何使用这套物流延迟通知邮件模板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写下您的停止等待规则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快递公司预计日期过后多少个工作日补发或退款，以及由谁批准补偿。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每天早上检查物流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检查每个已过发货日期、尚未完成的订单，赶在客户来信之前。任何延迟或停滞的订单，当天上午就发送提前通知。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按原因发送合适的邮件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选项卡 1 到 7。快递公司的日期注明是他们给的，下次更新写明日期和时间，备用方案附上日期。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兑现更新日期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即使没有新消息也要更新。到了停止等待日，就补发、退款或取消。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记录并回顾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每个延迟订单一行。每周按原因查看：询问前已告知占比、延迟天数和补偿金额。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在“我的机器人”&gt; 您的机器人 &gt;“基础知识”选项卡 &gt;“知识库”中写一篇“我的订单在哪里”文章：物流链接、聊天无法查看快递公司物流信息的说明、您的停止等待规则，以及由谁在何时回复。点击“保存更改”，再用“尝试机器人”测试。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AI 客服转出的聊天会以“等待客服”状态出现在“实时支持”中：点击“认领”，回复客户，确认包裹送达后点击“Resolve”（解决）。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使用 Growth 版时，把邮件和聊天话术保存下来：“设置”&gt;“已保存回复”&gt;“新建回复”，填写“快捷键”（例如 /delay 或 /lost）、“标题”和“回复内容”，并开启“与团队共享”。在聊天回复框中输入快捷键即可插入。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给每个延迟聊天加标签：“设置”&gt;“对话标签”&gt;“新标签”，例如 shipping-delay。在联系人的“备注”中写下订单号、原因、日期和补偿。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把每次承诺的更新设为任务：“任务”&gt;“New Task”（新建任务），“Task title”（任务标题）填“SW-31877 物流检查”，选择“Assignee”（负责人），把承诺的时间设为“Deadline”（截止日期）。每天早上在“My Tasks”（我的任务）中查看“Due today”（今天到期）和“Overdue”（已逾期）。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没有订单追踪、快递公司对接或自动延迟邮件：您需要在店铺后台或快递公司账户中查看物流，并用自己的邮箱发送邮件。基于知识库的 AI 聊天：免费版，3 位用户。转人工和统一收件箱：Launch 版，按年付费每月 $19，支持 8 位用户。已保存回复：Growth 版，每月 $49。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https://crmsoftware.pro/zh/templates/shipping-delay-email-templates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物流延迟通知邮件模板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