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44"/>
        </w:rPr>
        <w:t>取消订阅邮件模板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2"/>
        </w:rPr>
        <w:t>供小型订阅企业答复自家客户取消请求的七个选项卡：确认邮件、一次挽留方案、原因问题、未使用时间的退款、聊天回复、留一扇门和取消记录表。来自 CRMsoftware.pro。</w:t>
      </w:r>
    </w:p>
    <w:p>
      <w:pPr>
        <w:spacing w:after="28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先从计费系统中取出六项信息：取消时间、最后一笔扣款、服务或配送截止、下次扣款、数据和重新订阅。把[方括号]中的每个词替换为实际内容，在 1 个工作日内取消，并在当天发送确认邮件。每个申请都记入 Excel 取消记录表。</w:t>
      </w:r>
    </w:p>
    <w:p>
      <w:pPr>
        <w:spacing w:after="160"/>
      </w:pPr>
      <w:r>
        <w:rPr>
          <w:rFonts w:ascii="Microsoft YaHei" w:hAnsi="Microsoft YaHei" w:cs="Microsoft YaHei" w:eastAsia="Microsoft YaHei"/>
          <w:b/>
          <w:color w:val="15131F"/>
          <w:sz w:val="32"/>
        </w:rPr>
        <w:t>模板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1. 取消订阅确认邮件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发送：取消当天 · 取消时限：1 个工作日内 · 德国和英国：德国：通过网站取消按钮发出的取消，必须立即确认，并写明收到的日期和时间以及结束日期。英国：类似的合同终止通知已写入法律，但尚未生效。 · 交给老板处理：取消日期之后的扣款、拒付、律师介入，或要求删除全部数据。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这份取消订阅邮件模板在您办理取消的当天发出，并通过客户使用的渠道发送：例如，加州要求允许客户通过其注册时使用或通常使用的方式取消。先从计费系统中取出六项信息，让客户知道取消了什么、何时取消、最后一笔扣款、还会收到什么，以及数据如何处理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六项信息：动笔之前先填好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信息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填写内容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取消时间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[日期和时间]在计费系统中取消，[立即生效或在已付费周期结束时生效]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最后一笔扣款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[日期]扣款[金额]，用于[周期或包裹]：[已退款，或未退款及原因]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服务或配送截止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[日期]：[最后一个包裹、最后一次配送或最后可用日]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下次扣款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无。[续费日期]不会再续费扣款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您的数据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[保留哪些数据、保留多久、如何导出、如何申请删除]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重新订阅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[重新订阅链接]，以及[仍会保存的内容：设置、地址、偏好]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您的[套餐名称]订阅已取消：不会再扣款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您的[套餐名称]订阅已取消。我已按照您[申请日期]的要求，于[日期] [时间]办理了取消。</w:t>
        <w:br/>
        <w:br/>
        <w:t>这意味着：</w:t>
        <w:br/>
        <w:t>- 最后一笔扣款：[日期]扣款[金额]，用于[周期或包裹]。[已于今天全额退款，或因周期已开始而不予退款。]</w:t>
        <w:br/>
        <w:t>- [配送或使用]截止：[日期]。[还会收到什么，或账户可以用到何时。]</w:t>
        <w:br/>
        <w:t>- 不会再扣款：[续费日期]不会再续费扣款。</w:t>
        <w:br/>
        <w:t>- 您的数据：[保留哪些数据、保留到何时、如何导出或删除]。</w:t>
        <w:br/>
        <w:br/>
        <w:t>如果您改变主意，可以在[重新订阅链接]重新订阅。[仍会保存的内容。]</w:t>
        <w:br/>
        <w:br/>
        <w:t>[可选：选项卡 3 中的原因问题。]</w:t>
        <w:br/>
        <w:br/>
        <w:t>如果在[日期]之后看到我们的扣款，请回复这封邮件，我会当天退款。</w:t>
        <w:br/>
        <w:br/>
        <w:t>[您的姓名]，[公司]</w:t>
        <w:br/>
        <w:t>参考号：[客户或订阅编号]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在已付费周期结束时取消：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按照您[申请日期]的要求，您的[套餐名称]订阅将于[截止日期]结束。在此之前您可以照常使用全部服务，[续费日期]不会再续费扣款。您的最后一笔扣款是[日期]的[金额]。[截止日期当天您的数据将如何处理。]如果您改变主意想留下，请在[截止日期]前回复，我会为您撤销取消。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用“在您的计费周期结束时”代替具体日期、要求客户再确认一次，或让客户打电话办理。日期和金额能回答客户本来会追问的问题。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2. 一次诚实的挽留方案：暂停或降级，绝不设障碍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方案：1 · 必须符合：客户给出的原因 · 客户拒绝后：绝不再提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提一个方案，而且只在与原因相符时提出：“用得太少”就提暂停，“太贵”就提更小的套餐。如果客户的取消请求很明确，先取消，再把下面这句话加进确认邮件；只有对仍在犹豫的客户才发送这封邮件。客户拒绝或没有回复之后，绝不再提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确认邮件中的一句话（已取消）：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如果暂停一段时间比离开更适合您：请在[日期]前回复“暂停”，我会把您的取消改为暂停 [1、2 或 3] 个月。否则您无需做任何事：取消依然有效。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主题（客户还在犹豫时）：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关于[套餐名称]的选择，包括今天就取消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感谢您告诉我[客户的原因，用客户的原话]。您今天就可以取消：回复“取消”或使用[取消链接]，当天即可办好，之后不会再扣款。</w:t>
        <w:br/>
        <w:br/>
        <w:t>如果有帮助，还有另一个选择：[与原因相符的那一个方案，例如暂停 1、2 或 3 个月且期间不扣款，或从下次扣款起改用更小的套餐]。</w:t>
        <w:br/>
        <w:br/>
        <w:t>请回复“取消”或[“暂停”或“换套餐”]。如果没有收到您的回复，一切保持不变，我也不会再就此事写信给您。</w:t>
        <w:br/>
        <w:br/>
        <w:t>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电话或聊天：先说这句：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我现在就可以为您取消：您随时说“取消”就行。在办理之前，有一个选择，看看是否更适合您：[挽留方案]。您想要这个，还是我直接为您取消？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把挽留方案变成办理明确的取消请求之前客户必须先回答的一步、提第二次，或把取消方式藏在方案后面。加州只允许在客户仍可以取消时提出挽留方案：在线上，须在方案旁同时显示“点击取消”链接；在电话中，须先告诉客户可以随时说“取消”来取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按原因提方案：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用得太少：暂停, 太贵：更小的套餐, 其他原因：不提方案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3. 您为什么离开？一个问题，5 个选项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何时问：取消之后 · 选项：5 个，始终不变 · 提醒：不发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只问一次，在取消办好之后问，绝不在之前问。五个固定选项让答案可以统计；第五个选项留给客户自己的话。无论客户怎么回答，都不再提新的挽留方案。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关于您取消[套餐名称]的一个问题（可选）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您的取消已经办好，这封邮件并不是想让您改变主意。如果您有 10 秒钟：主要原因是什么？请回复一个数字：</w:t>
        <w:br/>
        <w:br/>
        <w:t>1. 太贵</w:t>
        <w:br/>
        <w:t>2. 用得太少</w:t>
        <w:br/>
        <w:t>3. 产品不合适</w:t>
        <w:br/>
        <w:t>4. 配送或服务问题</w:t>
        <w:br/>
        <w:t>5. 其他：[简单几个字]</w:t>
        <w:br/>
        <w:br/>
        <w:t>就这些。感谢您与我们一起度过的[数字]个月。</w:t>
        <w:br/>
        <w:br/>
        <w:t>[您的姓名]，[公司]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每个答案告诉您什么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答案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记录为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下个月要检查什么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太贵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客户能找到您更小的套餐及其价格吗？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用得太少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在注册时也提供暂停或降低配送频率的选项。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3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产品不合适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记下客户想要什么。三个相似的答案就是一个产品信号。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4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配送或服务问题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解决根本原因，退还应退的款项。不提挽留方案。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其他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每月阅读客户的原话；只有某个原因反复出现时才增加选项。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如果确认邮件由您的计费系统发送，就在第二天单独发送这封邮件，只发一次。否则把它放进您的确认邮件（选项卡 1）。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记录为：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太贵, 用得太少, 产品不合适, 配送或服务问题, 其他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4. 未使用时间的退款，以及取消后仍被扣款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退款规则：只定一次 · 列出：计算的每一行 · 取消后被扣款：当天退款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规则只定一次，写进您的条款，每次都照此执行。例如：尚未开始或尚未发货的包裹或周期全额退款；已开始的月份不退款，但之后不再扣任何费用；年度套餐按未使用的完整月份退款。在 Stripe 中取消时，您可以选择按比例退款、全额退还最后一笔付款，或不退款。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[套餐名称]未使用部分的退款：[退款金额]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您的[套餐名称]订阅已于[日期]取消，以下是退款的计算方式：</w:t>
        <w:br/>
        <w:br/>
        <w:t>您支付了：[日期]的[金额]，用于[周期或包裹]。</w:t>
        <w:br/>
        <w:t>已使用：[已使用的部分，例如 12 个月中的 4 个月，或因包裹尚未发货而为零]。</w:t>
        <w:br/>
        <w:t>未使用：[未使用的部分]。</w:t>
        <w:br/>
        <w:t>您的退款：[退款金额]，依据我们[条款日期]版的条款：[用一句话说明规则]。</w:t>
        <w:br/>
        <w:br/>
        <w:t>我今天已把[退款金额]退回到您的[付款方式，卡号末 4 位]，参考号 [退款参考号]。银行通常会在[支付服务商给出的时间]内显示这笔退款。</w:t>
        <w:br/>
        <w:br/>
        <w:t>如果哪一行看起来不对，请回复并告诉我是哪一行。</w:t>
        <w:br/>
        <w:br/>
        <w:t>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取消后仍被扣款：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[姓名]您好，非常抱歉：您已于[取消日期]取消，但我们仍在[扣款日期]扣了[金额]。这是我们的错。我今天已全额退还[金额]，参考号 [退款参考号]，并核实了没有其他待扣款项：您的订阅自[取消日期]起显示为已取消。您无需再做任何事。[您的姓名]，[公司]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要求客户向银行对这笔扣款提出争议，或在您的记录已显示取消请求时，要求客户证明自己已经取消。退款的其他每个步骤，请使用退款邮件模板。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5. 在线聊天和即时消息中的取消回复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回复时限：2 分钟 · 书面形式：邮件确认 · 挽留方案：一次，在首次回复中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在聊天中，提供取消链接或直接为客户取消，在同一条消息里提出那一个方案，然后用日期确认。把这五条保存为快捷回复；完整的确认仍要通过邮件以书面形式发送。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5.1 /cancel-start：首次回复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何时使用：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客户在聊天中写下“取消”。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先问原因再帮忙。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可以帮您，[姓名]。您可以在[取消链接]一步完成取消，或者我现在就为您办理。还有一个选择，只在更适合您时考虑：[挽留方案]。您只要说“取消”，我就为您取消。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5.2 /cancel-done：已取消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何时使用：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在计费系统中取消之后立即使用。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尚未发起的退款。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办好了：您的[套餐名称]已于[日期和时间]取消。最后一笔扣款：[日期]的[金额]。[配送或使用]于[日期]截止，之后不会再扣款。确认邮件正在发往[邮箱地址]。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5.3 /cancel-refund：未使用时间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何时使用：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最后一笔扣款对应的是未使用的时间。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绝不承诺：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钱到账的具体日期。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您[日期]的最后一笔扣款[金额]用于尚未[发货或开始]的[包裹或周期]，所以我已全额退款：[金额]已退回到您尾号 [末 4 位] 的银行卡，参考号 [退款参考号]。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5.4 /cancel-reason：原因问题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何时使用：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取消办好之后，只问一次。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用新的挽留方案回应客户的原因。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最后一个问题，您愿意的话再回答：主要原因是什么？1 太贵，2 用得太少，3 产品不合适，4 配送或服务问题，5 其他。</w:t>
      </w:r>
    </w:p>
    <w:p>
      <w:pPr>
        <w:spacing w:after="40"/>
      </w:pP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5.5 /cancel-later：留一扇门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何时使用：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结束聊天时。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绝不：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承诺用折扣吸引客户回来。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回复：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感谢您与我们一起度过的[数字]个月。我们会保留您的[设置、地址或偏好]，所以只需在[重新订阅链接]一步即可重新订阅。</w:t>
      </w:r>
    </w:p>
    <w:p>
      <w:pPr>
        <w:spacing w:after="4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提示：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客服可以提供取消链接并提出挽留方案。只有拥有计费权限的人员才能取消、暂停或退款。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快捷键：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/cancel-start, /cancel-done, /cancel-refund, /cancel-reason, /cancel-later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6. 留一扇门：一步即可重新订阅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后续邮件：最多 1 封 · 前提：原因已改变 · 每条回复：都附重新订阅链接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每次取消都以如何回来、哪些内容仍会保存作结。之后最多再发一封后续邮件：只在客户的原因已经改变时发送，而且只在客户同意接收您的邮件时发送。完整的召回方案，请参阅客户召回邮件模板。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重新订阅：主题：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欢迎回来：您的[套餐名称]将于[日期]重新开始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重新订阅：邮件：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您的[套餐名称]已重新生效。首次扣款：[日期]的[金额]。我们保留了您的[已保存的内容]，所以无需重新设置。</w:t>
        <w:br/>
        <w:br/>
        <w:t>您可以随时在[取消链接]取消或暂停。</w:t>
        <w:br/>
        <w:br/>
        <w:t>[您的姓名]，[公司]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后续邮件：主题：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[公司]的新变化：[有什么变化]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后续邮件：正文（只发一次）：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[姓名]您好，</w:t>
        <w:br/>
        <w:br/>
        <w:t>您在[月份]取消[套餐名称]时告诉我们[客户的原因]。我们已经做了改变：[变化内容，用一句话说明，并附日期]。</w:t>
        <w:br/>
        <w:br/>
        <w:t>如果您想试试，只需在[重新订阅链接]一步即可重新订阅。如果不想，您无需做任何事，这也是我们就此事发送的唯一一封邮件。</w:t>
        <w:br/>
        <w:br/>
        <w:t>[您的姓名]，[公司]</w:t>
        <w:br/>
        <w:t>[退订链接]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满足以下条件才发送后续邮件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客户的原因确实已经改变：有了更小的套餐、配送问题已解决，或推出了客户想要的产品。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客户同意接收您的邮件，且邮件中有退订链接。</w:t>
      </w:r>
    </w:p>
    <w:p>
      <w:pPr>
        <w:spacing w:after="4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这是唯一的一封。没有回复就表示不需要。</w:t>
      </w:r>
    </w:p>
    <w:p>
      <w:pPr>
        <w:spacing w:after="160"/>
      </w:pP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7. 记录每一次取消，然后回顾当月情况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5D5A70"/>
          <w:sz w:val="20"/>
        </w:rPr>
        <w:t>字段：8 · 挽回：扣款之后才算 · 回顾：每月，20 分钟</w:t>
      </w:r>
    </w:p>
    <w:p>
      <w:pPr>
        <w:spacing w:after="8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在申请到来的当天、回复之前记录每个申请。八个字段都填好，这一行才算完整；其余部分由 Excel 记录表自动统计。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八个字段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字段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填写内容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申请日期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[日期]，语音留言或下班后的消息再加上[时间]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套餐和月度金额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[套餐名称]，[每月价格]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渠道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邮件、聊天、电话或自助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原因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5 个选项之一，加上[客户的原话]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提供的方案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暂停、降级或无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结果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已取消、已暂停或已降级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处理日期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[日期]，在申请后 1 个工作日内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退款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[金额]和[退款参考号]，或无</w:t>
            </w:r>
          </w:p>
        </w:tc>
      </w:tr>
    </w:tbl>
    <w:p/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完成检查：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暂停的客户在暂停后的第一次扣款之前不算挽回。在暂停结束的当天，在“已恢复”中填写“是”或“否”。只有“是”才算挽回的收入。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每月回顾，20 分钟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最常见的原因: 针对最常见的原因做一项改进；查看哪个原因流失的收入最多。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挽留方案: 如果几乎没人接受，就修改它或停止提供。</w:t>
      </w:r>
    </w:p>
    <w:p>
      <w:pPr>
        <w:spacing w:after="4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取消后的扣款: 目标为零。每一笔都要当天退款并找出原因。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结果：</w:t>
      </w:r>
      <w:r>
        <w:rPr>
          <w:rFonts w:ascii="Microsoft YaHei" w:hAnsi="Microsoft YaHei" w:cs="Microsoft YaHei" w:eastAsia="Microsoft YaHei"/>
          <w:b w:val="0"/>
          <w:color w:val="5D5A70"/>
          <w:sz w:val="21"/>
        </w:rPr>
        <w:t>已取消, 已暂停, 已降级</w:t>
      </w:r>
    </w:p>
    <w:p>
      <w:pPr>
        <w:spacing w:after="16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示例：一个咖啡订阅在 15 分钟内取消并退款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一家虚构的每月咖啡订阅服务的客户，在续费扣款后的第二天通过网站聊天申请取消。这个取消订阅邮件模板示例跟踪她的申请全过程：从 AI 客服提出的一次挽留方案，到 Theo 办理取消、退款、发送确认邮件和填写记录表。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您好，我想取消我的咖啡订阅。昨天扣了我 $36，那一盒我也不想要了。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可以帮您。您可以在 inkwell.example/account 一步完成取消，或者今天由我们团队的工作人员为您办理。如果您 10 月那盒还没有发货，按照我们的政策，这笔扣款会全额退款。还有一个选择，只在更适合您时考虑：暂停 1、2 或 3 个月。您想怎么做？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不用暂停，谢谢。请帮我取消，并退还 10 月那盒的钱。lucia.moreno@example.com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AI 客服：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谢谢您，Lucia。我把这个聊天转给 Theo，他可以办理取消和退款。您不需要再解释一遍。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Theo（客服）：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Lucia 您好，我是 Theo。办好了：您的两袋装订阅已于 10 月 6 日 09:02 取消。您 10 月那盒咖啡还没有烘焙，所以我已全额退还 10 月 5 日扣的 $36.00。之后不会再寄送，也不会再扣款。确认邮件正在发往您的邮箱。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真方便，谢谢。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Theo（客服）：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感谢您与我们一起度过的 19 个月。最后一个问题，您愿意的话再回答：主要原因是什么？1 太贵，2 用得太少，3 产品不合适，4 配送或服务问题，5 其他。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客户：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2。我现在每周有 4 天回办公室上班，咖啡放着就不新鲜了。</w:t>
      </w:r>
    </w:p>
    <w:p>
      <w:pPr>
        <w:spacing w:after="60"/>
      </w:pPr>
      <w:r>
        <w:rPr>
          <w:rFonts w:ascii="Microsoft YaHei" w:hAnsi="Microsoft YaHei" w:cs="Microsoft YaHei" w:eastAsia="Microsoft YaHei"/>
          <w:b/>
          <w:color w:val="6B3CF0"/>
          <w:sz w:val="21"/>
        </w:rPr>
        <w:t>Theo（客服）：</w:t>
      </w:r>
      <w:r>
        <w:rPr>
          <w:rFonts w:ascii="Microsoft YaHei" w:hAnsi="Microsoft YaHei" w:cs="Microsoft YaHei" w:eastAsia="Microsoft YaHei"/>
          <w:b w:val="0"/>
          <w:color w:val="15131F"/>
          <w:sz w:val="21"/>
        </w:rPr>
        <w:t>谢谢，这对我们很有帮助。您的口味记录会一直保存：只需在 inkwell.example/account 一步即可重新订阅。</w:t>
      </w:r>
    </w:p>
    <w:p>
      <w:pPr>
        <w:spacing w:after="80"/>
      </w:pP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取消记录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客户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Lucia Moreno，加利福尼亚州萨克拉门托，2025 年 3 月起成为会员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套餐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两袋装，每月 $36.00，每月 5 日扣款；扣款后 3 个工作日内发货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申请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网站聊天，2026 年 10 月 6 日（星期二）08:47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提供的方案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暂停 1、2 或 3 个月，由 AI 客服提出一次：已拒绝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原因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2，用得太少：每周有 4 天回办公室上班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确认邮件，10 月 6 日 09:15：六项信息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信息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Lucia 收到的内容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取消时间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2026 年 10 月 6 日 09:02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最后一笔扣款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 5 日扣款 $36.00，用于 10 月那盒：已全额退款，参考号 RF-61027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配送截止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9 月那盒是最后一盒；10 月那盒不会发货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下次扣款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无：11 月 5 日不会扣款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您的数据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账户和口味记录保留，以便重新订阅；如有要求，30 天内删除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重新订阅</w:t>
            </w:r>
          </w:p>
        </w:tc>
        <w:tc>
          <w:tcPr>
            <w:tcW w:type="dxa" w:w="4986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 inkwell.example/account 一步完成</w:t>
            </w:r>
          </w:p>
        </w:tc>
      </w:tr>
    </w:tbl>
    <w:p/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CRM 记录和取消记录表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项目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记录内容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对话标签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取消订阅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联系人上的备注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套餐、已拒绝挽留方案、退款 RF-61027、原因 2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记录表中的一行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结果：已取消，每月 $36.00，挽回 $0.00，退款 $36.00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已完成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任务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10 月取消回顾，Nora，截止 10 月 30 日</w:t>
            </w:r>
          </w:p>
        </w:tc>
        <w:tc>
          <w:tcPr>
            <w:tcW w:type="dxa" w:w="3324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已设置</w:t>
            </w:r>
          </w:p>
        </w:tc>
      </w:tr>
    </w:tbl>
    <w:p/>
    <w:p>
      <w:pPr>
        <w:spacing w:after="24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虚构的公司和客户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截至 2026 年 10 月 12 日的取消订阅规则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规则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要求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状态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Microsoft YaHei" w:hAnsi="Microsoft YaHei" w:cs="Microsoft YaHei" w:eastAsia="Microsoft YaHei"/>
                <w:b/>
                <w:color w:val="15131F"/>
                <w:sz w:val="19"/>
              </w:rPr>
              <w:t>在您的回复中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加州：在线取消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在线注册的客户可以在线随时取消，方式为醒目的直接链接或按钮，或预先填好的取消邮件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已生效；2024 年的修订适用于 2025 年 7 月 1 日起订立、修改或延期的合同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每条回复都附上取消链接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加州：挽留方案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只有在客户仍可以取消时才允许提出方案：线上须同时显示“点击取消”链接；电话中须先说明“随时说取消即可”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已生效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只提一个方案，并在同一条消息中给出取消方式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加州：电话和语音留言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及时接听电话；收到取消语音留言后，在 1 个工作日内办理取消或回电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已生效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记录语音留言时间，并在 1 个工作日内处理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加州：价格变更和年度套餐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价格变更前 7 到 30 天通知；年度套餐每年提醒一次；期限为一年或以上的合同续订前 15 到 45 天通知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已生效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每次通知都附上取消链接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美国：ROSCA，联邦法律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网上订阅须有清晰的条款、明确的知情同意，以及停止定期扣款的简便方式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已生效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取消只需一条消息或一个链接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美国：FTC“点击取消”规则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2024 年 10 月 16 日公布；2025 年 7 月 8 日被第八巡回上诉法院撤销；2026 年 2 月 12 日恢复早期规则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未生效；自 2026 年 3 月起讨论新规则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遵守 ROSCA 和州法律；修改流程前再次核实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德国：取消按钮，§ 312k BGB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销售消费者订阅的网站须设“在此取消合同”按钮；每次取消都须立即确认，并写明收到的日期和时间以及结束日期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已生效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在确认邮件中写明收到时间和结束日期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英国：《2024 年数字市场、竞争和消费者法》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提供简便的方式终止合同，在线订立的须可在线终止；收到在线请求后 24 小时内发出写明结束日期的书面合同终止通知，除非法规另定期限；退还多付的款项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已通过，尚未生效：legislation.gov.uk 上显示为待生效</w:t>
            </w:r>
          </w:p>
        </w:tc>
        <w:tc>
          <w:tcPr>
            <w:tcW w:type="dxa" w:w="2493"/>
          </w:tcPr>
          <w:p>
            <w:r/>
            <w:r>
              <w:rPr>
                <w:rFonts w:ascii="Microsoft YaHei" w:hAnsi="Microsoft YaHei" w:cs="Microsoft YaHei" w:eastAsia="Microsoft YaHei"/>
                <w:b w:val="0"/>
                <w:color w:val="15131F"/>
                <w:sz w:val="19"/>
              </w:rPr>
              <w:t>同一封确认邮件即可满足</w:t>
            </w:r>
          </w:p>
        </w:tc>
      </w:tr>
    </w:tbl>
    <w:p/>
    <w:p>
      <w:pPr>
        <w:spacing w:after="120"/>
      </w:pPr>
      <w:r>
        <w:rPr>
          <w:rFonts w:ascii="Microsoft YaHei" w:hAnsi="Microsoft YaHei" w:cs="Microsoft YaHei" w:eastAsia="Microsoft YaHei"/>
          <w:b/>
          <w:color w:val="15131F"/>
          <w:sz w:val="28"/>
        </w:rPr>
        <w:t>如何使用这套取消订阅邮件模板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1. 规则只写一次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取消链接、未使用时间的退款规则、每个原因对应的一个方案，以及数据如何处理，写进您的条款和知识库。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2. 先记录，再取消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新增一行，在 1 个工作日内在计费系统中取消，然后发送选项卡 1。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3. 只提一次，且要相符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选项卡 2，与取消方式放在同一条消息中，或者完全不提。客户拒绝就到此为止。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4. 退款并询问原因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未使用时间用选项卡 4；原因问题只问一次（选项卡 3）。</w:t>
      </w:r>
    </w:p>
    <w:p>
      <w:pPr>
        <w:spacing w:after="40"/>
      </w:pPr>
      <w:r>
        <w:rPr>
          <w:rFonts w:ascii="Microsoft YaHei" w:hAnsi="Microsoft YaHei" w:cs="Microsoft YaHei" w:eastAsia="Microsoft YaHei"/>
          <w:b/>
          <w:color w:val="15131F"/>
          <w:sz w:val="22"/>
        </w:rPr>
        <w:t>5. 每月回顾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选项卡 7：改进最常见的原因，检查挽留方案和已结束的暂停。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在 CRMsoftware.pro 中设置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1. “我的机器人”&gt; 选择机器人 &gt;“基础知识”选项卡：把取消政策添加到“知识库”，并在“说明”中写明：立即提供取消链接，只提一次方案，绝不确认取消或退款，客户要求时把聊天转给真人。点击“保存更改”，然后点击“尝试机器人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2. 需要真人处理的取消聊天会出现在“实时支持”中，状态为“等待客服”。点击“认领”，在计费系统中取消，在统一收件箱中回复，然后点击“解决”。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3. “设置”&gt;“对话标签”&gt;“新标签”：“取消订阅”。给每个取消聊天加上这个标签；把套餐、方案、结果和退款参考号写在联系人的“备注”中。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4. 每个暂停都建一个任务：“任务”&gt;“New Task”（新建任务），“Task title”（任务标题）填“暂停结束：Patrick Doyle”，选好“Assignee”（负责人），“Deadline”（截止日期）填暂停结束日期，这样就有人负责填写“已恢复”。</w:t>
      </w:r>
    </w:p>
    <w:p>
      <w:pPr>
        <w:spacing w:after="60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5. 使用 Growth 版时：“设置”&gt;“已保存回复”&gt;“新建回复”，填写“快捷键”（例如 /cancel-done）、“标题”和“回复内容”，并开启“与团队共享”。</w:t>
      </w:r>
    </w:p>
    <w:p>
      <w:pPr>
        <w:spacing w:after="200"/>
      </w:pPr>
      <w:r>
        <w:rPr>
          <w:rFonts w:ascii="Microsoft YaHei" w:hAnsi="Microsoft YaHei" w:cs="Microsoft YaHei" w:eastAsia="Microsoft YaHei"/>
          <w:b w:val="0"/>
          <w:color w:val="5D5A70"/>
          <w:sz w:val="21"/>
        </w:rPr>
        <w:t>AI 聊天、基础知识库和基础任务：免费版，3 位用户。转人工和统一收件箱：Launch 版，按年付费每月 $19，支持 8 位用户。已保存回复：Growth 版，按年付费每月 $49，支持 20 位用户。应用不管理您客户的订阅：请在您自己的计费系统中取消、暂停、降级和退款。</w:t>
      </w:r>
    </w:p>
    <w:p>
      <w:pPr>
        <w:spacing w:after="80"/>
      </w:pPr>
      <w:r>
        <w:rPr>
          <w:rFonts w:ascii="Microsoft YaHei" w:hAnsi="Microsoft YaHei" w:cs="Microsoft YaHei" w:eastAsia="Microsoft YaHei"/>
          <w:b/>
          <w:color w:val="15131F"/>
          <w:sz w:val="24"/>
        </w:rPr>
        <w:t>每月取消回顾，20 分钟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在 1 个工作日内处理；取消日期之后没有任何扣款。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针对最常见的原因做一项改进。</w:t>
      </w:r>
    </w:p>
    <w:p>
      <w:pPr>
        <w:spacing w:after="60"/>
        <w:ind w:left="283"/>
      </w:pPr>
      <w:r>
        <w:rPr>
          <w:rFonts w:ascii="Microsoft YaHei" w:hAnsi="Microsoft YaHei" w:cs="Microsoft YaHei" w:eastAsia="Microsoft YaHei"/>
          <w:b w:val="0"/>
          <w:color w:val="15131F"/>
          <w:sz w:val="21"/>
        </w:rPr>
        <w:t>• 每个已结束的暂停在“已恢复”中都填了“是”或“否”。</w:t>
      </w:r>
    </w:p>
    <w:p>
      <w:pPr>
        <w:spacing w:after="160"/>
      </w:pP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5D5A70"/>
          <w:sz w:val="18"/>
        </w:rPr>
        <w:t>CRMsoftware.pro 免费模板。示例数据为虚构。</w:t>
      </w:r>
    </w:p>
    <w:p>
      <w:pPr>
        <w:spacing w:after="120"/>
      </w:pPr>
      <w:r>
        <w:rPr>
          <w:rFonts w:ascii="Microsoft YaHei" w:hAnsi="Microsoft YaHei" w:cs="Microsoft YaHei" w:eastAsia="Microsoft YaHei"/>
          <w:b w:val="0"/>
          <w:color w:val="6B3CF0"/>
          <w:sz w:val="18"/>
        </w:rPr>
        <w:t>https://crmsoftware.pro/zh/templates/subscription-cancellation-response-templates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取消订阅邮件模板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