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客服回复模板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25 条售后邮件和聊天回复：受理回复、需补充一项信息、退款或退货、物流延误、延期发货、技术操作指导、账单问题、已解决和跟进。来自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选择与情况相符的选项卡，把[方括号]中的每个词替换为该案例的事实。发送前检查五个字段：先给答案、客户要做的一步、下次更新、您的姓名和参考号。在 Excel 使用记录中记录每条回复。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受理回复邮件：已收到请求，下次何时更新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发送时限：1 个工作小时 · 下次更新：当天或下一个工作日 · 可以不发：现在就能答复时 · 多数公司跳过这一步：在 SuperOffice 对 1,000 家公司的测试中，90% 没有确认已收到客服邮件。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如果无法在 1 小时内完整答复（例如您还在向承运商核实），就先发这封邮件。如果现在就能答复，就不必发。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我们已收到您关于[主题，3 到 5 个词]的请求，参考号 [参考号]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感谢您的来信。我已收到您关于[主题]的请求，现在正在处理：我正在核实[您核实的内容，例如向承运商查询物流信息]。</w:t>
        <w:br/>
        <w:br/>
        <w:t>您需要做的：暂时不需要做任何事。</w:t>
        <w:br/>
        <w:t>下次更新：[日期和时间]前，即使那时我仍在等对方答复，也会按时告诉您进展。</w:t>
        <w:br/>
        <w:br/>
        <w:t>您的联系人：[您的姓名]，[职位]</w:t>
        <w:br/>
        <w:t>参考号：[参考号]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谢谢，[名字]。我已收到您关于[主题]的问题，现在正在核实[内容]。我会在[时间]前在这里回复您。您的参考号是 [参考号]。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无法按时更新时：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[名字]您好，按约定向您更新[主题]的进展：目前还没有结果，因为[一句话说明原因]。您无需做任何事。下次更新：[新的日期和时间]前。[您的姓名]，参考号 [参考号]。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发送前填写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用客户自己的话写主题。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写明具体的时间和日期，绝不写“尽快”。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您的姓名和参考号。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结果。受理回复承诺的是下次更新，而不是问题解决。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需补充一项信息：只问一次，并说明接下来会怎样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只问：1 项信息 · 先自己查：订单、账户、历史记录 · 客户回复后：2 个工作小时内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缺少一项信息导致无法答复时，发送这封邮件。先自己查清能查到的，再把仍然需要的信息在一封邮件里一次问完。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需要一项信息来[完成您的请求]，参考号 [参考号]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只要拿到一项信息，我就能[解决这个问题 / 寄出您的补发商品]：[所需信息，例如盒底标签的照片]。</w:t>
        <w:br/>
        <w:br/>
        <w:t>为什么需要：[一句话，例如标签上能看出您的种子胶囊来自哪个批次]。</w:t>
        <w:br/>
        <w:t>您需要做的：回复这封邮件并附上[所需信息]。您可以在[位置]找到它。</w:t>
        <w:br/>
        <w:t>下次更新：收到您的回复后 [2 个工作小时]内。</w:t>
        <w:br/>
        <w:br/>
        <w:t>您的联系人：[您的姓名]，[职位]</w:t>
        <w:br/>
        <w:t>参考号：[参考号]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要[解决这个问题]，我需要一样东西：[所需信息]。您可以在[位置]找到它。一收到，我就会[下一步]。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如果客户找不到：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没关系，[名字]。我也可以用[其他信息，例如您的订单确认邮件]。如果两样都没有，我会在[日期]前[您改为采取的做法]。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绝不索要完整卡号、密码或安全码。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2 个工作日内没有回复：发送选项卡 8 中的跟进邮件。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在拿到信息之前就承诺结果。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值得询问的信息：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订单号, 商品照片, 标签照片, 一张截图, 收货地址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退款或退货已批准：金额、方式和到账时间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银行卡退款到账：5-10 天 · 审批人：退款负责人 · 状态：已解决 · 到账时间的依据：Stripe 表示，银行卡退款发起后，客户通常会在约 5 到 10 个工作日内看到退款，具体取决于银行。请核对您自己的支付服务商。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在有权审批的人发起退款或批准退货之后，发送这封邮件。决定和金额写在第一行。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退款已批准：订单 [订单号] 退款 [金额]，参考号 [参考号]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您的退款已批准：我今天已将订单 [订单号]中[商品]的 [金额]退回到您[尾号为末 4 位的银行卡]。</w:t>
        <w:br/>
        <w:br/>
        <w:t>何时到账：银行通常会在 [5 到 10] 个工作日内显示银行卡退款。如果银行询问，退款参考号是 [退款参考号]。</w:t>
        <w:br/>
        <w:t>您需要做的：无需任何操作。[商品可以保留，或说明如何处理]。</w:t>
        <w:br/>
        <w:t>状态：已解决。如果到[日期]对账单上仍没有这笔退款，请回复这封邮件，我会帮您追查。</w:t>
        <w:br/>
        <w:br/>
        <w:t>您的联系人：[您的姓名]，[职位]</w:t>
        <w:br/>
        <w:t>参考号：[参考号]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退货已批准（商品需先寄回）：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[名字]您好，您订单 [订单号]中[商品]的退货已批准。您需要做的：打印附件中的退货标签，并在[日期]前把包裹交给[承运商]。物流扫描到包裹后，我会把 [金额]退回到您的[付款方式]，并届时发邮件通知您。您的联系人：[您的姓名]。参考号：[参考号]。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已办好，[名字]：我今天已将 [金额]退回到您尾号 [末 4 位]的银行卡。银行通常会在 [5 到 10] 个工作日内显示。参考号 [参考号]。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发送前填写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金额和订单号，与支付系统中的完全一致。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银行卡末 4 位，绝不写完整卡号。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钱到账的具体日期，或尚未批准的退款。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物流或配送延误：事实、新日期和备选方案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告知日期：以承运商给出的为准 · 备选方案：补发或退款 · 送达前更新：每 2 个工作日一次 · 尚未发货：无法在您告知的日期前发货？那就是延期发货：请用选项卡 5。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订单已发货但延迟，或物流显示已签收而客户什么都没收到时，使用这封邮件。还没发货？请用选项卡 5。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订单 [订单号] 延误：新的预计送达日期为[日期]，参考号 [参考号]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您的订单 [订单号]晚到了。我查看了物流信息：包裹目前在[位置，例如承运商在里诺的转运站]，[承运商]现在预计在[日期]送达。</w:t>
        <w:br/>
        <w:br/>
        <w:t>如果到[日期]仍未送达，我会按您的选择[补发一件 / 全额退款]。</w:t>
        <w:br/>
        <w:t>您需要做的：暂时不需要做任何事。物流跟踪：[物流链接]</w:t>
        <w:br/>
        <w:t>下次更新：[日期]前；如果物流信息有变化，会更早通知您。</w:t>
        <w:br/>
        <w:br/>
        <w:t>您的联系人：[您的姓名]，[职位]</w:t>
        <w:br/>
        <w:t>参考号：[参考号]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显示已签收但未收到：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[名字]您好，物流显示订单 [订单号]已于[日期][时间]签收，地点是[位置]。我今天已向[承运商]提交了查件申请。您需要做的：请问问邻居；如果到[日期]仍未找到，请回复我。如果找不到，我会为您[补发 / 退款]。下次更新：[日期]前。[您的姓名]，参考号 [参考号]。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订单 [订单号]目前在[位置]，[承运商]现在预计[日期]送达。如果到[日期]还没送到，我会为您[补发或退款]。下次更新：[日期]前在这里告诉您。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写之前先核对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最新的物流节点和承运商新的预计日期。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备选方案及其日期，已与[负责人]确认。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承运商没有给出的送达日期。只承诺您能掌控的事：更新和备选方案。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缺货或延期发货：延期通知和取消选项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取消后退款：7 个工作日 · 最多晚 30 天：不回复即视为同意 · 更晚或未知：写明取消日期 · 美国以外：这些措辞遵循美国 FTC 规定。请核对您所在国家或地区的规定。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一旦知道无法按时发货，就立即发送这封邮件。在美国，FTC 针对邮购、网购和电话订购的规定要求：须征得客户对延期的同意；客户取消时须及时全额退款；并提供由您承担费用的取消方式。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[商品]延期发货：新发货日期为[日期]，也可取消并全额退款，参考号 [参考号]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邮件（已知新发货日期）：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非常抱歉：订单 [订单号]中的[商品]缺货，我们无法在[原定日期]前发货。预计将于[新发货日期]发货。</w:t>
        <w:br/>
        <w:br/>
        <w:t>您可以选择：</w:t>
        <w:br/>
        <w:t>- 等待：您无需做任何事。如果在我们发货前没有收到您的回复，我们将视为您同意新的日期。</w:t>
        <w:br/>
        <w:t>- 取消：回复“取消”或使用[取消链接]，我们会在 [7] 个工作日内全额退还 [金额]。</w:t>
        <w:br/>
        <w:br/>
        <w:t>下次更新：[日期]，或一发货就通知您。</w:t>
        <w:br/>
        <w:br/>
        <w:t>您的联系人：[您的姓名]，[职位]</w:t>
        <w:br/>
        <w:t>参考号：[参考号]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邮件（发货日期未知）：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[名字]您好，订单 [订单号]中的[商品]因[原因]缺货，我暂时无法给您新的发货日期。您可以等待，并在发货前随时取消；也可以现在取消：回复“取消”或使用[取消链接]，我们会在 [7] 个工作日内全额退还 [金额]。如果您没有回复，而我们到[原定日期加 30 天]仍未发货，我们将取消订单并全额退款。下次更新：[日期]。您的联系人：[您的姓名]。参考号：[参考号]。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推荐类似商品（仅在客户选择时）：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[类似商品]有现货，可在[日期]以相同价格发货。如果您想换成这款，请回复“换货”。如果不需要，一切照旧：您仍然可以等待或取消。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[商品]缺货，无法在[日期]前发货。预计[新日期]发货。您可以等待，也可以现在取消并全额退款：直接在这里告诉我就行。参考号 [参考号]。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延期通知的规则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新日期最多晚 30 天：说明不回复即视为同意。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更晚或日期未知：说明如果到原定日期加 30 天仍未收到回复，您将取消订单并退款。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7 个工作日内退款。商店积分不算退款。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未经客户同意，绝不发出不同的商品。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供应商尚未书面确认的补货日期。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技术操作指导：编号步骤、一次测试、一张截图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步骤：最多 5 步 · 结尾：一次测试 · 如果失败：1 张截图 · 被重开时：通常是漏了一步或按钮名称写错了。修改回复库中的这一行，并更新“上次复核”。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客户能自己解决问题时使用：最多 5 个步骤，写明准确的按钮名称，再加一次测试；只有测试失败时才要一张截图。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如何解决[问题，3 到 5 个词]，约需 [2] 分钟，参考号 [参考号]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这是[一句话说明原因，例如应用中的一项设置]造成的，大约 [2] 分钟就能解决。</w:t>
        <w:br/>
        <w:br/>
        <w:t>1. [打开某个界面或菜单]。</w:t>
        <w:br/>
        <w:t>2. [操作，写明准确的按钮名称]。</w:t>
        <w:br/>
        <w:t>3. [操作]。</w:t>
        <w:br/>
        <w:t>4. [保存或重启]。</w:t>
        <w:br/>
        <w:br/>
        <w:t>测试：[客户应看到的结果，例如 1 分钟内灯亮起]。</w:t>
        <w:br/>
        <w:t>如果测试失败：回复一张[具体界面]的截图，后续由我来处理。</w:t>
        <w:br/>
        <w:t>下次更新：如果到[日期和时间]还没收到您的消息，我会来问问情况。</w:t>
        <w:br/>
        <w:br/>
        <w:t>您的联系人：[您的姓名]，[职位]</w:t>
        <w:br/>
        <w:t>参考号：[参考号]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我们就在这里一起解决：1. [步骤]。2. [步骤]。3. [步骤]。现在您看到了什么？如果不是[预期结果]，请发一张[界面]的截图给我。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如果截图显示有故障：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谢谢您，[名字]。截图显示[截图内容]，所以是[部件]出了故障。我今天会免费为您寄出替换件。您无需做任何事，物流信息会通过邮件发给您。[您的姓名]，参考号 [参考号]。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编写步骤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先自己在客户使用的版本上测试一遍。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使用准确的名称：写“灯光定时”，而不是“设置”。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一定能解决。要承诺的是测试，以及测试失败后的下一步。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账单问题：说明扣款是什么，并附上发票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回答要包括：什么、何时、多少钱 · 附上：发票链接 · 有争议时：用账单争议回复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用于解释某笔扣款是什么、为什么有变化，或发票在哪里。客户提出争议，或提到要找银行？请使用账单争议回复邮件模板。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您在[日期]的 [金额]扣款：[扣款内容]，参考号 [参考号]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[日期]的 [金额]扣款是[扣款内容，例如每 2 个月寄送一次的补充装]。这笔费用从您尾号 [末 4 位]的银行卡扣除。发票：[发票链接]</w:t>
        <w:br/>
        <w:br/>
        <w:t>为什么会有这笔扣款：[一句话，例如您在结账时选择了补充装订阅]。</w:t>
        <w:br/>
        <w:t>您需要做的：如果这与您的预期一致，无需任何操作。如需[更改或取消订阅]，[一句话说明方法]，或直接回复我，我来帮您处理。</w:t>
        <w:br/>
        <w:t>状态：已答复。如果仍有任何不对的地方，请回复这封邮件。</w:t>
        <w:br/>
        <w:br/>
        <w:t>您的联系人：[您的姓名]，[职位]</w:t>
        <w:br/>
        <w:t>参考号：[参考号]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索取发票或收据：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[名字]您好，这是[订单或周期]的发票：[发票链接]。如果名称或地址需要修改，请回复准确的内容，我今天就给您发一张新的。[您的姓名]，参考号 [参考号]。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[日期]的 [金额]扣款是[扣款内容]。发票在这里：[链接]。如果您想更改或取消，我现在就可以在这里帮您处理。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发送之前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在支付系统中核对这笔扣款：日期、金额、卡号末 4 位。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引用价格页面或订单确认中的条款。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您可能无权批准的退款或抵扣。说明由谁决定，以及何时给出答复。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已解决请确认、跟进邮件和礼貌拒绝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跟进：第 2 个工作日 · 关闭：第 5 个工作日 · 记录：每条已发送的回复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发出“已解决”回复并不等于关闭工单。只有当客户确认，或跟进期限已过仍无回复，并且已记录用过的回复时，工单才关闭。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已解决：[问题，3 到 5 个词]，请确认，参考号 [参考号]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[问题]已解决：[一句话说明您做了什么或有什么变化]。</w:t>
        <w:br/>
        <w:br/>
        <w:t>如何确认：[客户现在应看到的结果]。</w:t>
        <w:br/>
        <w:t>您需要做的：如果正常了，请回复“好了”；如果还不行，请告诉我您看到的情况。</w:t>
        <w:br/>
        <w:t>状态：已解决。如果到[日期，从今天起 5 个工作日]仍未收到您的回复，我会关闭这个请求。您随时回复都会重开它。</w:t>
        <w:br/>
        <w:t>如果方便，想请您回答一个问题：您会给这次帮助打几分（1 到 5 分）？</w:t>
        <w:br/>
        <w:br/>
        <w:t>您的联系人：[您的姓名]，[职位]</w:t>
        <w:br/>
        <w:t>参考号：[参考号]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客户未回复时的跟进，主题：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[问题]现在还正常吗？参考号 [参考号]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客户未回复时的跟进，仅一次，第 2 个工作日：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想跟您确认一下[问题]：现在一切正常吗？</w:t>
        <w:br/>
        <w:br/>
        <w:t>您需要做的：如果正常，无需任何操作。如果不正常，请回复您看到的情况，我会当天处理。</w:t>
        <w:br/>
        <w:t>状态：已解决。如果没有收到您的回复，我会在[日期]关闭这个请求。您随时回复都会重开它。</w:t>
        <w:br/>
        <w:br/>
        <w:t>您的联系人：[您的姓名]，[职位]</w:t>
        <w:br/>
        <w:t>参考号：[参考号]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超出服务范围，主题：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关于您的[请求]，参考号 [参考号]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超出服务范围，邮件：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感谢您的询问。我们不[您不做的事，例如向美国以外的地区发货]，原因是[一个坦诚的理由]。</w:t>
        <w:br/>
        <w:br/>
        <w:t>我可以提供的：[您能做到的最接近的服务，或能做这件事的其他人]。</w:t>
        <w:br/>
        <w:t>您需要做的：[无需任何操作 / 选择替代方案需要的一步]。</w:t>
        <w:br/>
        <w:t>状态：已答复。如果我误解了您的请求，请回复我，我会再看一下。</w:t>
        <w:br/>
        <w:br/>
        <w:t>您的联系人：[您的姓名]，[职位]</w:t>
        <w:br/>
        <w:t>参考号：[参考号]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完成检查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检查项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完成标准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完整示例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已确认，或期限已过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客户回复“好了”，或到第 5 个工作日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“好了”，10 月 6 日周二 12:14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客户未回复时，已发跟进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仅一次，在第 2 个工作日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6 日周二 09:10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每条回复都已记录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每条回复在使用记录中占一行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4 行，评分 5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重开：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发出“已解决”回复后又出现同样的问题：重开工单，并在没起作用的那条回复上记录“重开”=“是”。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关闭原因：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客户已确认, 跟进后无回复, 超出服务范围, 转为账单争议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示例：一张工单：从受理回复到客户确认关闭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Sproutwell Home Gardens 是一家虚构的网店，销售台面香草种植机。它在下班后收到一封邮件：补光灯不亮。Leah 用了四个客服回复模板来答复，客户确认后工单关闭。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9 月 30 日周三 21:47。订单 SW-30418。自从我在应用里设置了“灯光定时”，灯就一直不亮，我的罗勒都长歪了。如果修不好，我想退货。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Leah（客服）：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1 日周四 08:41，受理回复：我们已收到您的邮件，参考号 T-2131。我正在检查您种植机的设置，今天 12:00 前会把解决方法发给您。目前您无需做任何事。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Leah（客服）：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1 日周四 11:20，技术操作指导：这是定时设置的问题，大约 2 分钟就能解决：在应用中完成 3 个步骤，然后重启。测试：1 分钟内灯会亮起。如果没亮，请发一张“灯光定时”界面的截图。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1 日周四 19:06。3 个步骤都做了，还是不亮。截图在附件里。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Leah（客服）：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2 日周五 08:35，已解决，请确认：找到原因了。您的截图显示“度假模式”已开启，它会暂停补光灯。请在界面顶部把它关掉。如果正常了，请回复“好了”；如果没有回复，我会在 10 月 9 日周五关闭这个请求。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Leah（客服）：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6 日周二 09:10，跟进：灯现在正常了吗？如果正常，您无需做任何事。如果没有收到您的回复，我会在 10 月 9 日周五关闭这个请求。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6 日周二 12:14。抱歉一直没回！好了，罗勒又挺起来了。5 分（满分 5 分）。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技术操作指导回复（已填写）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先给答案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一项定时设置，约 2 分钟可解决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客户要做的一步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在应用中完成 3 个步骤，然后重启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测试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重启后 1 分钟内灯亮起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如果测试失败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一张“灯光定时”界面的截图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下次更新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2 日周五 12:00 前询问情况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Leah Moreno，客服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参考号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T-2131，订单 SW-30418，Sofia Bennett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完成检查和 CRM 记录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项目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记录内容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客户已确认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“好了”，10 月 6 日周二 12:14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回复已记录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使用记录中 4 行，评分 5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首次回复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上班时间开始后 41 分钟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任务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T-2131 跟进，Leah，截止 10 月 6 日周二 09:00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联系人备注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“度假模式”处于开启状态；无需退货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回复库更新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新增第 1 步：检查“度假模式”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每封客服邮件回复背后的同一套结构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每个模板都有相同的五个字段，顺序也相同：第一行和最后四行告诉客户事情进展到了哪一步。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先给答案或决定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第一句就给出答案或决定：已退款、已延期、已修复。背景放在后面。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客户要做的一步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一个操作以及在哪里完成，或者写“暂时不需要做任何事”，让客户不必猜。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下次更新或已解决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写一个您能守住的日期和时间，即使没有新消息也要按时更新。或者写已解决，并附上关闭日期。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负责人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写具体的人名和职位，而不是“团队”。如果负责人变了，说明现在由谁负责。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参考号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写在主题和结尾，让每次回复都归到同一个案例。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主题行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写上答案和参考号，在收件箱列表中就能看到。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示例：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退款已批准：订单 SW-30212 退款 $89.00，参考号 T-2101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每类客服回复的响应时间目标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回复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发送时间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如果没有进展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受理回复（选项卡 1）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 个工作小时内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在约定的更新时间前答复，或在到期前调整时间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需补充一项信息（选项卡 2）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在首次回复中，只问一次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 个工作日内没有答复：跟进（选项卡 8）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答复类回复（选项卡 3、4、6、7）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同一个工作日内，最迟在承诺的时间前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在您说定的那天发送下次更新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延期发货通知（选项卡 5）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一旦知道就发送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按新日期发货，或在 7 个工作日内退款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已解决，请确认（选项卡 8）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您认为问题已解决时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2 个工作日：客户未回复时的跟进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关闭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客户确认后，或到第 5 个工作日仍无回复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如果客户再次来信，重开同一张工单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如何使用这些客服回复模板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复制您需要的回复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从 Word 文件或 Excel 回复库中复制。把名称、工作时间和政策改成您自己的。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设定目标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您的工作时间、更新时间，以及谁可以批准退款。从上面的表格开始。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填好五个字段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答案、客户的一步、下次更新、姓名、参考号。发出的回复中不能留下任何方括号。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记录并关闭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记录每条回复。客户确认后或跟进期限过后关闭。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每周复核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修改标为“需重写”的回复，并检查已过复核日期的回复。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AI 客服转交的聊天会在“实时支持”中显示为“等待客服”：点击“认领”并回复。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使用 Growth 版时，保存聊天版本：“设置”&gt;“已保存回复”&gt;“新建回复”，填写“快捷键”（例如 /holding）、“标题”、“回复内容”，开启“与团队共享”。在聊天回复框中输入快捷键即可。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每次承诺更新时：“任务”&gt;“New Task”（新建任务），“Task title”（任务标题）填“T-2131 跟进”，选择“Assignee”（负责人），并把承诺的时间设为“Deadline”（截止时间）。每天早上在“My Tasks”（我的任务）中查看“Due today”（今天截止）和“Overdue”（逾期）。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在“设置”&gt;“对话标签”&gt;“新标签”中为聊天添加标签（例如“退款”），并把结果写在联系人的“备注”中。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开启“满意度评分”（机器人的“行为”选项卡），聊天结束时客户可以打星级评分。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客户确认后，点击“解决”，并在任务上点击“Mark done”（标记完成）。邮件从您自己的邮箱发出。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CRMsoftware.pro 没有工单 SLA 计时器，没有自动跟进邮件，也没有自动处理工单的宏：任务截止时间就是您的计时器。转人工和统一收件箱：Launch 版，按年付费每月 $19，支持 8 位用户。已保存回复：Growth 版，每月 $49。免费版：3 位用户，含 AI 聊天和基础任务。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每周回复复核，15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标为“需重写”的回复：阅读被重开的工单，修正失败的那一步。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已过“下次复核”的回复：核对价格、政策和按钮名称。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同一个答案手动输入 3 次后，就把它加为回复库中的新一行。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https://crmsoftware.pro/zh/templates/support-reply-templates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客服回复模板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