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企业短信模板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新线索回复、报价跟进、客户唤醒和弃购短信、订单和配送通知、评价邀请、付款提醒、停业通知，以及 8 个行业的现成短信，每条都在 160 个字符以内。来自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选择适合您情况的短信，替换[方括号]中的每个词，然后计数：纯拉丁字母短信不超过 160 个字符，中文短信一段 70 个字符，最多 2 段。只在取得选项卡所列的同意后发送，时间在客户所在地的 8:00 至 21:00 之间，收到 STOP 后立即停止。把每条短信、回复和下一步记入 Excel 发送记录表。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新线索短信：5 分钟内回复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发送时限：5 分钟内 · 非营业时间：次日早上 8:00 · 同意：对方要求联系：信息类 · 退订说明：第一条短信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在所有企业短信模板中，最有用的是第一条回复：发给刚在您的网站、聊天窗口或电话里提出需求的人。对方留了号码并要求联系：运营商的 CTIA 指南把这称为信息类短信，需要对方的明确许可；FCC 规则要求，向手机发送任何自动短信之前，须事先获得明确同意。把同意和号码记录在一起；第一条短信加上 STOP 退订说明。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网站线索的第一条回复：营业时间内 5 分钟内发出：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[商家名称]：[名字]您好，我是[您的名字]，关于[对方的需求]。我可以[日期][时间]或[日期][时间][上门或致电]，哪个方便？回复STOP退订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报价前先问一个问题：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谢谢，[名字]。为了报价准确，想先问一个问题：[您的问题]？有照片的话也请发来。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 个工作日未回复：只发一次：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[商家名称]：[名字]您好，我是[您的名字]，再跟您确认一下[对方的需求]。还需要吗？回复一个方便的日子，我帮您安排。如果不需要，不用回复。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发送时机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收到表单、聊天或语音留言后 5 分钟内发送，限营业时间。19:48 进来的线索，第二天早上 8:00 再发短信。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开头写商家名称，用您网站上公布的号码发送：在皮尤研究中心 2020 年的一项调查中，80% 的美国成年人表示，他们一般不接听陌生号码的来电。最多发两条短信，然后打电话。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160 个字符：填好方括号后再数：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一条短信可容纳 160 个纯拉丁字母、数字和基本标点；只要有一个表情符号或弯引号，上限就降到 70，更长的短信会分成几段送达。中文短信使用 70 个字符的上限，较长的每段 67 个。这里的中文模板填入普通的名字后都在 160 个字符以内，通常为 2 段；Excel 短信库会帮您计算自己的短信。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第一条短信要有：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开头写商家名称, 您的名字, 对方的需求, 两个可选时间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报价跟进短信：有理由、定日子，然后停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跟进：约定的日子，或 2 个工作日后 · 每份报价的短信：3 条，然后停 · 同意：对方要了报价 · 退订说明：只在第一条短信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销售短信模板要管用，每条短信都得有个理由：报价已发出、有个问题待解答、某天有空档。“只是问问进展”不算理由。发报价时就约好跟进的日子；没约的话，2 个工作日后跟进。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报价已发送：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[商家名称]：[名字]，[项目]的报价已发到您的邮箱：[总价]，有效期至[日期]。有疑问？直接回复或致电[电话]。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跟进：约定的日子或 2 个工作日后：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[名字]您好，我是[商家名称]的[您的名字]。[项目]的报价符合您的需要吗？如果可以，我[日期]有空来做。有疑问请直接回复。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如果对方嫌贵：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谢谢您直说，[名字]。哪一部分超出了您的预算？如果我们[去掉或更换某一项]，我可以告诉您价格怎么变。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最后一条：第 5 个工作日：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[名字]您好，我是[商家名称]的[您的名字]。关于[项目]报价，这是最后一条，以免一直打扰您。需要的话，回复一个日子。如果不需要，不用回复。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每份报价三条短信：报价发出、跟进、最后一条。之后按电话销售话术模板打电话，并记下原因。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改价就出新报价，绝不在短信里改。截止日期只提一次，并与报价单上写的一致。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客户所在地的 8:00 至 21:00：FCC 禁止在这段时间以外进行电话推销。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用短信改价, 报价单上没有的截止日期, 没人要求的折扣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客户唤醒和弃购短信：须书面同意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同意：书面，已勾选 · 短信：最多 2 条，间隔 7 天 · 时段：8:00 至 21:00，对方当地时间 · 退订说明：每条短信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这是本页仅有的营销短信。CTIA 把含有销售或营销推广内容的短信称为促销类短信，要求获得明确的书面许可；FCC 规则要求，发送含广告或属于电话营销的自动短信之前，须事先获得明确的书面同意，而且在《电话消费者保护法》（TCPA）下，短信算作电话。所以：只发给勾选了同意框或签了表单的号码，每条都有 STOP 退订说明，8:00 至 21:00 发送，最多两条。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沉默线索：报价 30 天后：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[商家名称]：[名字]您好，您[月份]的[项目]报价有效期至[日期]。想在[季节]前完成吗？回复YES。回复STOP退订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老客户：季节性理由：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[商家名称]：[名字]您好，[季节]快到了。[日期]那一周还有[服务]空档，价格和上次一样。需要吗？回复YES。回复STOP退订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弃购：一条短信，24 小时内：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[店铺名称]：[名字]您好，您购物车里的[商品]已为您保存：[链接]。对[尺寸或配送]有疑问？直接回复。回复STOP退订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最后一条：7 天后：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[商家名称]：[名字]，关于[优惠]，这是我们最后一条短信。除非您回复，我们不会再发。需要吗？回复YES。回复STOP退订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书面同意是一份表单或一个勾选框，写明您的商家可以向这个号码发短信，不能默认勾选，也不能作为购买的条件。保存日期和措辞。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每条短信都要有真实的理由：仍有效的报价、季节、保存的购物车。第一条短信不放折扣。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两条短信，间隔 7 天，然后停。收到 STOP 后，不再发任何短信。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较长的召回和弃购序列用邮件：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3 封邮件的弃购序列见“弃购挽回邮件”，召回邮件序列见“召回邮件”，两者都有各自的页面；短信只是中间那一次简短的提醒。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每条营销短信都要有：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商家名称, 真实的理由, 回复 STOP 退订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订单和配送通知短信：每个状态一条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发送：状态变化时 · 每个状态：1 条短信 · 同意：下单时提供 · 退订说明：订单的第一条短信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客户下单时留了号码，所以这些短信属于信息类：每次状态变化发一条，不放优惠，并让客户在出问题时可以回复。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订单已确认：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[商家名称]：谢谢，[名字]。订单[订单号]已确认，[日期]前发货，我们会发短信告诉您物流链接。要修改？请在1小时内回复。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已发货：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[商家名称]：订单[订单号]已发货，预计[日期]左右送达。查看物流：[链接]。收货时缺件或损坏？直接回复。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已出发：送货或上门服务：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[商家名称]：[名字]，[技师或司机]已出发，预计[时间]前到达。有疑问？请致电[电话]。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延迟通知：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[商家名称]：[名字]，订单[订单号]延迟了，新日期：[日期]。非常抱歉。您可以[等待、修改或取消]：回复或致电[电话]。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已送达：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[商家名称]：订单[订单号]已于[时间]送达。请对照订单核对一下。缺少什么？请在48小时内回复。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通知里不放优惠：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优惠券或加购推荐会让信息类短信变成促销类短信，而促销类短信需要书面同意。延迟通知一得知就发出，并给出真实的新日期。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优惠或优惠券, 银行卡号或账号, 做不到的日期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评价邀请短信：只发一次，完工后 1 到 3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发送：完工后 1 到 3 天 · 短信：1 条，不再提醒 · 同意：已是客户：信息类 · 退订说明：不需要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只发一次，在完工或送达后 1 到 3 天，附一个链接，并让不满意的客户可以先告诉您。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评价邀请：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[商家名称]：感谢您选择我们，[名字]。如果[成果]令您满意，麻烦写条简短评价，对我们帮助很大：[链接]。有问题？请先回复我们。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如果对方回复说有问题：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谢谢您告诉我，[名字]。我今天[时间]前会[修好或给您打电话]。[您的名字]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每个项目一条短信，不再提醒。邀请所有客户，而不只是您觉得会满意的客户。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好评不给奖励：FTC 2024 年关于消费者评价的规定，禁止以评价表达特定倾向为条件提供报酬或其他激励。无论对方给了什么评价，事后道谢都没问题。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 5 星好评发奖励, 只邀请满意的客户, 第二次提醒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付款提醒短信：提前 3 天、到期日、逾期第 7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短信：3 条，然后打电话 · 时间：提前 3 天、到期日、第 7 天 · 同意：有未付发票：信息类 · 退订说明：不需要；对方要求就停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围绕到期日发三条短信，每条都附发票号和付款链接，然后打电话。装修维修、商店和 B2B 业务可以写金额；诊所、理财顾问和律所不写金额，只附安全门户的链接。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3 天后到期：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[商家名称]：[名字]您好，发票[编号]（[金额]）将于[日期]到期。付款：[链接]。已付款？谢谢，请忽略本短信。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今天到期：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[商家名称]：[名字]，发票[编号]（[金额]）今天到期。付款：[链接]；如需多宽限几天，请回复。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逾期 7 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[商家名称]：[名字]，发票[编号]已逾期7天。请今天付款：[链接]，或致电[电话]约定日期。谢谢。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已收到付款：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[商家名称]：已收到您的付款，谢谢，[名字]。收据已发到您的邮箱。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三次提醒，然后打电话。第四条短信不会改变任何结果。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滞纳金只按您条款中写明的收取，而且只在第 7 天的短信里提。对方回复了日期，就记下来，在那之前不再发短信。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银行卡号, 条款中没有的费用, 威胁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停业与恢复营业：发给受影响客户的通知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发送：一得知就发 · 发给：只发给受影响的客户 · 同意：有预约或订单：信息类 · 退订说明：不需要；对方要求就停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只发给受影响的客户：这段时间内有预约、送货或上门服务的人。如果发给整个联系人列表，同样的短信就成了营销短信，需要书面同意。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某天停业：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[商家名称]：我们[日期、星期]因[原因]停业，[星期][时间]恢复营业。急事？请致电[电话]并留言。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天气或突发情况：上门改期：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[商家名称]：[名字]，因[暴风雨]，您[日期]的[服务]改到[新日期和时间]。不方便请回复。抱歉临时改动。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恢复营业：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[商家名称]：我们从[恢复日期]起恢复营业，[服务]上门从[日期]起恢复。需要提前安排？直接回复。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营业时间调整：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[商家名称]：从[日期]起，我们的营业时间为[营业日][新营业时间]。其他不变。有疑问？直接回复。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整个联系人列表, 通知里放优惠, 做不到的复业日期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分行业短信模板：有哪些不同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行业：8 · 每个行业：一条短信、一份禁写清单 · 单独页面：汽车销售、保险、营销代理、欢迎和活动提醒短信都有各自的模板页面，预约提醒短信也一样。销售电话未接通后的语音留言和短信，见电话销售话术模板。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规则不变；变的是最重要的那条短信，以及什么内容绝不能写进短信，因为拿起手机的任何人都能看到预览。咨询、电商和上门服务使用报价、订单和新线索选项卡；另外五个行业在下面各有一条现成的短信。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不同行业的差异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行业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最重要的短信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短信里绝不写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咨询和代理机构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提案跟进，附决定日期；会议前一天发会议链接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客户案情细节、提案中没有的费用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电商和零售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已发货，附物流链接；弃购短信只发给书面同意的人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银行卡信息、订单通知里的优惠券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理财顾问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会议确认；文件已放入安全门户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账号、余额、收益、建议、贷款条款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医疗健康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预约提醒；检查结果已可在门户查看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诊断、检查结果、药物、就诊原因、欠款金额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制造和供应商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已收到询价（RFQ），附报价日期；延迟通知，附新日期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书面报价之前的价格、图纸或规格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房地产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几分钟内回复新线索；看房当天跟进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出价金额、贷款细节、某个地区住着什么人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招聘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面试邀请，附时间和链接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录用通知书之前的薪资、拒绝的原因、其他候选人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上门服务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已出发，附到达时间段；报价跟进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门禁或报警密码、看现场之前的确定价格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房地产：新线索回复：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[中介名称]：[名字]您好，我是[经纪人]，关于[地址或区域]。您是买房、卖房还是两者都有？打算什么时候？我可以[星期][时间]带您看[地址]。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招聘：面试邀请：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[公司名称]：[名字]您好，好消息：我们想邀请您参加[职位]的面试。请在这里选时间：[链接]，或回复两个时间。[招聘专员]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医疗健康：检查结果已出：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[诊所名称]：[名字]您好，您的检查结果已可在患者门户查看：[链接]。有疑问？请致电[电话]找[员工姓名]。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制造业：已收到询价：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[公司名称]：[名字]您好，我们已收到您对[零件]的询价，[日期]前给您报价。有疑问？直接回复。[您的名字]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理财顾问：文件待签：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[机构名称]：[名字]您好，有一份文件在安全门户等您签署：[链接]。请勿通过短信发送账户信息。[顾问]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受监管行业：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诊所、理财顾问、保险公司和招聘方除了短信规则，还要遵守各自的隐私和记录保存规定；很多还必须存档短信。拿不准时，短信只说有东西已准备好，内容留在门户或电话里。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示例：发给客户的短信范例：一家泳池公司的十天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Kingfisher Pool Services 是亚利桑那州梅萨的一家虚构泳池清洁和维修公司，老板用自己的手机发送这些企业短信模板。2026 年 10 月 6 日（星期二）19:48，Carla Whitmore 在网站聊天中留言。每条短信都在 160 个字符以内（中文短信按 70 个字符一段），每个数字都来自 Carla 本人或书面报价。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Carla（客户）：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日（周二）19:48，网站聊天：您好，我们泳池的水泵发出很响的摩擦声，周末水也变浑了。这周能派人来看看吗？Carla Whitmore，480-555-0172。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谢谢您，Carla。水泵有摩擦声，最好在坏掉之前检查，所以 Dev Malhotra 这周会上门。他可以发短信到 480-555-0172 跟您约时间吗？他会用 480-555-0149 发短信，时间在 8:00 至 18:00 之间。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Carla（客户）：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可以，发短信没问题。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好的，已记下。Dev 明天上午会发短信，给您两个可选时间。如果您更希望通电话，请在这里回复一个方便的时间。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Dev（老板）：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日（周三）8:05，短信：Kingfisher Pool Services：Carla您好，我是Dev，关于水泵异响的事。我可以10月8日（周四）9:00-11:00或10月9日（周五）13:00-15:00上门，哪个方便？回复STOP退订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Carla（客户）：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8:12：周四 9 点到 11 点可以。1480 E Juniper Ave，走侧门。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Dev（老板）：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已约好：10月8日（周四）9:00-11:00，1480 E Juniper Ave。出发时我会发短信告诉您。谢谢，Carla。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Dev（老板）：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8 日（周四）12:40，短信：Kingfisher Pool Services：Carla，水泵电机的报价已发到您的邮箱：$640，有效期至10月22日。有疑问？直接回复或致电480-555-0149。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Dev（老板）：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12 日（周一）10:00，短信：Carla您好，我是Kingfisher Pool Services的Dev。水泵报价符合您的需要吗？如果可以，我10月14日（周三）上午有空来做。有疑问请直接回复。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Carla（客户）：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10:34：好的，就这么办。周三上午可以。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Dev（老板）：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好的，已约好：10月14日（周三）8:00-10:00。$200 定金的发票现在用邮件发给您，余款完工后再付。谢谢您，Carla。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Dev（老板）：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15 日（周四）10:15，短信：Kingfisher Pool Services：谢谢您，Carla。如果水泵运转安静了，麻烦写条简短评价，对我们帮助很大：kfpool.example/review。有问题？请先回复我们。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Carla（客户）：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10:52：跟新的一样安静。评价已发布。谢谢，Dev。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Dev（老板）：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16 日（周五）9:00，短信：Kingfisher Pool Services：Carla您好，发票1042（$440）将于10月19日（周一）到期。付款：kfpool.example/pay/1042。已付款？谢谢，请忽略本短信。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Carla 的短信，逐条记录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短信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日（周三）8:05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新线索回复，107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已约上门：周四 9:00-11:00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8 日（周四）12:40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报价已发送，86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已送达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12 日（周一）10:00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报价跟进，83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同意：10 月 14 日（周三）施工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15 日（周四）10:15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评价邀请，95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已发布评价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16 日（周五）9:00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付款提醒，101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16 日（周五）11:20 已付款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16 日 CRMsoftware.pro 中的记录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潜在客户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来自网站聊天；自定义字段“短信同意”：是；已转为交易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更换水泵电机 · Carla Whitmore，$640，“Closed Won”（赢单）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报价单和发票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报价单 10 月 8 日（周四）“Sent”（已发送），10 月 12 日（周一）“Accepted”（已接受） · 定金 10 月 12 日“Paid”（已付款） · 1042 号发票，$440，10 月 16 日通过付款链接“Paid”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每条短信连同时间一起粘贴；“走侧门，没有门禁密码”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12 日（周一）跟进短信 · 10 月 15 日（周四）评价短信 · 10 月 16 日（周五）发票短信，全部已完成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短信模板一览：发哪条、何时发、需要哪种同意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短信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同意和退订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在 CRM 中记录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新线索回复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营业时间内 5 分钟内；非营业时间则在 8:00 发。一个工作日后提醒一次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对方要求联系。第一条短信有 STOP 退订说明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同意、写入“备注”的短信、作为任务的下一条短信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报价跟进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约定的日子，或报价后 2 个工作日；第 5 天发最后一条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对方要了报价。3 条短信，然后打电话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对方的问题、决定日期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客户唤醒和弃购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沉默报价 30 天后；季节；弃购：24 小时内一次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营销：书面同意，每条都有 STOP 退订说明，2 条短信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同意日期和措辞、退订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订单和配送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状态变化时；延迟一得知就发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下单时提供。不放优惠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订单号、状态、新日期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评价邀请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完工后 1 到 3 天，一次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已是客户。好评不给奖励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回复、已发布评价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付款提醒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3 天、到期日、第 7 天；然后打电话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有未付发票。对方给出日期就停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承诺日期、付款日期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停业与恢复营业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一得知就发；只发给受影响的客户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有预约或订单。发给整个列表就成了营销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通知了谁、改期的预约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给客户发短信的规则：同意、STOP、时段、长度、隐私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全团队统一约定一次，每条新短信都对照检查。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同意与短信类型匹配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CTIA 把短信分为对话类（对方先发消息：无需许可）、信息类（对方提供号码并要求联系：明确许可）和促销类（销售或营销推广：明确的书面许可）。FCC 规则要求，向手机发送自动短信须事先获得明确同意；短信含广告或属于电话营销时，须事先获得明确的书面同意。在 TCPA 下，短信算作电话。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STOP 退订说明，并立即停止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FCC 规则允许客户以任何合理方式撤回同意，例如 stop、quit、end、revoke、opt out、cancel 或 unsubscribe（停止、退出、撤销、取消、退订等），并须在最迟 10 个工作日内处理。CTIA 要求发送方在退订说明中使用 STOP 一词，只发一条确认、此后不再发送，并保存同意和退订记录。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对方当地时间 8:00 至 21:00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FCC 禁止在接听方所在地早上 8 点前和晚上 9 点后进行电话推销。回复、订单通知和提醒不算推销，但所有短信都采用同样的时段，是稳妥的默认做法。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开头写商家名称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先写商家名称和您的名字，再写对方要的东西。CTIA 要求第一条消息表明机构身份；80% 的美国成年人一般不接听陌生号码的来电，没有名称的短信也会被同样对待。不要用隐藏身份的短链接。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短信里绝不写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健康信息、银行卡号或账号、余额和贷款条款、书面报价之外的价格、门禁或报警密码，以及任何关于第三方的内容：锁屏的手机会把前几行显示给拿着它的任何人。敏感内容，短信只说有东西已准备好。长度：纯拉丁字母 160 个字符，一个表情符号就降到 70，中文短信也是 70。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英国客户：PECR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英国，《隐私与电子通信条例》（PECR）把短信视为电子邮件：未经同意不得向个人发送营销短信，但现有客户适用“软性同意”例外：对方曾购买或洽谈购买类似产品，并且在留下联系方式时以及此后的每条消息中都可以退订。要表明身份，并提供有效的退订联系方式；个体经营者也算个人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本页不构成法律建议。本页介绍的是美国联邦规则（FCC）、美国运营商指南（CTIA）和英国规则（PECR）；美国各州和其他国家和地区有各自的短信法规，请查阅您客户所在地的官方规则。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如何使用这些企业短信模板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选择短信类型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每个选项卡对应一种情况：新线索、报价、营销、订单、评价、付款、停业通知。营销短信（客户唤醒、弃购）只在第 3 个选项卡。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填好方括号并计数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商家名称、您的名字、对方的需求、日期。把填好的短信粘贴到“短信库”表：中文短信为 UCS-2，尽量 1 段（70 个字符），最多 2 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核对同意和时间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确认这种短信类型已有同意记录，且时间在客户所在地的 8:00 至 21:00 之间。没有同意，就不发。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用您自己的手机发送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用网站上公布的号码发送。开头写商家名称，一个行动，在选项卡要求的地方加上 STOP 退订说明。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记录并设置下一步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把短信粘贴到 CRM，用对方的原话记录回复，把下一条短信设为带日期的任务。收到 STOP 后，当场停止。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网站聊天和网页表单会进入“潜在客户”。对于打电话来的线索，点击“添加潜在客户”，填写“潜在客户标题”、“电话”、“来源”（“电话”）和“负责人”。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把同意记录在号码旁边：在“Custom Fields”（自定义字段）中点击“Add field”（添加字段），“Field label”（字段名称）填“短信同意”，“Field type”（字段类型）选“Select”（下拉选择），用“Add option”（添加选项）加入“是”、“否”和“已退订”，适用于“潜在客户”和“联系人”。有人回复 STOP 时，立即设为“已退订”。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用您自己的手机或短信工具发送，然后把短信连同时间粘贴到潜在客户的“备注”或交易的“Notes”（备注）中，并用对方的原话加上回复。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把下一条短信设为任务：“任务”&gt;“New Task”（新建任务），“Task title”（任务标题）填如“报价跟进短信：Carla Whitmore”，并设置“Assignee”（负责人）、“Deadline”（截止日期）和“Priority”（优先级）。“My Tasks”（我的任务）会显示“Due today”（今天到期）和“Overdue”（已逾期）。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使用 Launch 版时，在“Quotes”（报价单）&gt;“New Quote”（新建报价单）中发送报价，并设置“Valid Until”（有效期至）日期；发付款提醒时，打开发票，点击“Create Payment Link”（创建付款链接），把链接粘贴到短信中。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在“我的机器人”&gt; 您的机器人 &gt;“行为”选项卡中，开启“收集用户数据”和“收集电话号码”。在“基础知识”选项卡的“说明”中，告诉 AI 客服询问能否给这个号码发短信。点击“保存更改”，然后点击“尝试机器人”。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这些模板适用于任何手机或短信工具；应用不发送短信。潜在客户、1 条销售管道、备注和基础任务对 3 位用户免费。报价单、发票和付款链接在 Launch 版中提供，按年付费每月 $19。WhatsApp 是另一个渠道：使用 Launch 版时，AI 客服可以回复 WhatsApp 消息（见 WhatsApp Business 设置清单）。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每周短信检查，10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记录表中每条短信的“同意记录”都是“是”；每个 STOP 在 CRM 中都已标记为“已退订”。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营业时间内的新线索是否都在 5 分钟内收到短信：哪些等了，为什么？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有回复但没有记录下一步的短信。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“短信库”中超过 1 段的短信：尽量缩短，中文短信最多 2 段。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https://crmsoftware.pro/zh/templates/text-message-templates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企业短信模板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