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客户感谢邮件模板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9 个场景的感谢邮件和简短版：首次下单、回头客、合作周年、会议之后、项目完成、转介绍、评价或反馈、出问题后的耐心等待，以及客服工单之后。来自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选择对应场景的模板，替换[方括号]中的每个词，尤其是那一个具体细节。当天发送，最晚不超过 48 小时，不放优惠、追加销售或评价邀请。把每次感谢记入 Excel 感谢记录表，这样既不会重复感谢，也不会漏掉任何人。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感谢订购邮件：客户首次下单之后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发送时限：当天 · 下一步：出问题时找谁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首单付款或交付的当天发送，最晚不超过 48 小时。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自动发出的订单确认不算感谢。这封要由真人发送，写上名字，并使用能联系到本人的回复地址。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[名字]，感谢您的首次订购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感谢您选择[公司]为您制作[订购内容]。[一个具体细节，例如：我知道菜单必须在您周六重新开业前准备好，所以很高兴能提前送到]。</w:t>
        <w:br/>
        <w:br/>
        <w:t>如果订单有任何问题，请直接回复这封邮件或拨打[电话]找我，我会亲自处理。</w:t>
        <w:br/>
        <w:br/>
        <w:t>再次感谢，</w:t>
        <w:br/>
        <w:t>[您的名字]</w:t>
        <w:br/>
        <w:t>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简短版，用于聊天或消息：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[名字]，感谢您的首次订购！[一个具体细节]。如果有任何不对的地方，直接在这里回复，我来处理。[您的名字]，[公司]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让感谢只是感谢：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不放折扣码，也不写“猜您喜欢”。推广优惠的邮件可能被算作营销邮件：根据美国 CAN-SPAM 法案，这类邮件需要提供退订方式和您的邮寄地址。不放优惠，感谢就仍然只是感谢。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绝不添加：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折扣码, 追加销售, 评价链接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感谢客户支持的邮件：回头客与合作周年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回头客：第 2 次下单后 · 合作周年：当天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回头客：第二次下单后发送，之后在真正的里程碑发送，例如第十次下单或连续一年每月下单。不要每次下单都发。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合作周年：在当天发送，即首次下单或合同开始满一年的那天。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回头客，主题：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[名字]，感谢您再次选择我们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回头客，邮件：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这是您自[月份]以来在我们这里下的第[二、十]次订单。谢谢您。[一个具体细节，例如：每次路过，都能看到 3 月那批货架标签还贴在每条走道上]。</w:t>
        <w:br/>
        <w:br/>
        <w:t>这封邮件不需要您做任何事，也不需要您买任何东西。只是想让您知道，我们都看在眼里，也很感激。</w:t>
        <w:br/>
        <w:br/>
        <w:t>[您的名字]，[公司]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合作周年，主题：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[名字]，您的首次订单已满一年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合作周年，邮件：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一年前的今天，[对方公司]在我们这里下了第一笔订单：[订单内容]。从那以后，我们[一个真实的事实，例如：为您印了四次菜单、两次会员卡]。</w:t>
        <w:br/>
        <w:br/>
        <w:t>感谢您这一年来的支持。如果有一件事我们可以做得更好，我很想听听。</w:t>
        <w:br/>
        <w:br/>
        <w:t>[您的名字]，[公司]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简短版，用于聊天或消息：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[名字]，感谢您的第[十]次订单。我们都看在眼里，也很感激。[您的名字]，[公司]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按记录来数，别凭记忆。周年邮件里写错一个数字，比不发还糟。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绝不添加：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老客户折扣, 调查链接, 转介绍请求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与客户开会后的感谢邮件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发送时限：当天 · 下一步：有：做什么、谁做、何时完成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会议或通话当天发送，趁双方都还记得。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这是唯一一种应该写下一步的感谢：接下来做什么、由谁来做、什么时候之前完成。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[名字]，感谢您今天抽出时间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感谢您今天和我面谈[话题]。听您说[对方说的一件具体的事，用对方的原话]，对我很有帮助。</w:t>
        <w:br/>
        <w:br/>
        <w:t>下一步：我会在[日期]前[您要做的事]。在此之前如有任何需要，请拨打[电话]找我。</w:t>
        <w:br/>
        <w:br/>
        <w:t>如果我有理解错的地方，直接回复纠正我就行。</w:t>
        <w:br/>
        <w:br/>
        <w:t>[您的名字]，[公司]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简短版，通话之后：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[名字]，感谢今天的通话。按我们说好的，我会在[日期]前[下一步]。[您的名字]，[公司]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只写一个下一步。如果需要总结好几点，或客户之后没了回音，请使用跟进邮件模板。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一个下一步，例如：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周五前发校样, 周一前报价, 寄出样品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项目完成后的感谢：一封邮件加一张卡片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邮件时限：48 小时 · 卡片：同一周内 · 下一步：只写有问题时找谁。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交付成果后 48 小时内发送，前提是客户已确认这正是他们想要的。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大型或长期项目，同一周内再寄一张手写卡片。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[名字]，感谢您委托我们完成[项目]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感谢您把[项目]交给我们。[项目中的一个具体时刻，例如：新标志改到第三版校样才定下来，这份等待是值得的]。</w:t>
        <w:br/>
        <w:br/>
        <w:t>如果[您交付的成果]有任何问题，请在这里回复或拨打[电话]找我。</w:t>
        <w:br/>
        <w:br/>
        <w:t>和您合作非常愉快。</w:t>
        <w:br/>
        <w:br/>
        <w:t>[您的名字]，[公司]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简短版，用于聊天或消息：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[名字]，感谢您委托我们完成[项目]。[一个具体细节]。有任何问题，直接在这里留言。[您的名字]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手写卡片，3 行：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亲爱的[名字]：</w:t>
        <w:br/>
        <w:t>感谢您委托我们完成[项目]。[您喜欢的一个具体细节]。</w:t>
        <w:br/>
        <w:t>合作很愉快。[您的名字]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卡片还是邮件：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先发邮件，让感谢在 48 小时内送达。卡片在同一周内寄出。信封里绝不要放优惠或评价邀请。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转介绍感谢邮件，当天发出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发送时限：当天 · 奖励：仅限事先承诺过的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被推荐人联系您的当天发送，无论对方最后怎么决定。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绝不告诉客户被推荐人买了什么或付了多少钱。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如需请客户转介绍或设置转介绍奖励，请使用转介绍请求模板。这个选项卡只负责感谢。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[名字]，感谢您的引荐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[对方公司]的[被推荐人的名字]今天联系了我们，并提到了您。感谢您的引荐。无论对方最后怎么决定，我都很感激您愿意为我们担保。</w:t>
        <w:br/>
        <w:br/>
        <w:t>我们一定会好好照顾对方。</w:t>
        <w:br/>
        <w:br/>
        <w:t>[您的名字]，[公司]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简短版，用于聊天或消息：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[名字]，感谢您把[被推荐人的名字]介绍给我们。我们一定会好好照顾对方。[您的名字]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为什么有效：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 Adam Grant 和 Francesca Gino 的实验中，一句简短的书面感谢让帮忙的人更愿意再次伸出援手，无论对象是感谢他们的人，还是另一个新的人。转介绍就是一种帮助。在知道结果之前就说谢谢。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透露对方的交易细节, 再提一次请求, 等成交后才感谢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感谢客户的评价或反馈，不给任何奖励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回复时限：48 小时 · 奖励：无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评价：48 小时内公开回复，无论好评还是差评。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通过邮件、聊天或调查收到的反馈：48 小时内致谢，并说明您会如何处理。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公开回复好评：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谢谢您，[名字]。[对方评价中的一个细节，例如：很高兴菜单撑过了整个开业周末]。这次合作很愉快。[您的名字]，[公司]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公开回复差评：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感谢您花时间写下这些，[名字]。您说得对，[合理的批评]。我们已经[您做出的改变]。如果您愿意，请拨打[电话]找我，我来把问题解决好。[您的名字]，[公司]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反馈，邮件：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感谢您告诉我们[对方提出的问题]。[您会怎么做，例如：从下周起，每份校样除了邮件，也会通过短信发送]。</w:t>
        <w:br/>
        <w:br/>
        <w:t>感谢您抽出时间。正是这样的反馈让我们不断进步。</w:t>
        <w:br/>
        <w:br/>
        <w:t>[您的名字]，[公司]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评价规则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每条评价都要回复，不只是好评。Google 自己的建议是：分享一个具体细节，而不是对所有人说同样的“谢谢”，并且回复中不要出现优惠和促销。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绝不用折扣、礼品或抵扣金来感谢评价者。Google 不允许为任何评价提供奖励，也不允许只邀请满意的客户。在美国，FTC 表示不要只向您认为会给好评的客户索取评价，其 2024 年的规则禁止以正面或负面评价为条件的奖励。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如需邀请评价，请另选一天单独发消息，而且对每位客户都发同样的内容。措辞和规则见转介绍与评价邀请模板。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评价回复中绝不出现：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折扣, 促销, 隐私信息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感谢您的耐心：问题解决之后再发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发送：问题解决当天 · 道歉：一次，在此之前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问题解决的当天发送：送货延误、印刷错误、发票有误、服务中断。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先解决问题。投诉还没处理完时，请改用投诉回复模板。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[名字]，感谢您的耐心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[问题]已经解决：[您做了什么，例如：重印的 500 张卡片今天上午已送到]。感谢您在我们处理期间的耐心，也感谢您[对方做的一件具体的事，例如：发来照片，让我们看清了问题]。</w:t>
        <w:br/>
        <w:br/>
        <w:t>如果还有任何不对的地方，请在这里回复，我会亲自处理。</w:t>
        <w:br/>
        <w:br/>
        <w:t>[您的名字]，[公司]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简短版，用于聊天或消息：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[名字]，都处理好了：[您做了什么]。感谢您的耐心，也感谢您[对方做的一件具体的事]。[您的名字]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不是道歉：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道歉只说一次，放在解决问题的那条回复里。这条消息是感谢对方的耐心。再长篇道歉一次，又会把它变回一次投诉。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感谢对方：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耐心等待, 照片或细节, 灵活配合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客服工单之后：感谢客户出的那份力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发送：问题解决时 · 下一步：如何重新打开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工单已解决且客户已确认时。如果在聊天中，在聊天结束之前发送。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感谢对方做的某件事：清楚的描述、一张截图、一次快速测试。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聊天或消息：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很高兴问题解决了，[名字]。谢谢您[具体的帮助，例如：发来错误提示的照片]，帮我们省了很多时间。如果问题再出现，直接在这里留言，我们会接着处理。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邮件，主题：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已解决：[工单主题]。谢谢您，[名字]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感谢您在[工单]上的帮助。[具体的帮助，例如：您的截图让我们一分钟就找到了问题]。</w:t>
        <w:br/>
        <w:br/>
        <w:t>这个工单现在已关闭。如果[问题]再次出现，请回复这封邮件，我们会从上次停下的地方继续处理。</w:t>
        <w:br/>
        <w:br/>
        <w:t>[您的名字]，[公司]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感谢对方出的那份力，而不是“感谢您联系客服”。如果您的聊天在结束时会请客户打星级评分，先发感谢。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绝不添加：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追加销售, 套餐升级, 问题解决前的调查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示例：九天之内：一次首单、一次重印和一次转介绍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Wexford Print Studio 是一家虚构的印刷店，服务本地商家。它在九天内给 Carmen Ruiz 发了四次感谢。每封客户感谢邮件都写明一件具体的事，在 48 小时内发出，而且不推销任何东西。Carmen 的第一条消息来自网站聊天，由 AI 客服先回复。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9 月 24 日周四 21:10：您好，我是 Lantern Street Cafe 的 Carmen Ruiz。我们 10 月 3 日周六重新开业，需要 2,000 份菜单和 500 张会员卡。来得及吗？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来得及。校样确认后，菜单和卡片会在 3 个工作日内印好。店主 Iris 会在明天 10:00 前把报价和第一版校样发给您。可以留下您的邮箱和电话吗？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Iris（店主）：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9 月 29 日周二 16:40，邮件“Carmen，感谢您的首次订购”：感谢您选择 Wexford 为重新开业制作菜单和会员卡。我知道它们必须在周六前准备好，所以很高兴能提前四天送到。如果有任何不对的地方，请在这里回复或拨打 555-0163 找我。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1 日周四 9:05，聊天：Iris 您好，大约有 200 张会员卡裁歪了。照片已附上。我们周六就开业了。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Iris（店主）：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1 日周四 9:20：抱歉，Carmen，这是我们的失误。我们今天就重印全部 500 张卡片，明天 11:00 前送到您那里。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Iris（店主）：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2 日周五 11:35，邮件“Carmen，感谢您的耐心”：重印的 500 张卡片今天上午已经送到。感谢您在开业前两天还耐心等待，也感谢您发来照片，让我们清楚看到是哪一刀裁错了。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5 日周一 10:12，聊天：开业周末非常顺利。我朋友 Leo Marchetti 的理发店需要一份新价目表，我把你们的电话给他了。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Iris（店主）：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5 日周一 16:10，邮件“Carmen，感谢您的引荐”：Marchetti Barbers 的 Leo Marchetti 今天下午打来电话，并提到了您。感谢您的引荐。无论他最后怎么决定，我都很感激您愿意为我们担保。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6 日周二，Google 评价：菜单用的是厚哑光纸，撑过了我们第一个忙碌的周末；裁切出了错，他们一天就解决了。5 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Iris（店主）：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7 日周三 9:15，公开回复：谢谢您，Carmen。很高兴菜单撑过了整个开业周末。裁切出错是我们的问题，也感谢您这么快就告诉我们。Iris，Wexford Print Studio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感谢记录：Carmen Ruiz，Lantern Street Cafe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场景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发送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48 小时内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首次下单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29 日周二，邮件，当天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是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出问题后的耐心等待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2 日周五，邮件，当天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是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转介绍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5 日周一，邮件，当天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是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评价或反馈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7 日周三，公开回复，次日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是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10 月 7 日在 CRMsoftware.pro 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联系人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Carmen Ruiz，Lantern Street Cafe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备注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3 日重新开业。10 月 2 日重印卡片，我方裁切失误。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感谢事项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首次下单、耐心等待、引荐 Leo、评价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4 个感谢任务，均在“Deadline”前标记完成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新线索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Leo Marchetti，Marchetti Barbers，价目表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未发送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没有折扣，没有评价邀请，没有追加销售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什么时候说谢谢，什么时候该写下一步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场景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发送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渠道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下一步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手写卡片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首次下单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付款或交付当天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由真人发邮件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出问题时找谁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仅限大额首单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回头客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2 次下单或达到里程碑后 48 小时内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邮件或聊天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否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会议之后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当天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邮件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有：做什么、谁做、何时完成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否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项目完成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交付后 48 小时内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先发邮件，再寄卡片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有问题时找谁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是，同一周内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转介绍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对方联系您的当天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邮件或消息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很合适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评价或反馈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48 小时内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公开回复或邮件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反馈：您会改进什么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否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出问题后的耐心等待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问题解决当天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出问题时使用的渠道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仍不满意时如何联系您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否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客服工单之后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问题解决时，聊天结束之前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同一渠道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如何重新打开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否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合作周年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当天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邮件或卡片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很合适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写好专业客户感谢邮件的六条规则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无论是邮件、聊天、卡片还是公开回复评价，这些规则都适用。全团队一次约定好即可。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写明一件具体的事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对方买了什么、说了什么或做了什么，用只有您才知道的细节写出来。“感谢您的惠顾”适用于每一位客户，所以对眼前这一位毫无意义。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例句：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谢谢您发来卡片的照片：它让我们清楚看到是哪一刀裁错了。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当天发，最晚 48 小时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速度说明您注意到了。事情一发生就创建任务，而不是等想起来再说。晚一周的感谢读起来像例行公事。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不暗藏推销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不放折扣、追加销售、“猜您喜欢”或调查链接。推广优惠的感谢邮件可能被算作营销邮件，在美国需要提供退订方式和您的邮寄地址。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只在对客户有帮助时写下一步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会议之后，说明接下来会怎样。下单或项目完成之后，说明出问题时找谁。其他场景，以感谢结尾。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重要时刻用手写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日常场景发邮件。项目完成、转介绍或合作周年，在同一周内寄一张手写卡片。三行就够，而且邮件仍然先发。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先感谢，以后再邀请评价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绝不放在同一条消息里。用同样的方式邀请每一位客户，不给奖励，也不提供建议措辞。Google 禁止奖励和有选择地邀请，FTC 也表示不要只邀请您预计会给好评的客户。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本页内容不构成法律建议。电子邮件和评价的规定因国家而异，请查阅客户所在地的官方规定。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如何使用这些感谢邮件模板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选择场景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打开与发生的事对应的选项卡。使用邮件，或用于聊天和消息的简短版。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填上那一个细节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替换方括号中的每个词。最重要的是具体细节：如果填不出来，就问问接待这位客户的同事。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48 小时内发送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能当天发就当天发。在 Excel 记录表或 CRM 任务中记录发生日期和发送日期。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删掉推销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再读一遍，删除所有优惠、链接或调查。评价邀请另选一天，单独发送。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每周检查记录表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发出逾期的感谢，为重复记录的客户确定一位负责人，并看看您最常漏掉哪些场景。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事情一发生，就打开“任务”，点击“New Task”（新建任务）：填写“Task title”（任务标题），例如“感谢：Carmen Ruiz，转介绍”，选择负责发送的“Assignee”（负责人），并把“Deadline”（截止日期）设为不晚于 2 天后。“My Tasks”（我的任务）会显示“Due today”（今天到期）和“Overdue”（逾期）。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在联系人的“备注”中写下您感谢了什么，并注明日期，以免有人为同一件事感谢两次。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从您自己的邮箱发送邮件。在“Status summary”（状态摘要）中写下日期和渠道，然后点击“Mark done”（标记完成）。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使用 Growth 版时，把聊天简短版保存在“设置” &gt; “已保存回复” &gt; “新建回复”中：填写“快捷键”（例如 /thanks）、“标题”和“回复内容”，然后开启“与团队共享”。在聊天回复框中输入快捷键，再替换方括号。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在“我的机器人”中打开您的机器人，在“行为”选项卡中开启“满意度评分”：对话结束时，客户会看到星级评分提示，评分显示在“分析”的“满意度”下。客服感谢要在聊天结束前发出。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CRMsoftware.pro 不会替您发送感谢邮件：没有自动感谢邮件，也没有自动跟进邮件。每封都由您亲自撰写，任务帮您守住 48 小时的期限。AI 聊天和基础任务对 3 位用户免费；已保存回复在 Growth 版提供，按年付费每月 $49。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每周感谢检查，10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“逾期”：今天就发；如果已超过一周，就跳过。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“重复记录”：为这位客户确定一位负责人。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每封已发出的感谢都写明了一件具体的事。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任何感谢里都没有优惠、折扣或评价链接。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最常漏掉的场景：在事情发生当天就创建它的任务。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https://crmsoftware.pro/zh/templates/thank-you-email-templates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客户感谢邮件模板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