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欢迎邮件模板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五个部分的欢迎邮件，以及适用于购买、签约、注册、学员或会员、患者或客户建档和订阅者的版本，另有 9 个行业的写法和 4 封邮件的序列。来自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选择与您的场景对应的选项卡，替换[方括号]中的每个词。保留五个部分和一个下一步；删掉任何推销内容。在发送时限内从署名邮箱发出，然后把这封邮件记入 Excel 规划表。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欢迎邮件模板：五个部分和一个下一步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发送时限：1 个工作日 · 下一步：1 个 · 链接：最多 3 个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在第 2 至 7 个选项卡中选择您的场景，或使用这份通用版。收据和预约确认是单独的自动邮件；欢迎邮件则由一位署名的真人发出。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五个部分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主题写上对方的名字和第一个日期: “[名字]，欢迎加入[公司]：[第一件事]定在[日期]”。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致谢，并介绍您是谁: 一句感谢，您的名字和职务，并说明您就是对方的联系人。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接下来的安排，附日期: 两三行带编号的内容：做什么、什么时候、和谁。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一个下一步: 只请对方做一件事，写明什么时候之前、怎么做。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找谁、怎么联系: 直接回复这封邮件、电话号码、您的工作时间。绝不用“请勿回复”的发件地址。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通用欢迎邮件：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主题：[名字]，欢迎加入[公司]：[第一件事]定在[日期]</w:t>
        <w:br/>
        <w:br/>
        <w:t>[名字]，您好！</w:t>
        <w:br/>
        <w:br/>
        <w:t>感谢您选择[公司]的[购买的产品或服务]。我是[您的名字]，[您的职务]，与此相关的任何事情都可以直接找我。</w:t>
        <w:br/>
        <w:br/>
        <w:t>接下来的安排：</w:t>
        <w:br/>
        <w:t>1. [星期、日期、时间]：[第一节课、发货或启动会]，由[负责人]负责。</w:t>
        <w:br/>
        <w:t>2. [日期]：[第二件事]。</w:t>
        <w:br/>
        <w:t>3. 每[周或月]：[您会收到什么，一句话说明]。</w:t>
        <w:br/>
        <w:br/>
        <w:t>[日期]之前请您做一件事：[那一步]。直接回复这封邮件，或使用这个链接：[链接]。</w:t>
        <w:br/>
        <w:br/>
        <w:t>有问题？直接回复，或在[时间段]拨打[电话]找我。</w:t>
        <w:br/>
        <w:br/>
        <w:t>[您的名字]</w:t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简短版，用于聊天或短信：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[名字]您好，我是[公司]的[您的名字]，欢迎您！[第一件事]定在[日期][时间]。在那之前请您做一件事：[那一步]。有问题直接在这里回复，或拨打[电话]。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第一封邮件里不要写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第二个请求、调查问卷或评价邀请。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追加销售、折扣码或“猜您喜欢”。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您的品牌故事、功能列表、超过三个链接，以及收据里已有的任何内容。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交易类还是商业类？：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根据美国 CAN-SPAM 法案（反垃圾邮件法），如果一封邮件的内容只用于确认、完成或交付对方已同意的交易，它就属于交易类邮件：不需要退订链接或邮寄地址，但邮件头和发件人必须准确。一旦加入优惠，整封邮件就可能被算作商业邮件。Google 说得很直白：收据类邮件里不要放促销内容。详见“规则”部分。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“请勿回复”的发件地址, 第一封邮件就给折扣, 五个行动号召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首次购买之后的欢迎邮件（网店或产品）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发送时限：下一个工作日 · 日期：发货日期和送达时间段 · 联系人：一位署名的真人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网店会立即发出订单确认。这封欢迎邮件在 1 个工作日内跟上，由一位署名的真人发出。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如果您已经会发首单感谢邮件，就不要发两封：把“接下来的安排”那几行加进那封邮件里。那封邮件请参考客户感谢邮件模板。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[名字]，欢迎来到[网店]：您的订单接下来的安排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感谢您在[网店]下的第一笔订单。我是[您的名字]，[您的职务]，订单有任何不对的地方，请直接找我。</w:t>
        <w:br/>
        <w:br/>
        <w:t>接下来的安排：</w:t>
        <w:br/>
        <w:t>1. [日期]之前：您的订单从我们这里发出。物流跟踪链接会在当天通过邮件发给您。</w:t>
        <w:br/>
        <w:t>2. [日期]至[日期]：由[快递公司]送达。</w:t>
        <w:br/>
        <w:t>3. [收货后会发生什么，例如包裹里附有保养指南]。</w:t>
        <w:br/>
        <w:br/>
        <w:t>有一件事能帮上忙：回复告诉我们[收货说明，例如小区门禁密码]。</w:t>
        <w:br/>
        <w:br/>
        <w:t>有问题？直接回复，或在[时间段]拨打[电话]。</w:t>
        <w:br/>
        <w:br/>
        <w:t>[您的名字]</w:t>
        <w:br/>
        <w:t>[网店]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如果产品需要安装设置：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[名字]您好，您的[产品]将在[日期]送达。安装设置大约需要[分钟数]分钟：[设置指南链接]。如果遇到问题，回复一张照片，我一步步带您完成。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让收据保持干净：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Google 的发件人指南要求不要在同一封邮件中混合不同类型的内容，例如在销售收据中放促销信息。折扣请留到之后一封明确的商业邮件里，并附上退订链接。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折扣码, “猜您喜欢”, 推销对方没订阅的新闻通讯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签约之后发给新客户的欢迎邮件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发送时限：当天 · 最晚：1 个工作日 · 发件人：负责这项工作的人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在协议签署或首笔款项到账的当天发送，最晚不超过 1 个工作日，由实际负责这项工作的人发出。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如果是有启动会和 30 天计划的项目，请使用客户引导清单中的欢迎消息；如果是对方同意合作后当天发出、写明双方日期的邮件，请使用销售邮件模板。这一封适用于由一个人始终担任联系人的小型服务企业。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[名字]，欢迎加入[公司]：[第一步]定在[日期]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感谢您选择[公司]为您提供[服务]。我是[您的名字]，[您的职务]，这项服务的任何事情都可以直接找我。[同事]将负责[为您上课或处理账目]，我也会全程跟进。</w:t>
        <w:br/>
        <w:br/>
        <w:t>接下来的安排：</w:t>
        <w:br/>
        <w:t>1. [星期、日期、时间]：[第一节课、上门或通话]，[地点或方式]。</w:t>
        <w:br/>
        <w:t>2. [日期]：[第一个成果，例如第一份报告]。</w:t>
        <w:br/>
        <w:t>3. 每[周或月]：[您会收到什么，例如每周五一封简短的进度邮件]。</w:t>
        <w:br/>
        <w:br/>
        <w:t>[日期]之前我们需要您提供一样东西：[所需材料]，请通过[安全链接]提交。也可以直接回复这封邮件。</w:t>
        <w:br/>
        <w:br/>
        <w:t>有问题？直接回复，或在[时间段]拨打[电话]找我。</w:t>
        <w:br/>
        <w:br/>
        <w:t>[您的名字]</w:t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如果您是新客户，可以这样回复：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感谢您的欢迎。确认一下：[第一步]定在[日期][时间]。您需要的[对方要的材料]，我会在[日期]之前发给您。</w:t>
        <w:br/>
        <w:br/>
        <w:t>还有一个问题：[问题]。其他都没问题了。</w:t>
        <w:br/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B2B 也不例外：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CAN-SPAM 法案对企业对企业（B2B）邮件没有例外。只确认客户已同意内容的欢迎邮件属于交易类；一旦推销其他东西，就需要提供退订方式和您的邮寄地址。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与合同不符的服务范围, 把发票夹在欢迎邮件里, 追加销售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注册或免费试用之后的欢迎邮件（SaaS、应用）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发送时限：一小时内 · 第一个操作：一个，10 分钟以内 · 本周其他邮件：1 封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注册后一小时内发送，趁对方的页面还开着。登录或验证邮件是单独的自动邮件：绝不要把它埋在欢迎邮件里。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只给一个能体现产品价值的操作。不要功能列表，也不要五个链接。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[名字]，欢迎使用[产品]：[分钟数]分钟就能得到第一个[成果]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感谢您注册[产品]。我是[您的名字]，[您的职务]，这封邮件的每一条回复我都会亲自看。</w:t>
        <w:br/>
        <w:br/>
        <w:t>第一件要做的事：[第一个操作，例如连接您的日历]。大约只需[分钟数]分钟：[链接]。</w:t>
        <w:br/>
        <w:br/>
        <w:t>接下来的安排：</w:t>
        <w:br/>
        <w:t>1. 您的试用期到[日期]为止。所有功能都已开通，不会收取任何费用。</w:t>
        <w:br/>
        <w:t>2. [星期几]我会再发一封邮件，介绍[第二步]。这是本周唯一的另一封邮件。</w:t>
        <w:br/>
        <w:t>3. 想要 15 分钟的操作演示？请选个时间：[预约链接]。</w:t>
        <w:br/>
        <w:br/>
        <w:t>遇到问题？回复一句话，我来帮您。</w:t>
        <w:br/>
        <w:br/>
        <w:t>[您的名字]</w:t>
        <w:br/>
        <w:t>[产品]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注册 3 天后仍未开始使用：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[名字]您好，您在[日期]注册了[产品]，但还没有[第一个操作]。是遇到什么问题了吗？回复一句话告诉我，或者在这里用[分钟数]分钟完成：[链接]。您的试用期到[日期]为止。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真人，而不是系统：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用真人会看的署名地址发送，不要用“请勿回复”地址。Google 指出，来自收件人通讯录中地址的邮件，被标记为垃圾邮件的可能性更低。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功能列表, 把登录链接藏在欢迎邮件里, 第 0 天就推销升级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发给新学员、新会员或支持者的欢迎邮件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发送时限：当天 · 前一天：一次提醒 · 18 岁以下：写给家长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在报名、入会或首笔捐款确认的当天发送。如果第一节课在一周以后，就在课前一天再发一封简短的邮件。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18 岁以下的学员：写给家长，写明学员的名字，学员的登录信息单独发送。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[名字]，欢迎加入[项目]：[日期]开始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感谢您加入[公司]的[项目]。我是[您的名字]，[您的职务]，相关的任何事情都可以直接找我。[老师或教练]将为您上课。</w:t>
        <w:br/>
        <w:br/>
        <w:t>接下来的安排：</w:t>
        <w:br/>
        <w:t>1. [星期、日期、时间]：第一节课，[地点或线上链接]。请提前[10]分钟到。</w:t>
        <w:br/>
        <w:t>2. 请携带或准备：[一两样东西]。</w:t>
        <w:br/>
        <w:t>3. 上课时间为[上课日和时间]，到[结束日期]为止，共[次数]次。</w:t>
        <w:br/>
        <w:br/>
        <w:t>[日期]之前请您做一件事：填写简短的[水平测试或入学]表格，只需 3 分钟：[链接]。</w:t>
        <w:br/>
        <w:br/>
        <w:t>有问题？直接回复，或在[时间段]拨打[电话]。</w:t>
        <w:br/>
        <w:br/>
        <w:t>[您的名字]</w:t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写给家长：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[家长姓名]您好，[学员]已报名[项目]。第一节课在[日期][时间]，由[辅导老师或教练]授课，[地点或线上]。每节课后，您都会收到一封 3 行的邮件小结：讲了什么、哪里做得好、要练习什么。[日期]之前请您做一件事：[那一步]。有任何问题，随时回复或拨打[电话]。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新捐款人或志愿者：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尊敬的[名字]，感谢您向[机构]捐赠[金额]。这笔钱将用于[一件具体的事]。我们会[多久一次]告诉您带来了哪些变化，您也可以随时点击邮件底部的链接，一键停止接收这些邮件。有问题？直接回复，或拨打[电话]找我。[您的名字]，[职务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第一周最关键：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让第一节课容易参加：链接或地址、按对方时区写的时间，以及要带的东西，在欢迎邮件里写一次，前一天再写一次。Excel 规划表里专门有一行是这封前一天的邮件。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学员还用不了的登录信息, 在欢迎邮件里布置作业, 在感谢邮件里请求再次捐款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新患者或新客户建档时的欢迎邮件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发送时限：预约后立即 · 表格：安全链接，5 分钟 · 邮件中的健康细节：无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首次预约一确定就发送，由前台或负责档案的人发出。前一天的提醒是另一条消息。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邮件中不提任何健康、案件或理赔情况。表格和文件通过安全门户或链接提交，绝不作为普通邮件的附件发送。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[名字]，欢迎来到[机构]：您的首次到访在[日期]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感谢您选择[机构]。我是[您的名字]，[您的职务]，预约、表格和费用方面的问题都可以找我。[医生或专业人士]将为您提供服务。</w:t>
        <w:br/>
        <w:br/>
        <w:t>接下来的安排：</w:t>
        <w:br/>
        <w:t>1. [星期、日期、时间]：首次到访，地址是[地址]。请提前[10]分钟到达。</w:t>
        <w:br/>
        <w:t>2. 到访之前：请通过这个安全链接填写登记表，大约需要[5]分钟：[安全链接]。</w:t>
        <w:br/>
        <w:t>3. 请携带：[身份证件]、[保险卡或保单号]和[用药清单，或与您的事务相关的文件]。</w:t>
        <w:br/>
        <w:br/>
        <w:t>如需改约，请至少提前[24]小时回复这封邮件或拨打[电话]。</w:t>
        <w:br/>
        <w:br/>
        <w:t>我们不通过邮件讨论健康或案件细节。有关您的诊疗或事务的任何问题，请在[时间段]致电[电话]。</w:t>
        <w:br/>
        <w:br/>
        <w:t>[您的名字]</w:t>
        <w:br/>
        <w:t>[机构]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律师事务所：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这封邮件介绍的是我们的工作方式，而不是您的案件。有关您案件的任何事项，都会由[律师]直接通过电话或门户网站与您联系：[门户链接]。提交文件请使用门户网站，不要使用邮件。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牙科、酒店和保险：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牙科、酒店和保险欢迎邮件模板会更详细地介绍这些行业：新患者、预订确认、新保单。本选项卡提供通用结构。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诊断或案件细节, 以附件发送表格, 在建档邮件里加营销内容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发给新闻通讯新订阅者的欢迎邮件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发送时限：一小时内 · 长度：120 词以内 · 频率：在邮件中写明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订阅后一小时内发送，可以由您的新闻通讯工具自动发出；名单不长的话，也可以手动发。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这是一封商业邮件：要写上您的邮寄地址和退订链接，并且主题要如实说明邮件内容。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[名字]，订阅成功：[新闻通讯]会发什么、什么时候发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感谢您订阅[公司]的[新闻通讯]。先说清楚：每[周或月]一封邮件，内容是[一句话说明内容]，除此之外不会发别的。第一封会在[日期]发出。</w:t>
        <w:br/>
        <w:br/>
        <w:t>有一件事能帮上忙：回复告诉我您最想先看到的一个话题。每一条回复我都会看。</w:t>
        <w:br/>
        <w:br/>
        <w:t>为确保邮件能顺利送达，请把[发件地址]加入您的通讯录。不想再收？点击任何一封邮件底部的链接，一键退订。</w:t>
        <w:br/>
        <w:br/>
        <w:t>[您的名字]</w:t>
        <w:br/>
        <w:t>[公司]</w:t>
        <w:br/>
        <w:t>[邮寄地址]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欧盟订阅者：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欧盟，营销邮件需要事先获得同意；唯一的例外是您自己的现有客户，且仅限类似的产品，并在每封邮件中提供拒绝的途径。同意意味着不能预先勾选，而且撤回要和给出同意一样容易。注册时承诺的折扣就放在这封邮件里，不要放到别处；每天向 Gmail 发送 5,000 封或以上邮件的发件人，还需要提供一键退订。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把预先勾选的框当作同意, 没人要求的每日邮件, 藏起来的退订链接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按行业分类的欢迎邮件模板：哪些地方要改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行业：9 · 每个行业：需要改的地方，一句现成句子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五个部分保持不变。需要改的是：场景、第一个日期和那一个下一步。括号里的选项卡就是您的起点。酒店、牙科和保险行业有各自的欢迎邮件页面。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8.1 咨询、代理公司和 IT 服务（第 3 个选项卡）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需要改的地方：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谁来做事，谁始终担任联系人。第一个日期：启动会或开通日期。下一步：您需要的权限或文件；账号密码绝不通过邮件发送。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现成句子：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我每[周五]会给您发一封简短的进度更新。访问信息会通过[安全渠道]发送，绝不通过邮件。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8.2 电商和零售（第 2 个选项卡）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需要改的地方：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收据和物流跟踪是自动发送的。欢迎邮件要加上一位署名的真人、送达时间段和退货方式。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现成句子：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如果包裹里有任何问题，请在[14]天内回复一张照片，我会为您换货或退款。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8.3 教育、课程和辅导（第 5 个选项卡）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需要改的地方：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18 岁以下的学员要写给家长。第一个日期：第一节课。下一步：水平测试表或最近一次的试卷。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现成句子：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每节课后，您都会收到一份 3 行小结：讲了什么、哪里做得好、要练习什么。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8.4 医疗、牙科和律师事务所（第 6 个选项卡）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需要改的地方：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邮件里不写健康或案件细节。表格和文件通过安全链接提交；邮件介绍的是流程，而不是具体事务。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现成句子：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我们不通过邮件讨论健康或案件细节。有关您的诊疗或事务的任何问题，请致电[电话]。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8.5 公益组织（第 5 个选项卡）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需要改的地方：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一封感谢，写明这笔捐款带来的一个具体成果、您多久联系一次，以及如何停止接收。不提第二次请求。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现成句子：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您捐赠的[金额]将用于[一件具体的事]。我们会[多久一次]告诉您带来了哪些变化。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8.6 房地产（第 3 个选项卡）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需要改的地方：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买家：下一次看房，以及您需要对方提供什么。卖家：挂牌时间表。租客：入住日期、押金、钥匙。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现成句子：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回复告诉我您的[预算、区域和时间]，[日期]之前我会发给您一份合适的房源短名单。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8.7 SaaS 和应用（第 4 个选项卡）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需要改的地方：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一个首要操作、试用结束日期，本周只再发一封邮件。登录邮件单独发送。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现成句子：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第一件要做的事：[第一个操作]。只需[分钟数]分钟：[链接]。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然后使用：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欢迎邮件, 序列表, Excel 规划表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示例：一家辅导机构欢迎一位家长：14 天内 4 封邮件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Ashgrove Tutoring 是一家虚构的中小学生线上辅导机构，它用这些欢迎邮件模板接待了家长 Rafael Quintero，他为 13 岁的女儿 Sofia 预约了数学辅导。这封欢迎邮件用的是学员或会员版本，写给家长。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Rafael（家长）：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8 日周四 20:40：您好，我是 Rafael Quintero。我女儿 Sofia 13 岁，八年级数学学得很吃力，主要是分数和比例。你们有每周两次的线上课吗？费用是多少？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Rafael 您好，有的：线上课每节 55 分钟，一对一辅导，通常每周两次。8 节课的课包是 $360。在您购买之前，我们的创办人 Simone Delacroix 会和您进行一次 20 分钟的免费介绍通话，为 Sofia 匹配合适的老师。最近的空档是明天 17:00，需要我为您打开预约页面吗？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Rafael（家长）：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好的，麻烦了。已经约了周五 17:00。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好的，Rafael，已经约好了。附有通话链接的确认邮件马上就会发到您的邮箱。如果您手边有 Sofia 最近一次的数学试卷，通话时可以放在旁边。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Simone（创办人）：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9 日周五 17:25，介绍通话之后：Rafael 通过付款链接购买了 8 节课的课包。18:10，Simone 从自己的邮箱发出欢迎邮件（各部分见下表）：她是谁、Sofia 和 Leila Brandt 老师的第一节课定在 10 月 13 日周二 16:30、每节课后一份 3 行小结、每周二和周四上课，直到 11 月 5 日，以及一个请求：回复告诉她 Sofia 最近两次考试的内容。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Rafael（家长）：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9 日周五 21:05，回复：谢谢 Simone。最近两次考试分别是分数（58%）和比例（64%），照片在附件里。Sofia 对开摄像头有点紧张，这样可以吗？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Simone（创办人）：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10 日周六 9:15：谢谢您，Rafael，这些信息很有帮助。第一节课可以不开摄像头，Leila 上课一开始就会跟她说。周二见。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欢迎邮件序列：Rafael Quintero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邮件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发送时限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实际发送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欢迎邮件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9 日周五，当天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18:10，按时发送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第一节课前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12 日周一，18:00 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16:45，按时发送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第一节课后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13 日周二，2 小时内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18:05，按时发送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两周回访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23 日周五 10:00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已计划，已设任务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欢迎邮件，10 月 9 日周五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主题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Rafael，欢迎加入 Ashgrove Tutoring：Sofia 的第一节课在周二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人员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Simone，创办人，联系人；Leila Brandt，辅导老师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接下来的安排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13 日周二 16:30 第一节课；每节课后一份 3 行小结；每周二和周四上课，直到 11 月 5 日，共 8 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一个下一步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回复 Sofia 最近两次考试的内容，或她最近一次试卷的照片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联系方式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回复邮件，或拨打 503-555-0121，工作日 9 点至 18 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没有写的内容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考试冲刺课包、推荐奖励、新闻通讯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10 月 13 日的 CRMsoftware.pro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联系人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Rafael Quintero，Sofia 的家长，由网站聊天转化而来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交易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数学课包，8 节 · $360，“Closed Won”（赢单）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预约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介绍通话 10 月 9 日周五 17:00；“预约确认”由“排程”发送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Notes（备注）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考试：分数 58%，比例 64%。第 1 节课不开摄像头。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欢迎邮件，已完成 · 第一节课前邮件，已完成 · 回访，“Deadline”10 月 23 日周五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交易类还是商业类：欢迎邮件必须遵守的规则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两部法律和一家邮箱服务商，决定了您的欢迎邮件能否进入收件箱，以及是否需要退订链接。本内容不构成法律建议。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美国：只有在本身就是交易时，才算交易类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根据 CAN-SPAM 法案，如果邮件的内容仅限于确认、完成或促成收件人已同意的交易，提供保修、召回或安全信息，告知账户或会员资格的变更，或交付商品或服务，其主要目的就属于交易类或关系类；FTC 表示，法律对这些类别的解释很窄。如果主题读起来像广告，或者交易部分没有放在最前面，混合邮件就属于商业邮件。商业邮件需要准确的邮件头、如实的主题、注明是广告、您有效的实际邮寄地址，以及在 10 个工作日内落实的退订。每封违规邮件最高可罚 $53,088；B2B 邮件也没有例外。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欧盟：先征得同意，自己的客户除外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欧盟《电子隐私指令》（ePrivacy Directive）只允许在事先获得同意的情况下发送直接营销邮件。例外情况：在销售过程中获得邮箱地址的企业，可以向客户推销自己的类似产品或服务，前提是客户在提供地址时就能拒绝，并且在每封邮件中都能免费拒绝。服务邮件本身不需要同意：它是合同的一部分，而欧洲数据保护委员会（EDPB）指出，这一法律依据不能延伸到营销。同意意味着不能预先勾选，而且撤回要和给出同意一样容易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送达率：身份验证、不混发、一键退订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Google 对所有发件人的要求：SPF 或 DKIM、TLS、符合 RFC 5322 的邮件格式，垃圾邮件率低于 0.3%。不要在同一封邮件中混合不同类型的内容，例如在销售收据中放促销信息；每种类型的邮件都使用同一个发件地址。每天向 Gmail 发送 5,000 封或以上邮件的发件人，还需要配置 SPF、DKIM 和 DMARC，让发件人（From）域名保持一致，并在营销邮件和订阅邮件中提供一键退订以及清晰可见的退订链接。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让每个人都能读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 HTML 版本之外再附一个纯文本版本，这样邮件在任何设备和屏幕阅读器上都能阅读。把下一步写成真正的文字，不要放在图片里，并让每个链接说明它通往哪里：Google 要求链接清晰可见、易于理解，并且不用 HTML 或 CSS 隐藏任何内容。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本页内容不构成法律建议。美国各州和其他国家有各自的邮件规定；请查阅您的客户所在地的官方规定。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小企业的欢迎邮件序列：14 天内 4 封邮件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邮件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第几天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作用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停止规则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欢迎邮件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0 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致谢、您是谁、接下来的安排和日期、一个下一步、如何联系您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无：每个人都会收到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第一节课前（或交付前、登录前）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前一天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链接或地址、时间、要带什么、会见到谁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如果第一件事已经发生，就跳过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第一节课后（或交付后）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当天，2 小时内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三行：发生了什么、哪里做得好、接下来做什么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如果对方回复中提到问题，就暂停序列：打电话，解决问题，再继续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两周回访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14 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两个问题：哪些有效，哪些不行。一个请求：定下下一步的日期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还有未解决的问题时，不邀请评价或转介绍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30 天及以后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30 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邀请评价或转介绍，以及第一个优惠，作为单独的商业邮件发送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只发给可以退订的人；参见客户感谢邮件模板和满意度调查模板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如何使用这些欢迎邮件模板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选择场景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购买、签约、注册、学员或会员、建档或订阅。每人只发一封欢迎邮件。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填好五个部分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主题里写对方的名字，说明您是谁，写两三行带日期的安排、一个下一步和联系方式。其余全部删掉。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按时发送，由真人发送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签约当天发，注册或订阅后一小时内发，下单后 1 个工作日内发。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规划后面三封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把序列放进 Excel 规划表，写明负责人和发送时限。前一天的那封邮件，是大多数企业会忘记的。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记录并每周复盘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每封邮件一行。每周查看：延迟和逾期的邮件、没人答复的回复、没有落实的下一步。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网站聊天和网页表单会进入“潜在客户”。对方付款或签约后，打开这条潜在客户并点击“转为交易”：系统会创建联系人、公司和交易。把您发出的欢迎邮件粘贴到这笔交易的“Notes”（备注）中。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在“任务”中，为序列里的每封邮件点击“New Task”（新建任务），填写“Task title”（任务标题，例如“欢迎邮件：Rafael Quintero”）、“Assignee”（负责人）、“Deadline”（截止日期）和“Linked deal”（关联交易）。“My Tasks”（我的任务）会显示“Due today”（今天到期）和“Overdue”（逾期）；发送后点击“Mark done”（标记完成）。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在 Launch 版中，“排程”会向每位预约时间的人发送“预约确认”邮件，并在会面前发送“会议提醒”。在“排程”&gt;“邮件”中编辑“邮件主题”“标题”和“正文”，然后点击“保存模板”。在“事件类型”&gt;“新事件类型”中创建介绍通话，并用“复制链接”把链接放进欢迎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在“我的机器人”&gt; 您的机器人 &gt;“基础知识”选项卡中，把您的入门指南添加到“知识库”，并在“说明”中告诉 AI 客服谁是新客户的联系人、注册之后会发生什么。点击“保存更改”，然后点击“尝试机器人”。在 Growth 版中，把聊天版保存在“设置”&gt;“已保存回复”&gt;“新建回复”中：设置“快捷键”（例如 /welcome）、“标题”和“回复内容”，并勾选“与团队共享”。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不发送欢迎邮件或邮件序列：这些邮件由您从自己的邮箱或新闻通讯工具发出，CRM 负责保存联系人、交易、“Notes”（备注）和任务。潜在客户、1 个销售管道、备注和基础任务对 3 位用户免费。带日历同步的预约及其确认邮件包含在 Launch 版中，按年付费每月 $19；“已保存回复”包含在 Growth 版中，每月 $49。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每周欢迎邮件复盘，15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逾期和延迟发送的欢迎邮件：是谁的，为什么？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对欢迎邮件的回复，1 个工作日内没人答复的。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7 天后仍未落实的下一步：打电话，不要再发邮件。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模板里让人困惑的一句话：修改模板。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https://crmsoftware.pro/zh/templates/welcome-email-templates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欢迎邮件模板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