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WhatsApp Business 设置清单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把 WhatsApp 连接到 AI 客服和收件箱的 8 组共 40 项检查，每项都有负责人和需要记录的证据，另含首次对话测试和恢复检查。来自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按顺序完成 8 组检查。在每项检查旁写上负责人和截止日期，并把证据（截图、链接、备注）保存在一个共享文件夹中。切勿在本文件中写下两步验证 PIN 码。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清单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开始之前：选择应用还是平台，确定号码和归属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分组：1 / 8 · 套餐：Launch 版或更高 · 切勿：使用同事的个人号码。同事离职时，号码和聊天记录都会随之带走。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WhatsApp Business 应用适合手动回复，支持快速回复、问候消息和离开消息，最多可关联 10 台设备。WhatsApp Business Platform（常被称为 WhatsApp Business API）则把 WhatsApp 连接到 AI 客服或团队收件箱等软件。打开任何设置之前，先确定以下几点。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1.1 选择产品：如果由 AI 客服或团队收件箱回复，选平台；如果由一个人用一部手机回复，选应用。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决定和日期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1.2 选择一个归企业所有、由企业付费、带国家代码和区号、能接收短信或电话的号码。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+ 格式的号码、账户持有人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1.3 检查这个号码是否已在使用 WhatsApp。决定：迁移号码、使用共存模式，还是换一个新号码。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当前用途和决定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1.4 确认 Meta 业务资产组合归您的企业所有，而不是代理公司或自由职业者。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资产组合名称、ID、创建人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1.5 指定两名管理员：老板和一名备用管理员。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姓名、邮箱、添加日期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Meta 规定：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号码必须归您所有，带有国家代码和区号，并能接收短信或语音电话。正在 WhatsApp 上使用的号码，必须先在那里删除，才能注册。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共存模式：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部分服务商可以接入现有的 Business 应用号码，让应用和平台共用这个号码。这需要 2.24.17 或更高版本的应用，而且部分应用功能会关闭。如果号码正在应用中使用，连接之前先问清楚。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WhatsApp Business 账户设置：号码格式和商家资料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分组：2 / 8 · 示例：+1 512 555 0147 · 错误与正确：+44 07700 900123 是错误的，+44 7700 900123 是正确的。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用国际格式写一次号码（常称 E.164）：加号、国家代码，然后是去掉开头 0 的号码。所有地方都使用完全相同的写法。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号码格式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本地格式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国际格式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wa.me 链接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(512) 555-0147（美国）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+1 512 555 0147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https://wa.me/15125550147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07700 900123（英国）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+44 7700 900123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https://wa.me/447700900123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[带 0 的本地号码]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+[国家代码] [去掉 0 的号码]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https://wa.me/[国家代码][号码]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Meta 规定：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Meta 建议使用加号和国家代码。如果没有加号，系统会在客户号码前加上您企业号码的国家代码。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用国际格式写下企业号码，并在所有地方使用这一写法。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管理员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对外公布的号码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用真实的企业名称作为显示名称。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提交的显示名称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填写商家资料：简介、地址、营业时间、网站、客服邮箱或电话。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前台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资料截图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2.4 在 CRM 中保存客户号码时，带上 + 和国家代码。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前台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已检查或修正的联系人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2.5 用企业手机以外的另一部手机测试 wa.me 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前台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链接和测试日期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商家简介：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[企业名称]，位于[城市]。[一句话介绍您的业务]。我们在[营业日][时间段]通过 WhatsApp 回复消息。急事请拨打[电话]。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Meta 规定：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在商家资料中提供客服联系方式，例如邮箱、网站或电话号码，并保持更新。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通过“快速连接”完成 WhatsApp Business API 设置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套餐：Launch 版 · 负责人：管理员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CRMsoftware.pro 中，WhatsApp 连接到机器人。机器人通过 Meta Business API 自动回复 WhatsApp 消息，聊天会显示在统一收件箱中。首先，用您的号码在 Meta Business Suite 中设置 WhatsApp Business 账户。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连接步骤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打开机器人: 进入“我的机器人”，选择机器人，点击“保存更改”。渠道只能连接到已保存的机器人。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“渠道”选项卡: 在 WhatsApp 旁边点击“连接渠道”。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快速连接: 点击“快速连接”，以资产组合管理员身份使用 Facebook 登录。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选择并授权: 选择您的 WhatsApp Business 账户并授予消息传递权限。状态显示为“已连接”。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前提条件：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已关联到 Meta 的 WhatsApp Business 账户，以及 Launch 版或更高套餐。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Meta 规定：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注册号码时，用短信或语音验证码验证号码，并设置两步验证 PIN 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用短信或语音验证码验证号码。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管理员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验证日期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设置 6 位 PIN 码，并保存在密码管理器中。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管理员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保存位置，绝不写 PIN 码本身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3.3 通过“快速连接”连接 WhatsApp。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管理员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连接人、日期、截图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3.4 在机器人的“说明”中写入营业时间、价格和转人工规则，并禁止索要银行卡号、银行账号或证件号码。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更新日期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3.5 开启提醒：在“连接”选项卡中开启“发送电子邮件通知”并设置“已分配用户”，在“实时支持”中开启“移动提醒”。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管理员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谁接收哪种提醒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您需要：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Facebook 登录, WhatsApp Business 账户, 已保存的机器人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同意与时机：选择接收和 24 小时窗口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窗口：24 小时 · 重新计时：客户每发一条消息 · 24 小时之后：只能发送已获批准的模板。CRMsoftware.pro 在窗口内回复，不发送模板。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只联系那些向您提供了号码、并同意接收您消息（即选择接收，opt-in）的人；无论停止请求来自 WhatsApp 内外，都要一一尊重。选择接收的说明必须写明对方将通过 WhatsApp 收到消息，并写出您的企业名称。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预约表单：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是的，我同意[企业名称]通过 WhatsApp 就[我的预约]发消息到[电话号码]。我可以随时要求停止。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在柜台：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我们可以通过 WhatsApp 用这个号码和您联系[维修]的事情吗？您随时可以告诉我们停止。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客户发来消息会开启 24 小时客服窗口，每条新消息都会重新计时。窗口内可以正常回复。窗口关闭后，只能发送已获批准的模板。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把选择接收的措辞加到表单、网站、柜台和电话沟通中。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前台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措辞及使用位置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记录每一次选择接收：日期、来源、对方同意的内容。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团队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 联系人上的备注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4.3 设定远低于 24 小时的人工回复目标，例如营业时间内 30 分钟。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写进团队规则的目标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4.4 超过 24 小时的跟进改用电话或邮件，并在 CRM 中建立带截止日期的任务。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写进团队备注的规则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4.5 当天记录停止请求，并停止向该号码发送任何消息。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前台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规则和负责人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Meta 规定：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自动回复必须提供及时、清晰、直接的转人工途径，例如在聊天中转给人工客服。绝不能索要完整的银行卡号、银行账号或证件号码。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WhatsApp 消息模板审核与已保存回复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已保存回复：24 小时内 · 模板：获批后 · 切勿承诺：下周通过 WhatsApp 发消息，除非您能发送已获批准的模板。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已保存回复是收件箱中的文本片段。消息模板是经 Meta 审核并批准的消息。把两者搞混，计划好的跟进消息就会发不出去。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文本片段还是模板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已保存回复（文本片段）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WhatsApp 消息模板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是什么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团队用斜杠快捷键插入的文本，例如 /hours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您提交给 Meta、获批后才能发送的消息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由谁批准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无需批准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Meta，在首次发送前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 WhatsApp 上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只能在 24 小时窗口内使用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在窗口外也可发送给已选择接收的人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类别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营销、实用或身份验证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 CRMsoftware.pro 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“设置 &gt; 已保存回复”，Growth 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不能从 CRMsoftware.pro 发送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Meta 规定：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审核结果最多可能需要 24 小时。常见的拒绝原因：变量格式错误、变量位于开头或结尾、违反政策、索要敏感数据、重复模板。您可以附上示例提出申诉。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Meta 规定：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实用模板用于跟进客户的某项操作或请求，不含推广内容。营销模板涵盖从品牌认知到促成销售的各类消息。身份验证模板用于验证身份。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/hours：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我们的营业时间是[营业日][时间段]。营业时间内随时可以把您的[物品]送来，无需预约。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/price：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[服务]的价格是[价格]，大约需要[时长]。要帮您预约[日期]吗？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列出您每周发送的消息：哪些是窗口内的回复，哪些是由您发起的消息。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消息清单，每条标明类型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把这些回复做成已保存回复，配上简短的快捷键。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团队主管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快捷键列表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5.3 由您发起的消息（例如提醒）：用能发送模板的工具发送模板，或改用电话或邮件。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每条消息的决定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5.4 如果使用模板：类别正确、变量按顺序排列、开头和结尾没有变量、附上示例。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管理员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名称、类别、状态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5.5 告知团队：已保存回复只能在 24 小时窗口内使用。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团队主管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告知日期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首次对话测试：三条测试消息和一次真实聊天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目标：1 次真实聊天 · 测试：3 次，再加 1 次真实聊天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当一次正常的对话从第一条消息一直到 CRM 记录都顺利完成时，设置才算完成。先用另一部手机测试。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测试消息 1：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你好，请问[星期几]几点开门？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测试消息 2：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请问可以找真人聊吗？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测试消息 3：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请不要再给我发消息了。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测试 1，用未关联该账户的手机发送：AI 回答正确。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前台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时间、回答是否正确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测试 2：聊天在“实时支持”中等待，提醒送达，有人认领并按时回复。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团队主管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认领人、用时（分钟）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6.3 测试 3：停止请求已记录，并停止向该号码发送消息。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前台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联系人上的备注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6.4 联系人带有 + 和国家代码，聊天出现在统一收件箱中。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管理员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截图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6.5 完整处理第一次真实客户对话，并记录下来。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团队主管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测试记录：真实客户，通过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记下每个窗口的关闭时间。如果客户在那之后还有需要，就安排电话或邮件。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恢复与访问权限检查：PIN 码、管理员和备用管理员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PIN 码：6 位数字 · 管理员：至少 2 名 · 检查频率：每 3 个月一次，管理员离职当天也要检查。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在需要之前先检查访问权限。PIN 码丢失，或唯一的管理员离职，都可能让您的 WhatsApp 号码无法做任何更改。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Meta 规定：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PIN 码为 6 位数字。如果忘记了，可以在 WhatsApp Manager 中更新：电话号码设置、“两步验证”选项卡、“更改 PIN 码”。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把 PIN 码保存在备用管理员也能打开的共享密码管理器中。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保管库和条目，绝不写 PIN 码本身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让备用管理员在 WhatsApp Manager 中实际找一次“更改 PIN 码”。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备用管理员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检查日期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7.3 确认两名管理员仍能打开业务资产组合和 WhatsApp Business 账户。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姓名、检查日期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7.4 以企业名义保持电话线路有效，以便接收短信或电话验证码。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运营商、账户持有人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7.5 有人离职时，当天就移除其访问权限。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离职交接规则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如果唯一的管理员已离开：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在新管理员获得资产组合访问权限之前，不要做任何更改。然后用这位管理员的账号重新连接渠道。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上线与监控：第一周及之后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复盘：第 7 天 · 之后：每 3 个月 · 成功标志：完成连接，并处理了一次真实对话。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1 到第 7 组全部完成后再上线，然后在第一周密切关注。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8.1 在网站、Google 商家资料、邮件签名和收据上分享 WhatsApp 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前台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链接已上线的位置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8.2 在机器人“渠道”选项卡的“替代聊天链接”中添加 wa.me 链接，让它显示在您的聊天插件中。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管理员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添加日期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8.3 7 天内每天阅读所有 WhatsApp 聊天，并在知识库中修正错误的回答。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团队主管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修正内容及日期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8.4 第 7 天复盘：转人工、回复延迟、停止请求、超过 24 小时的跟进。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复盘记录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8.5 每 3 个月：渠道显示“已连接”，管理员和 PIN 码已核查，选择接收措辞仍在使用。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检查日期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出现以下情况，先暂停并修正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客户等待真人回复的时间超过了您的目标。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AI 给出了错误的价格、日期或承诺。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有人要求停止，却又收到了消息。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渠道不再显示“已连接”。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Meta 规定：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用户可以屏蔽或举报企业；对于质量持续偏低的企业，Meta 会限制其发送速率。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示例：一家自行车店连接 WhatsApp，并处理第一次真实聊天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Riverside Cycle Works 是奥斯汀的一家虚构自行车店，于 2026 年 10 月 1 日至 7 日按照这份 WhatsApp Business 设置清单完成了设置。Luis 是店主，Marta 负责维修间并担任备用管理员，Sam 负责前台。下面是他们的第一次真实 WhatsApp 对话。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你好，你们修电动自行车吗？我的后刹车有异响，电池掉电也很快。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是的，我们提供电动自行车维修。刹车检查和保养 $85，大约需要 2 天。电池问题由我们的维修团队处理。需要我把您的问题转给他们吗？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好的，麻烦了。电池是 2025 年 3 月在你们这里买的，还在保修期内吗？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我现在就把这段聊天连同您的信息转给维修间的 Marta。营业时间内，她会在 30 分钟内在这里回复您。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Marta（维修间）：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Dana 您好，我是 Marta。在我们这里购买的电池有 2 年保修，所以您的电池在 2027 年 3 月前都在保修范围内。明天 9:00 以后把车送来，我们修刹车的同时帮您检测电池。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太好了，明天 9 点见。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Marta（维修间）：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已为您预约明天。车预计周五修好，修好后我们会打这个号码通知您。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设置记录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产品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WhatsApp Business Platform，通过 CRMsoftware.pro Growth 版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号码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+1 512 555 0147，店里的座机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资产组合所有者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Luis Ortega，店主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管理员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Luis Ortega、Marta Klein（备用）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PIN 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 位数字，保存在共享密码管理器中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连接时间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5 日，状态“已连接”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选择接收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预约表单和柜台话术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测试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 3 项全部通过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第一次真实对话，2026 年 10 月 6 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步骤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Dana 的第一条消息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10:12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窗口开启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AI 回答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10:12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价格正确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转人工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10:14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等待客服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Marta 回复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10:31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17 分钟，目标 30 分钟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Dana 的最后一条消息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10:33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窗口开放至 10 月 7 日 10:33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CRM 中记录的内容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联系人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Dana R.，+1 512 555 0198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同意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她先发的消息；24 小时后的进展通过电话告知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工单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电动自行车刹车保养 $85，保修范围内的电池检测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车修好后给 Dana 打电话，10 月 9 日周五，Marta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虚构示例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WhatsApp Business 应用、Business Platform（API）与共存模式对比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WhatsApp Business 应用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Business Platform（Cloud API）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共存模式：应用加平台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适用对象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一位老板或几个人用手机回复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替您回复的软件：AI 客服、CRM 或团队收件箱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希望保留应用、同时在同一号码上添加平台的企业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回复方式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手动回复，可使用快速回复、问候消息和离开消息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AI 客服自动回复，团队在已连接的收件箱中处理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消息在应用和 API 之间同步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人员和设备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最多 10 台关联设备和客服人员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所有能访问所连接工具的人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接入时会解除已关联的设备，之后可重新关联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号码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留在应用中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不能正在 WhatsApp 上使用：先在那里删除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由服务商通过 Embedded Signup 接入，应用版本需为 2.24.17 或更高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会有什么变化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号码离开应用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一对一聊天中的限时消息、一次性查看和实时位置会关闭，广播列表停用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如何连接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 CRMsoftware.pro 的“替代聊天链接”中添加 wa.me 链接，引导客户使用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在机器人“渠道”选项卡中使用“快速连接”，Launch 版或更高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不在本清单范围内：如果号码正在应用中使用，连接之前先问清楚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如何使用这份清单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分配每项检查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Excel 跟踪表中为每项检查填写负责人和截止日期。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先决定，再动手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先完成第 1 组：产品、号码、资产组合所有者和两名管理员。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连接并记录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依次完成第 2 至第 5 组，把证据保存在一个共享文件夹中，绝不保存 PIN 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用真实聊天测试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发送三条测试消息，然后处理并记录一次真实对话。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复盘并定期重复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7 天复盘，之后每 3 个月检查一次访问权限和 PIN 码。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打开“我的机器人”，选择您的机器人，点击“保存更改”。渠道只能连接到已保存的机器人。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在“基础知识”选项卡中，把营业时间、价格和转人工规则添加到“说明”和“知识库”中。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打开“渠道”选项卡。在 WhatsApp 旁边点击“连接渠道”，然后点击“快速连接”，并使用 Facebook 登录。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选择您的 WhatsApp Business 账户并授予消息传递权限。状态显示为“已连接”。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在“连接”选项卡中开启“发送电子邮件通知”，并在“已分配用户”中添加同事。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用另一部手机发送一条测试消息。在“实时支持”中接手转人工的聊天：点击“认领”，回复，然后点击“解决”。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WhatsApp、转人工和统一收件箱从 Launch 版起提供，按年付费每月 $19，支持 8 位用户。已保存回复从 Growth 版起提供。CRMsoftware.pro 在 24 小时窗口内回复，不发送已获批准的 WhatsApp 模板。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第 7 天复盘，15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每次转人工都在目标时间内得到人工回复了吗？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AI 答错了哪些问题？在知识库中修正。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有没有客户在 24 小时后还需要跟进？用的是电话还是邮件？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渠道是否仍显示“已连接”，两名管理员是否仍有访问权限？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https://crmsoftware.pro/zh/templates/whatsapp-business-setup-checklist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WhatsApp Business 设置清单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