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客户召回邮件模板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哪些客户算流失，写给老客户、旧线索和已取消客户的 3 封个性化邮件序列，电话话术，AI 客服规则，针对每种流失原因的回复，以及停止规则。来自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 1.5 个间隔的规则判断谁已流失，然后替换[方括号]中的每个词，并在每封邮件中保留两行页脚。第 1 封邮件由您亲自从自己的邮箱发送，第 10 天发第 2 封邮件，第 21 天发第 3 封邮件，收到第一条回复就停止。把每次发送、回复和原因都记入 Excel 名单。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哪些客户算流失，哪些要排除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超过多久算流失：1.5 个间隔 · 分组：3 · 邮件：21 天内 3 封 · 目标：一份简短的名单，都是您乐意再见到的人，每人都有一个联系理由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这些客户召回邮件模板只有发给对的人才有效。客户错过了自己正常的购买周期才算流失，而不是过了固定的天数就算。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超过通常间隔的 1.5 倍即算流失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客户类型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通常间隔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超过多久算流失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家庭，春秋两季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180 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270 天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家庭，每年一次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365 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548 天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办公室，每月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30 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45 天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办公室，每季度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90 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135 天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旧线索，报价未被接受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60 天考虑期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报价后 90 天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取消了定期服务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该服务的间隔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取消日期后 1.5 个间隔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三个分组，每封邮件每组一个版本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老客户：买过，后来没打招呼就不再购买。提醒他们您做过的工作。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旧线索：询过价但从未购买。围绕他们当时的需求来写。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已取消：明确告诉过您要停止。等满 1.5 个间隔，再从他们的原因说起。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介于 1 到 1.5 个间隔之间：尚未流失。如果对方要求过，就发送您平时的提醒。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排除以下人员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退订过您的邮件或要求您别再打电话的人。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有未解决投诉或未付发票的客户：先由老板打电话。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退信的地址、已搬走的人和已关闭的企业。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需求已超过 12 个月的旧线索，除非对方要求您以后再联系。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购买或抓取来的邮箱地址。Google 告诉发件人不要购买邮箱地址。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动笔之前，每人 5 分钟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查看对方的历史：上次购买、金额、备注和任何投诉。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找到一个真实的联系理由：新档期、季节、您服务上的变化，或对方备注里的内容。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使用对方曾经联系您的渠道，并检查您的退订名单。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每周写给 10 到 20 人，而不是一天发给整个名单。这样您当天就能回复每一条消息，而且 Google 也建议发件人逐步增加发送量。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分组：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老客户, 旧线索, 已取消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第 1 封邮件：挽回老客户邮件范文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发送时间：第 0 天 · 长度：90 词以内 · 发送时机：对方按您的规则已经流失，而且您能用一句话说清联系理由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召回邮件标题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分组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邮件主题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老客户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您在[街道]的[服务]：[季节]档期已开放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老客户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[名字]，要为您预留一个[季节]的时段吗？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旧线索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您[月份]的[服务]报价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已取消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[名字]，自[月份]以来我们做了这些改变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老客户：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距离我们上次在[地址]为您[上次服务]已经过去[多长时间]了，我们的[季节]档期现已开放。我还保留着您的记录：[记录中的细节，例如 24 扇窗户和楼梯上方的天窗]。</w:t>
        <w:br/>
        <w:br/>
        <w:t>要为您预留一个上午吗？[星期几]或[星期几][时间]都可以。</w:t>
        <w:br/>
        <w:br/>
        <w:t>如果您已经安排好了，回复“已安排”即可，我不会再为这件事写信。</w:t>
        <w:br/>
        <w:br/>
        <w:t>[您的名字]，[公司]</w:t>
        <w:br/>
        <w:t>[电话]</w:t>
        <w:br/>
        <w:t>[页脚]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旧线索：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您在[月份]向我们咨询过[地点]的[服务]，我给您发了一份[价格]的报价。我不知道您后来是否已经做了，所以想简单问一句：这件事还在您的计划里吗？</w:t>
        <w:br/>
        <w:br/>
        <w:t>如果还在，我可以在[星期几]或[星期几][下一步，例如免费上门看看]。</w:t>
        <w:br/>
        <w:br/>
        <w:t>如果已经解决了，回复“已解决”，我就关闭您的需求。</w:t>
        <w:br/>
        <w:br/>
        <w:t>[您的名字]，[公司]</w:t>
        <w:br/>
        <w:t>[页脚]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已取消：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您在[月份]停止[服务]时，告诉我们[对方的原因]。从那以后，我们[改变了什么，用一句话说明]。</w:t>
        <w:br/>
        <w:br/>
        <w:t>要不要再试一次？我可以安排在[星期几]或[星期几]。如果不需要，回复“不用了”，我就不再打扰。</w:t>
        <w:br/>
        <w:br/>
        <w:t>[您的名字]，[公司]</w:t>
        <w:br/>
        <w:t>[页脚]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页脚，每封邮件都要有：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“这是来自[公司]的推广邮件，地址：[邮寄地址]。回复退订，我就不会再给您发邮件。”FTC 明确指出，写给老客户、介绍新内容的邮件必须遵守 CAN-SPAM。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好的联系理由：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新一季档期, 您做出的改变, 对方的备注, 对方的旧报价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第 2 封邮件：有用或新的信息，加一个坦诚的问题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发送时间：第 10 天 · 长度：100 词以内 · 页脚，每封邮件都要有：这是来自[公司]的推广邮件，地址：[邮寄地址]。回复退订，我就不会再给您发邮件。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发送时机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 1 封邮件发出 10 天后仍无回复。如果落在周末，就顺延到周一。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有用或新的信息，例如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解决常见投诉的改变：返工承诺、新工具、更短的上门时间。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针对对方所在季节的建议，例如最适合预约的几周。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一个真实的日期：“我们 9 月 29 日（周二）会在您那条街上。”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自您上次服务以来的新变化：[新变化]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[名字]，关于上次服务的一个问题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自您上次服务以来，有一件事变了：[新变化，例如现在每次清洁都有 7 天无水痕保证]。</w:t>
        <w:br/>
        <w:br/>
        <w:t>还有一个坦诚的问题：如果上次的[上次服务]有哪里不满意，我很想知道。回复一句话就够了，会直接发到我这里。</w:t>
        <w:br/>
        <w:br/>
        <w:t>如果您想再次预约[服务]，[星期几]和[星期几]都有空。</w:t>
        <w:br/>
        <w:br/>
        <w:t>[您的名字]，[公司]</w:t>
        <w:br/>
        <w:t>[页脚]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旧线索版本：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[名字]，您好！这样东西也许对[对方的需求]有帮助：[一样有用的东西，例如类似工作的照片]。如果是我们的报价有问题，请告诉我是哪一部分。[您的名字]</w:t>
        <w:br/>
        <w:t>[页脚]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为什么要问：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一项针对某大型电信公司流失客户的研究发现，因为更优惠的条件而离开的人，比因为服务差而离开的人更有可能回来；问题得到补救的客户也更有可能回归。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出现以下情况即停止：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对方回复, 对方预约, 对方退订, 邮件退信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第 3 封邮件：最后一封，让对方轻松说不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发送时间：第 21 天 · 何时关闭：再过 7 天 · 长度：90 词以内 · 页脚，每封邮件都要有：这是来自[公司]的推广邮件，地址：[邮寄地址]。回复退订，我就不会再给您发邮件。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发送时机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 1 封邮件和第 2 封邮件都没有收到回复。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 1 封邮件发出后的第 21 天。如果落在周末，就顺延到周一。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[名字]，要把您从我的名单中移除吗？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[公司]关于[服务]的最后一封信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一直没有收到您的回复，所以这是我关于[服务]的最后一封邮件。以下任何一种回答都可以：</w:t>
        <w:br/>
        <w:br/>
        <w:t>1. 帮我预约：回复一个您方便的日子。</w:t>
        <w:br/>
        <w:t>2. 暂不需要：告诉我月份，到时我只写一次。</w:t>
        <w:br/>
        <w:t>3. 不用了：我今天就把您从名单中移除。</w:t>
        <w:br/>
        <w:br/>
        <w:t>只回复数字也可以。感谢您[多年来选择我们，或曾向我们询价]。</w:t>
        <w:br/>
        <w:br/>
        <w:t>[您的名字]，[公司]</w:t>
        <w:br/>
        <w:t>[页脚]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3 封邮件之后：停止和清理规则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7 天内无回复: 把记录关闭为“无回复”。12 个月内不再给此人发召回邮件。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清理名单: 同时把对方从所有电子报名单中移除。Google 建议发件人考虑让不打开、不阅读邮件的人退订。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暂不需要: 在对方给出的月份设一个任务，在那之前什么都不发。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“不用了”或“退订”: 当天加入退订名单。永远不再给对方发邮件。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退信: 在您的记录中核对一次地址，否则关闭记录。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选项 3 是有意设置的。明确的拒绝会结束序列，也让您的名单保持干净。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记录关闭为：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已召回, 暂不需要, 已拒绝, 无回复, 已退订, 已退信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电话或聊天：电话话术和 AI 客服规则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每人电话次数：1 · 语音留言：20 秒以内 · 通话时段：上午 9 点到下午 6 点 · 规则：使用对方以前联系您的渠道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有些人接电话或回聊天比回邮件更快。使用对方以前联系您的渠道，并在每条消息中放上同一个预约链接或网站地址。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打电话之前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在“谢绝来电”（Do Not Call）名单上的美国家庭：在对方最后一次购买、交付或付款后 18 个月内、咨询后 3 个月内，您可以给对方打电话，除非对方要求您别打。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大多数打给企业的销售电话不受“谢绝来电”规则约束。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每人只打一次电话、留一次语音留言，时间在对方当地上午 9 点到下午 6 点之间。对方拒绝后绝不再打。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[名字]，您好，我是[公司]的[您的名字]。我们[月份]在[地址]为您[上次服务]。我打电话是因为[原因，例如我们本周开放了秋季档期]。需要我为您预留一个时段吗？</w:t>
        <w:br/>
        <w:br/>
        <w:t>如果需要：[星期几]或[星期几][时间]可以吗？</w:t>
        <w:br/>
        <w:t>如果不需要：没问题。上次有什么我们可以做得更好的地方吗？谢谢，我记下了，不会再打电话打扰您。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语音留言：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[名字]，您好，我是[公司]的[您的名字]。我们的[季节]档期已经开放，想先为您留一个。请回电[电话]，或在我们的网站上预约。如果您已经安排好了，就不用回电了。谢谢。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客服规则，粘贴到“说明”中：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有些老客户会在收到[老板]的邮件后回来。如果有人说收到了我们的邮件，或说自己以前是客户：感谢对方，根据知识库回答，并询问对方的姓名和邮箱。如果对方提到之前上门服务的问题，要道歉，不要争辩，不承诺任何退款或折扣，并告诉对方[老板]会在[何时，例如当个工作日内]通过邮件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被拒绝后再打电话, 未经同意发短信, 在电话里给折扣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询问流失原因，以及如何处理每种回答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询问：一次 · 回复时限：1 个工作日 · 规则：先解决原因，再提出任何优惠 · 页脚，每封邮件都要有：这是来自[公司]的推广邮件，地址：[邮寄地址]。回复退订，我就不会再给您发邮件。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只问一次，尽早问，用直白的话问：在第 2 封邮件里、电话中，或对方回复时。1 个工作日内回复。即使对方没有回来，也要记录原因：一季之后，您就会知道该先解决什么。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一个问题的邮件：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能问您一个简单的问题吗？是什么原因让您不再使用[公司]的服务？回复一个数字或几个字就够了：</w:t>
        <w:br/>
        <w:br/>
        <w:t>1. 价格</w:t>
        <w:br/>
        <w:t>2. 服务有不满意的地方</w:t>
        <w:br/>
        <w:t>3. 您选了另一家公司</w:t>
        <w:br/>
        <w:t>4. 您搬家了，或不再需要</w:t>
        <w:br/>
        <w:t>5. 您只是忘了预约</w:t>
        <w:br/>
        <w:br/>
        <w:t>每个回答都有帮助。如果是我们能解决的问题，我会告诉您怎么解决。</w:t>
        <w:br/>
        <w:br/>
        <w:t>[您的名字]</w:t>
        <w:br/>
        <w:t>[页脚]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价格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不要先降价。说明包含哪些内容，或提供一个小一点的服务。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谢谢您告诉我。我们的价格包含[包含内容]。如果[价格]超出预算，我可以用[更低的价格]为您做[小一点的服务，例如只清洁外侧]。这样可以吗？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服务问题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道歉一次，不找借口。说明您做了什么改变，并提出弥补。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非常抱歉，这件事本不该让您一再追问。从那以后，我们已经[改变了什么]。如果您愿意再给我们一次机会，[姓名]会亲自上门，离开前和您一起检查。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6.3 选了别家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感谢对方，绝不批评另一家公司，只问一次明年能否再联系。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谢谢您告诉我，祝一切顺利。明年[季节]我可以再联系您一次吗？如果不需要，我今天就关闭您的记录。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6.4 已搬走或不再需要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祝福对方，关闭记录并记下原因。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谢谢您，祝您在新家一切顺利。我已经关闭了您的记录。如果以后再需要[服务]，直接回复这封邮件就行。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6.5 只是忘了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马上为对方预约，并提出在下次服务到期时发提醒邮件。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这很常见。[星期几]或[星期几][时间]可以吗？如果您愿意，我也可以在下次服务到期时发邮件提醒您。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流失原因：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价格, 服务问题, 选了别家, 已搬走, 不再需要, 只是忘了, 未说明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示例：老客户召回活动案例：第 2 封邮件后客户回来了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Copperbeam Window Cleaning 是北卡罗来纳州 Raleigh 市一家虚构的窗户清洁公司，服务住宅和小型办公室，每年 9 月都会用这些客户召回邮件模板给老客户写信。Ingrid Paulsen 以前每年春秋两季都请他们清洁窗户，今年春天却没有预约。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Rosa（老板）：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1 日（周二），第 1 封邮件，主题“您在 Maple Ridge Drive 的窗户：秋季档期已开放”：Ingrid，您好！距离我们上次为您清洁窗户已经快一年了，我们的秋季档期现已开放。我还保留着您的记录：24 扇窗户和楼梯上方的天窗。要为您预留一个上午吗？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Rosa（老板）：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11 日（周五），第 2 封邮件：自您上次服务以来，有一件事变了：现在每次清洁都有 7 天无水痕保证。还有一个坦诚的问题：如果上次有哪里不满意，我很想知道。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11 日（周五）12:40，网站聊天：您好，我收到了 Rosa 的邮件。说实话，去年 10 月楼上的窗户留了水痕，后来也没人来处理。7 天保证也包括楼上吗？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谢谢您告诉我们，水痕的事真的很抱歉。是的，这项保证覆盖我们清洁的每一扇窗户，包括楼上。预约由 Rosa 负责，她今天会给您发邮件。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Rosa（老板）：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11 日（周五）15:10，邮件：Ingrid，您好！去年 10 月的事非常抱歉，本不该让您一再追问。我们的领班 Theo 会亲自为您清洁窗户，先从楼上开始，离开前和您一起检查。9 月 29 日（周二）或 10 月 1 日（周四）9:00 可以吗？价格和去年一样，$320。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29 日（周二）吧，谢谢。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Rosa（老板）：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已预约：9 月 29 日（周二）9:00，里外都清洁。确认邮件已发到您的收件箱。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9 月 29 日的客户记录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Ingrid Paulsen，Maple Ridge Drive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分组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老客户，通常间隔 180 天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上次清洁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2025 年 10 月 18 日（周六），$320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发第 1 封邮件时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距上次清洁 318 天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流失原因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服务问题：楼上窗户有水痕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回复前邮件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封邮件，通过网站聊天回复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已召回：9 月 29 日完成清洁，交易“Won”（赢单）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召回任务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Deadline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1 日（周二）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 封邮件：Ingrid Paulsen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已发送，无回复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11 日（周五）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封邮件：Ingrid Paulsen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已发送，12:40 在聊天中回复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11 日（周五）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 Ingrid：水痕问题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已道歉，已预约上门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22 日（周二）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 封邮件：Ingrid Paulsen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无需发送：她已回复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29 日（周二）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清洁，和她一起检查楼上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已完成，已付 $320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Excel 文件中的完整名单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分组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已联系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已召回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老客户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旧线索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已取消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全部，收入 $740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3（20%）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召回邮件的法律和送达基本规则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规则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内容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本模板如何做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美国法律：商业邮件，B2B 也适用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写给老客户、介绍新内容的邮件必须合规：邮件头和主题准确，明确说明这是广告，附上您的邮寄地址，提供退订方式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真实的主题，每封邮件都有两行页脚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美国法律：退订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个工作日内处理；退订方式至少 30 天有效；绝不出售或分享该地址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当天移除，每次发第 1 封邮件前检查退订名单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美国电话：谢绝来电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老客户：最后一次购买、交付或付款后 18 个月内；咨询过的人：3 个月内；对方要求别打即终止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只打一次电话，且只在这些时限内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Gmail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SPF 或 DKIM；垃圾邮件率低于 0.3%；除非确属回复或转发，否则不用 Re: 或 Fwd:；考虑让不读邮件的人退订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全新的主题、每周 10 到 20 人、停止规则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英国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老客户以及曾洽谈购买的人，如果在您收集其联系方式时和每封邮件中都获得了退订选项，就可以收到关于类似服务的邮件；新联系人不行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英国旧线索：仅限询过价并获得过退订选项的人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欧盟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营销邮件需要事先同意，但向自己的客户推广类似产品或服务除外，且每次都要提供简便的拒绝方式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从未购买过的旧线索：仅在获得同意时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再激活邮件中绝不要做的事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这些花招也许能换来一次回复，但会损害信任，其中一些还违反规则。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假冒的“Re:”或“Fwd:”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Google 告诉发件人，除非邮件确实是回复或转发，否则主题不要以 Re: 或 Fwd: 开头。读者一眼就能识破。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让人内疚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“我们想念您。”“我们做错什么了吗？”客户不欠您什么。说明您为什么写信，以及对他们有什么好处。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我们的秋季档期已开放，我还保留着您的记录。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虚假的截止日期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明明不是真的，却说“最后机会”或“只剩 2 个名额”。如果档期确实有限，就给出真实的日期。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给所有人打折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这会让客户学会等下一封邮件，也解决不了服务问题。在那项电信研究中，最佳优惠取决于客户离开的原因。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群发给整个名单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不要把所有地址放在抄送里，也不要一天发给几百人。每周 10 到 20 人，每人都有自己的理由。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无视拒绝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一句拒绝、一个退订或一句气话，当天就结束：不要“最后一个优惠”，不要让同事再发邮件，也不要换个地址再发。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如何衡量老客户召回活动的效果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统计人数和金额，而不是打开率。四个数字就能告诉您活动是否有效。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召回率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1 封邮件后 90 天内再次购买的人数，除以您联系的人数。这是最主要的数字。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收入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每位回归客户第一个新订单的金额。拿它和您花费的时间比较。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退订率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退订人数除以联系人数。如果它在上升，说明联系理由太弱，或名单太旧。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流失原因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按原因统计回答。一个反复出现的原因，例如漏擦的地方，比任何邮件都更值得解决。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为什么不看打开率：Google 不跟踪打开率，也无法核实其他工具报告的打开率。Excel 名单会计算全部四个数字。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 步用好这些客户召回邮件模板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设定流失规则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为每种客户类型设定通常间隔。流失 = 1.5 个间隔。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建立名单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老客户、旧线索和已取消的客户，去掉已退订和有未解决投诉的人。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发送第 1 封邮件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每周 10 到 20 人，从您自己的邮箱发送。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按天数跟进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10 天发第 2 封邮件，第 21 天发第 3 封邮件。任何回复都会让序列停止。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关闭并衡量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3 封邮件发出 7 天后关闭。查看召回率、收入和退订率。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找出已流失的企业客户：“Companies”（公司）&gt;“Filters”（筛选）&gt;“Status”（状态）：“Inactive (no open deals)”（没有进行中交易）。家庭客户则在“交易”中打开其最近一笔交易，查看“Notes”（备注）。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在“任务”中，为每次联系点击“New Task”（新建任务）：“Task title”（任务标题）例如“第 2 封邮件：Ingrid Paulsen”，选择“Assignee”（负责人），把“Deadline”（截止日期）设在第 10 天，并选择“Linked deal”（关联交易）。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从您自己的邮箱发送邮件，在“Status summary”（状态摘要）中写下结果，点击“Mark done”（标记完成），再创建下一个任务。每天早上在“My Tasks”（我的任务）中清空“Due today”（今天到期）和“Overdue”（逾期）。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把客户离开的原因写在“Notes”中，每次都用同样的措辞。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客户回来时，点击“New Deal”（新建交易），填写“Primary Contact”（主要联系人）和金额，收款后把“Status”设为“Won”（赢单）。对于“潜在客户”中的旧线索，点击“转为交易”。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把 AI 客服规则粘贴到“说明”中（“我的机器人” &gt; 选择机器人 &gt; “基础知识”选项卡），点击“保存更改”，并在“连接”选项卡中开启“发送电子邮件通知”。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不发送召回邮件、自动邮件序列或群发邮件：每封邮件都由您从自己的邮箱发送，任务负责记住日期。AI 聊天、基础任务和 1 条管道对 3 位用户免费。Launch 版按年付费每月 $19，支持 8 位用户，增加转人工和带日历同步的预约。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每周召回复盘，15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本周新流失的人已加入名单。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每一行未结束的记录都有一位负责人和一个下次日期。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已逾期：今天发出，或关闭这一行。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“立即关闭”的行已关闭为“无回复”，退订的人已加入退订名单。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流失原因：解决反复出现的那一个。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https://crmsoftware.pro/zh/templates/win-back-reengagement-sequence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客户召回邮件模板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